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E0FFC" w14:textId="77777777" w:rsidR="008907BF" w:rsidRPr="00130BA1" w:rsidRDefault="008907BF">
      <w:pPr>
        <w:jc w:val="center"/>
        <w:rPr>
          <w:rFonts w:ascii="Arial" w:hAnsi="Arial" w:cs="Arial"/>
          <w:b/>
          <w:sz w:val="2"/>
          <w:szCs w:val="2"/>
        </w:rPr>
      </w:pPr>
    </w:p>
    <w:p w14:paraId="7585555F" w14:textId="5D19B4E8" w:rsidR="006B0D51" w:rsidRDefault="00000000">
      <w:pPr>
        <w:jc w:val="center"/>
        <w:rPr>
          <w:rFonts w:ascii="Arial" w:hAnsi="Arial" w:cs="Arial"/>
          <w:b/>
          <w:sz w:val="28"/>
        </w:rPr>
      </w:pPr>
      <w:r w:rsidRPr="008907BF">
        <w:rPr>
          <w:rFonts w:ascii="Arial" w:hAnsi="Arial" w:cs="Arial"/>
          <w:b/>
          <w:sz w:val="28"/>
        </w:rPr>
        <w:t>DEMANDE D’ACCÈS À LA PLATEFORME DE L’ARECOMS</w:t>
      </w:r>
    </w:p>
    <w:p w14:paraId="0788A0DE" w14:textId="77777777" w:rsidR="008907BF" w:rsidRPr="008907BF" w:rsidRDefault="008907BF">
      <w:pPr>
        <w:jc w:val="center"/>
        <w:rPr>
          <w:rFonts w:ascii="Arial" w:hAnsi="Arial" w:cs="Arial"/>
          <w:sz w:val="18"/>
          <w:szCs w:val="18"/>
        </w:rPr>
      </w:pPr>
    </w:p>
    <w:p w14:paraId="1B639579" w14:textId="77777777" w:rsidR="006B0D51" w:rsidRPr="008907BF" w:rsidRDefault="00000000">
      <w:pPr>
        <w:rPr>
          <w:rFonts w:ascii="Arial" w:hAnsi="Arial" w:cs="Arial"/>
        </w:rPr>
      </w:pPr>
      <w:r w:rsidRPr="008907BF">
        <w:rPr>
          <w:rFonts w:ascii="Arial" w:hAnsi="Arial" w:cs="Arial"/>
          <w:b/>
        </w:rPr>
        <w:t>1. Identité du demandeur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8620"/>
      </w:tblGrid>
      <w:tr w:rsidR="006B0D51" w:rsidRPr="008907BF" w14:paraId="3E27C392" w14:textId="77777777" w:rsidTr="008907BF">
        <w:tc>
          <w:tcPr>
            <w:tcW w:w="8640" w:type="dxa"/>
            <w:vAlign w:val="center"/>
          </w:tcPr>
          <w:p w14:paraId="566A1155" w14:textId="77777777" w:rsidR="006B0D51" w:rsidRPr="008907BF" w:rsidRDefault="00000000" w:rsidP="008907BF">
            <w:pPr>
              <w:spacing w:before="100" w:after="100"/>
              <w:rPr>
                <w:rFonts w:ascii="Arial" w:hAnsi="Arial" w:cs="Arial"/>
              </w:rPr>
            </w:pPr>
            <w:r w:rsidRPr="008907BF">
              <w:rPr>
                <w:rFonts w:ascii="Arial" w:hAnsi="Arial" w:cs="Arial"/>
              </w:rPr>
              <w:t>Nom :</w:t>
            </w:r>
          </w:p>
        </w:tc>
      </w:tr>
      <w:tr w:rsidR="006B0D51" w:rsidRPr="008907BF" w14:paraId="40473C90" w14:textId="77777777" w:rsidTr="008907BF">
        <w:tc>
          <w:tcPr>
            <w:tcW w:w="8640" w:type="dxa"/>
            <w:vAlign w:val="center"/>
          </w:tcPr>
          <w:p w14:paraId="16867BC7" w14:textId="77777777" w:rsidR="006B0D51" w:rsidRPr="008907BF" w:rsidRDefault="00000000" w:rsidP="008907BF">
            <w:pPr>
              <w:spacing w:before="100" w:after="100"/>
              <w:rPr>
                <w:rFonts w:ascii="Arial" w:hAnsi="Arial" w:cs="Arial"/>
              </w:rPr>
            </w:pPr>
            <w:r w:rsidRPr="008907BF">
              <w:rPr>
                <w:rFonts w:ascii="Arial" w:hAnsi="Arial" w:cs="Arial"/>
              </w:rPr>
              <w:t>Postnom :</w:t>
            </w:r>
          </w:p>
        </w:tc>
      </w:tr>
      <w:tr w:rsidR="006B0D51" w:rsidRPr="008907BF" w14:paraId="6448712D" w14:textId="77777777" w:rsidTr="008907BF">
        <w:tc>
          <w:tcPr>
            <w:tcW w:w="8640" w:type="dxa"/>
            <w:vAlign w:val="center"/>
          </w:tcPr>
          <w:p w14:paraId="07EB2DCB" w14:textId="77777777" w:rsidR="006B0D51" w:rsidRPr="008907BF" w:rsidRDefault="00000000" w:rsidP="008907BF">
            <w:pPr>
              <w:spacing w:before="100" w:after="100"/>
              <w:rPr>
                <w:rFonts w:ascii="Arial" w:hAnsi="Arial" w:cs="Arial"/>
              </w:rPr>
            </w:pPr>
            <w:r w:rsidRPr="008907BF">
              <w:rPr>
                <w:rFonts w:ascii="Arial" w:hAnsi="Arial" w:cs="Arial"/>
              </w:rPr>
              <w:t>Prénom :</w:t>
            </w:r>
          </w:p>
        </w:tc>
      </w:tr>
      <w:tr w:rsidR="006B0D51" w:rsidRPr="008907BF" w14:paraId="652924E7" w14:textId="77777777" w:rsidTr="008907BF">
        <w:tc>
          <w:tcPr>
            <w:tcW w:w="8640" w:type="dxa"/>
            <w:vAlign w:val="center"/>
          </w:tcPr>
          <w:p w14:paraId="4A2AC089" w14:textId="77777777" w:rsidR="006B0D51" w:rsidRPr="008907BF" w:rsidRDefault="00000000" w:rsidP="008907BF">
            <w:pPr>
              <w:spacing w:before="100" w:after="100"/>
              <w:rPr>
                <w:rFonts w:ascii="Arial" w:hAnsi="Arial" w:cs="Arial"/>
              </w:rPr>
            </w:pPr>
            <w:r w:rsidRPr="008907BF">
              <w:rPr>
                <w:rFonts w:ascii="Arial" w:hAnsi="Arial" w:cs="Arial"/>
              </w:rPr>
              <w:t>Fonction :</w:t>
            </w:r>
          </w:p>
        </w:tc>
      </w:tr>
      <w:tr w:rsidR="006B0D51" w:rsidRPr="008907BF" w14:paraId="346E4F8C" w14:textId="77777777" w:rsidTr="008907BF">
        <w:tc>
          <w:tcPr>
            <w:tcW w:w="8640" w:type="dxa"/>
            <w:vAlign w:val="center"/>
          </w:tcPr>
          <w:p w14:paraId="7679A9A6" w14:textId="77777777" w:rsidR="006B0D51" w:rsidRPr="008907BF" w:rsidRDefault="00000000" w:rsidP="008907BF">
            <w:pPr>
              <w:spacing w:before="100" w:after="100"/>
              <w:rPr>
                <w:rFonts w:ascii="Arial" w:hAnsi="Arial" w:cs="Arial"/>
              </w:rPr>
            </w:pPr>
            <w:r w:rsidRPr="008907BF">
              <w:rPr>
                <w:rFonts w:ascii="Arial" w:hAnsi="Arial" w:cs="Arial"/>
              </w:rPr>
              <w:t>Téléphone :</w:t>
            </w:r>
          </w:p>
        </w:tc>
      </w:tr>
      <w:tr w:rsidR="006B0D51" w:rsidRPr="008907BF" w14:paraId="0896672B" w14:textId="77777777" w:rsidTr="008907BF">
        <w:tc>
          <w:tcPr>
            <w:tcW w:w="8640" w:type="dxa"/>
            <w:vAlign w:val="center"/>
          </w:tcPr>
          <w:p w14:paraId="06EE8CA6" w14:textId="77777777" w:rsidR="006B0D51" w:rsidRPr="008907BF" w:rsidRDefault="00000000" w:rsidP="008907BF">
            <w:pPr>
              <w:spacing w:before="100" w:after="100"/>
              <w:rPr>
                <w:rFonts w:ascii="Arial" w:hAnsi="Arial" w:cs="Arial"/>
              </w:rPr>
            </w:pPr>
            <w:r w:rsidRPr="008907BF">
              <w:rPr>
                <w:rFonts w:ascii="Arial" w:hAnsi="Arial" w:cs="Arial"/>
              </w:rPr>
              <w:t>E-mail professionnel :</w:t>
            </w:r>
          </w:p>
        </w:tc>
      </w:tr>
    </w:tbl>
    <w:p w14:paraId="0D008C34" w14:textId="77777777" w:rsidR="006B0D51" w:rsidRPr="008907BF" w:rsidRDefault="006B0D51">
      <w:pPr>
        <w:rPr>
          <w:rFonts w:ascii="Arial" w:hAnsi="Arial" w:cs="Arial"/>
        </w:rPr>
      </w:pPr>
    </w:p>
    <w:p w14:paraId="690F677A" w14:textId="77777777" w:rsidR="006B0D51" w:rsidRPr="008907BF" w:rsidRDefault="00000000">
      <w:pPr>
        <w:rPr>
          <w:rFonts w:ascii="Arial" w:hAnsi="Arial" w:cs="Arial"/>
        </w:rPr>
      </w:pPr>
      <w:r w:rsidRPr="008907BF">
        <w:rPr>
          <w:rFonts w:ascii="Arial" w:hAnsi="Arial" w:cs="Arial"/>
          <w:b/>
        </w:rPr>
        <w:t>2. Informations sur l’entreprise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8620"/>
      </w:tblGrid>
      <w:tr w:rsidR="006B0D51" w:rsidRPr="008907BF" w14:paraId="4CDE498B" w14:textId="77777777">
        <w:tc>
          <w:tcPr>
            <w:tcW w:w="8640" w:type="dxa"/>
          </w:tcPr>
          <w:p w14:paraId="0F01A331" w14:textId="77777777" w:rsidR="006B0D51" w:rsidRPr="008907BF" w:rsidRDefault="00000000" w:rsidP="008907BF">
            <w:pPr>
              <w:spacing w:before="100" w:after="100"/>
              <w:rPr>
                <w:rFonts w:ascii="Arial" w:hAnsi="Arial" w:cs="Arial"/>
              </w:rPr>
            </w:pPr>
            <w:r w:rsidRPr="008907BF">
              <w:rPr>
                <w:rFonts w:ascii="Arial" w:hAnsi="Arial" w:cs="Arial"/>
              </w:rPr>
              <w:t>Dénomination sociale :</w:t>
            </w:r>
          </w:p>
        </w:tc>
      </w:tr>
      <w:tr w:rsidR="006B0D51" w:rsidRPr="008907BF" w14:paraId="65EC2103" w14:textId="77777777">
        <w:tc>
          <w:tcPr>
            <w:tcW w:w="8640" w:type="dxa"/>
          </w:tcPr>
          <w:p w14:paraId="5ABBA090" w14:textId="77777777" w:rsidR="006B0D51" w:rsidRDefault="00000000" w:rsidP="008907BF">
            <w:pPr>
              <w:spacing w:before="100" w:after="100"/>
              <w:rPr>
                <w:rFonts w:ascii="Arial" w:hAnsi="Arial" w:cs="Arial"/>
              </w:rPr>
            </w:pPr>
            <w:r w:rsidRPr="008907BF">
              <w:rPr>
                <w:rFonts w:ascii="Arial" w:hAnsi="Arial" w:cs="Arial"/>
              </w:rPr>
              <w:t>Adresse :</w:t>
            </w:r>
          </w:p>
          <w:p w14:paraId="06B842ED" w14:textId="77777777" w:rsidR="008907BF" w:rsidRPr="008907BF" w:rsidRDefault="008907BF" w:rsidP="008907BF">
            <w:pPr>
              <w:spacing w:before="100" w:after="100"/>
              <w:rPr>
                <w:rFonts w:ascii="Arial" w:hAnsi="Arial" w:cs="Arial"/>
              </w:rPr>
            </w:pPr>
          </w:p>
        </w:tc>
      </w:tr>
      <w:tr w:rsidR="006B0D51" w:rsidRPr="008907BF" w14:paraId="65C49674" w14:textId="77777777">
        <w:tc>
          <w:tcPr>
            <w:tcW w:w="8640" w:type="dxa"/>
          </w:tcPr>
          <w:p w14:paraId="2EBB62A8" w14:textId="5D189FFC" w:rsidR="006B0D51" w:rsidRPr="008907BF" w:rsidRDefault="00000000" w:rsidP="008907BF">
            <w:pPr>
              <w:spacing w:before="100" w:after="100"/>
              <w:rPr>
                <w:rFonts w:ascii="Arial" w:hAnsi="Arial" w:cs="Arial"/>
              </w:rPr>
            </w:pPr>
            <w:r w:rsidRPr="008907BF">
              <w:rPr>
                <w:rFonts w:ascii="Arial" w:hAnsi="Arial" w:cs="Arial"/>
              </w:rPr>
              <w:t>RCCM / N° I</w:t>
            </w:r>
            <w:r w:rsidR="008907BF" w:rsidRPr="008907BF">
              <w:rPr>
                <w:rFonts w:ascii="Arial" w:hAnsi="Arial" w:cs="Arial"/>
              </w:rPr>
              <w:t xml:space="preserve">dentification Nationale </w:t>
            </w:r>
            <w:r w:rsidRPr="008907BF">
              <w:rPr>
                <w:rFonts w:ascii="Arial" w:hAnsi="Arial" w:cs="Arial"/>
              </w:rPr>
              <w:t>:</w:t>
            </w:r>
          </w:p>
        </w:tc>
      </w:tr>
      <w:tr w:rsidR="006B0D51" w:rsidRPr="008907BF" w14:paraId="69210029" w14:textId="77777777">
        <w:tc>
          <w:tcPr>
            <w:tcW w:w="8640" w:type="dxa"/>
          </w:tcPr>
          <w:p w14:paraId="41CCCEA9" w14:textId="77777777" w:rsidR="006B0D51" w:rsidRPr="008907BF" w:rsidRDefault="00000000" w:rsidP="008907BF">
            <w:pPr>
              <w:spacing w:before="100" w:after="100"/>
              <w:rPr>
                <w:rFonts w:ascii="Arial" w:hAnsi="Arial" w:cs="Arial"/>
              </w:rPr>
            </w:pPr>
            <w:r w:rsidRPr="008907BF">
              <w:rPr>
                <w:rFonts w:ascii="Arial" w:hAnsi="Arial" w:cs="Arial"/>
              </w:rPr>
              <w:t>Secteur d’activité :</w:t>
            </w:r>
          </w:p>
        </w:tc>
      </w:tr>
    </w:tbl>
    <w:p w14:paraId="32100BC6" w14:textId="77777777" w:rsidR="006B0D51" w:rsidRPr="008907BF" w:rsidRDefault="006B0D51">
      <w:pPr>
        <w:rPr>
          <w:rFonts w:ascii="Arial" w:hAnsi="Arial" w:cs="Arial"/>
        </w:rPr>
      </w:pPr>
    </w:p>
    <w:p w14:paraId="2CA06D78" w14:textId="77777777" w:rsidR="006B0D51" w:rsidRPr="008907BF" w:rsidRDefault="00000000">
      <w:pPr>
        <w:rPr>
          <w:rFonts w:ascii="Arial" w:hAnsi="Arial" w:cs="Arial"/>
        </w:rPr>
      </w:pPr>
      <w:r w:rsidRPr="008907BF">
        <w:rPr>
          <w:rFonts w:ascii="Arial" w:hAnsi="Arial" w:cs="Arial"/>
          <w:b/>
        </w:rPr>
        <w:t>3. Objet de la demande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8620"/>
      </w:tblGrid>
      <w:tr w:rsidR="006B0D51" w:rsidRPr="008907BF" w14:paraId="5252988D" w14:textId="77777777">
        <w:tc>
          <w:tcPr>
            <w:tcW w:w="8640" w:type="dxa"/>
          </w:tcPr>
          <w:p w14:paraId="76872EF5" w14:textId="77777777" w:rsidR="006B0D51" w:rsidRDefault="00000000">
            <w:pPr>
              <w:rPr>
                <w:rFonts w:ascii="Arial" w:hAnsi="Arial" w:cs="Arial"/>
              </w:rPr>
            </w:pPr>
            <w:r w:rsidRPr="008907BF">
              <w:rPr>
                <w:rFonts w:ascii="Arial" w:hAnsi="Arial" w:cs="Arial"/>
              </w:rPr>
              <w:t>Raison de la demande :</w:t>
            </w:r>
          </w:p>
          <w:p w14:paraId="356D5EEF" w14:textId="77777777" w:rsidR="008907BF" w:rsidRDefault="008907BF">
            <w:pPr>
              <w:rPr>
                <w:rFonts w:ascii="Arial" w:hAnsi="Arial" w:cs="Arial"/>
              </w:rPr>
            </w:pPr>
          </w:p>
          <w:p w14:paraId="21945376" w14:textId="77777777" w:rsidR="002D7152" w:rsidRPr="002D7152" w:rsidRDefault="002D7152" w:rsidP="002D7152">
            <w:pPr>
              <w:rPr>
                <w:rFonts w:ascii="Arial" w:hAnsi="Arial" w:cs="Arial"/>
              </w:rPr>
            </w:pPr>
          </w:p>
        </w:tc>
      </w:tr>
    </w:tbl>
    <w:p w14:paraId="5E22437B" w14:textId="77777777" w:rsidR="006B0D51" w:rsidRPr="008907BF" w:rsidRDefault="006B0D51">
      <w:pPr>
        <w:rPr>
          <w:rFonts w:ascii="Arial" w:hAnsi="Arial" w:cs="Arial"/>
        </w:rPr>
      </w:pPr>
    </w:p>
    <w:p w14:paraId="63839F72" w14:textId="77777777" w:rsidR="006B0D51" w:rsidRDefault="00000000">
      <w:pPr>
        <w:rPr>
          <w:rFonts w:ascii="Arial" w:hAnsi="Arial" w:cs="Arial"/>
          <w:b/>
        </w:rPr>
      </w:pPr>
      <w:r w:rsidRPr="008907BF">
        <w:rPr>
          <w:rFonts w:ascii="Arial" w:hAnsi="Arial" w:cs="Arial"/>
          <w:b/>
        </w:rPr>
        <w:t>4. Engagement du demandeur</w:t>
      </w:r>
    </w:p>
    <w:p w14:paraId="1389B258" w14:textId="0D8DAFED" w:rsidR="008907BF" w:rsidRPr="008907BF" w:rsidRDefault="008907BF" w:rsidP="008907BF">
      <w:pPr>
        <w:jc w:val="both"/>
        <w:rPr>
          <w:rFonts w:ascii="Arial" w:hAnsi="Arial" w:cs="Arial"/>
        </w:rPr>
      </w:pPr>
      <w:r w:rsidRPr="008907BF">
        <w:rPr>
          <w:rFonts w:ascii="Arial" w:hAnsi="Arial" w:cs="Arial"/>
        </w:rPr>
        <w:t xml:space="preserve">Je certifie l’exactitude des informations fournies et m’engage à respecter les conditions d’utilisation de la plateforme </w:t>
      </w:r>
      <w:r w:rsidR="002D7152">
        <w:rPr>
          <w:rFonts w:ascii="Arial" w:hAnsi="Arial" w:cs="Arial"/>
        </w:rPr>
        <w:t>de l’</w:t>
      </w:r>
      <w:r w:rsidRPr="008907BF">
        <w:rPr>
          <w:rFonts w:ascii="Arial" w:hAnsi="Arial" w:cs="Arial"/>
        </w:rPr>
        <w:t>ARECOMS.</w:t>
      </w:r>
    </w:p>
    <w:p w14:paraId="248BA86C" w14:textId="77777777" w:rsidR="008907BF" w:rsidRDefault="008907BF" w:rsidP="008907BF">
      <w:pPr>
        <w:rPr>
          <w:rFonts w:ascii="Arial" w:hAnsi="Arial" w:cs="Arial"/>
        </w:rPr>
      </w:pPr>
      <w:r w:rsidRPr="008907BF">
        <w:rPr>
          <w:rFonts w:ascii="Arial" w:hAnsi="Arial" w:cs="Arial"/>
        </w:rPr>
        <w:t>Nom et signature : ________________________</w:t>
      </w:r>
    </w:p>
    <w:p w14:paraId="1609855A" w14:textId="77777777" w:rsidR="002D7152" w:rsidRPr="008907BF" w:rsidRDefault="002D7152" w:rsidP="008907BF">
      <w:pPr>
        <w:rPr>
          <w:rFonts w:ascii="Arial" w:hAnsi="Arial" w:cs="Arial"/>
        </w:rPr>
      </w:pPr>
    </w:p>
    <w:p w14:paraId="4B699032" w14:textId="1CC8F188" w:rsidR="008907BF" w:rsidRPr="008907BF" w:rsidRDefault="008907BF" w:rsidP="008907BF">
      <w:pPr>
        <w:rPr>
          <w:rFonts w:ascii="Arial" w:hAnsi="Arial" w:cs="Arial"/>
        </w:rPr>
      </w:pPr>
      <w:r w:rsidRPr="008907BF">
        <w:rPr>
          <w:rFonts w:ascii="Arial" w:hAnsi="Arial" w:cs="Arial"/>
        </w:rPr>
        <w:t>Date : ____ / ____ / ______</w:t>
      </w:r>
    </w:p>
    <w:p w14:paraId="073BB9A8" w14:textId="77777777" w:rsidR="002D7152" w:rsidRPr="002D7152" w:rsidRDefault="002D7152">
      <w:pPr>
        <w:rPr>
          <w:rFonts w:ascii="Arial" w:hAnsi="Arial" w:cs="Arial"/>
          <w:sz w:val="12"/>
          <w:szCs w:val="12"/>
        </w:rPr>
      </w:pPr>
    </w:p>
    <w:p w14:paraId="0FE6F07A" w14:textId="6BF092C6" w:rsidR="006B0D51" w:rsidRPr="008907BF" w:rsidRDefault="002D7152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515488" wp14:editId="302DB3A8">
                <wp:simplePos x="0" y="0"/>
                <wp:positionH relativeFrom="column">
                  <wp:posOffset>-86360</wp:posOffset>
                </wp:positionH>
                <wp:positionV relativeFrom="paragraph">
                  <wp:posOffset>135255</wp:posOffset>
                </wp:positionV>
                <wp:extent cx="5436000" cy="0"/>
                <wp:effectExtent l="0" t="0" r="0" b="0"/>
                <wp:wrapNone/>
                <wp:docPr id="1722997973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3600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B59D54" id="Connecteur droit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.8pt,10.65pt" to="421.2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" strokecolor="black [3200]" strokeweight="1pt">
                <v:stroke dashstyle="dash"/>
              </v:line>
            </w:pict>
          </mc:Fallback>
        </mc:AlternateContent>
      </w:r>
    </w:p>
    <w:p w14:paraId="29A441E7" w14:textId="77777777" w:rsidR="006B0D51" w:rsidRPr="008907BF" w:rsidRDefault="00000000">
      <w:pPr>
        <w:rPr>
          <w:rFonts w:ascii="Arial" w:hAnsi="Arial" w:cs="Arial"/>
        </w:rPr>
      </w:pPr>
      <w:r w:rsidRPr="008907BF">
        <w:rPr>
          <w:rFonts w:ascii="Arial" w:hAnsi="Arial" w:cs="Arial"/>
          <w:b/>
        </w:rPr>
        <w:t>5. Réservé à l’ARECOMS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8620"/>
      </w:tblGrid>
      <w:tr w:rsidR="006B0D51" w:rsidRPr="008907BF" w14:paraId="7BDB0A16" w14:textId="77777777">
        <w:tc>
          <w:tcPr>
            <w:tcW w:w="8640" w:type="dxa"/>
          </w:tcPr>
          <w:p w14:paraId="1D8113A3" w14:textId="6A949D77" w:rsidR="006B0D51" w:rsidRPr="008907BF" w:rsidRDefault="00000000" w:rsidP="002D7152">
            <w:pPr>
              <w:spacing w:before="100" w:after="100"/>
              <w:rPr>
                <w:rFonts w:ascii="Arial" w:hAnsi="Arial" w:cs="Arial"/>
              </w:rPr>
            </w:pPr>
            <w:r w:rsidRPr="008907BF">
              <w:rPr>
                <w:rFonts w:ascii="Arial" w:hAnsi="Arial" w:cs="Arial"/>
              </w:rPr>
              <w:t xml:space="preserve">Décision : </w:t>
            </w:r>
            <w:r w:rsidR="008907BF">
              <w:rPr>
                <w:rFonts w:ascii="Arial" w:hAnsi="Arial" w:cs="Arial"/>
              </w:rPr>
              <w:t xml:space="preserve">       </w:t>
            </w:r>
            <w:r w:rsidR="008907BF" w:rsidRPr="008907BF">
              <w:rPr>
                <w:rFonts w:ascii="Segoe UI Symbol" w:hAnsi="Segoe UI Symbol" w:cs="Segoe UI Symbol"/>
              </w:rPr>
              <w:t>☐</w:t>
            </w:r>
            <w:r w:rsidR="008907BF" w:rsidRPr="008907BF">
              <w:rPr>
                <w:rFonts w:ascii="Arial" w:hAnsi="Arial" w:cs="Arial"/>
              </w:rPr>
              <w:t xml:space="preserve"> Accordé    </w:t>
            </w:r>
            <w:r w:rsidR="008907BF">
              <w:rPr>
                <w:rFonts w:ascii="Arial" w:hAnsi="Arial" w:cs="Arial"/>
              </w:rPr>
              <w:t xml:space="preserve">                    </w:t>
            </w:r>
            <w:r w:rsidR="008907BF" w:rsidRPr="008907BF">
              <w:rPr>
                <w:rFonts w:ascii="Segoe UI Symbol" w:hAnsi="Segoe UI Symbol" w:cs="Segoe UI Symbol"/>
              </w:rPr>
              <w:t>☐</w:t>
            </w:r>
            <w:r w:rsidR="008907BF" w:rsidRPr="008907BF">
              <w:rPr>
                <w:rFonts w:ascii="Arial" w:hAnsi="Arial" w:cs="Arial"/>
              </w:rPr>
              <w:t xml:space="preserve"> Refusé</w:t>
            </w:r>
          </w:p>
        </w:tc>
      </w:tr>
      <w:tr w:rsidR="006B0D51" w:rsidRPr="008907BF" w14:paraId="4457807F" w14:textId="77777777">
        <w:tc>
          <w:tcPr>
            <w:tcW w:w="8640" w:type="dxa"/>
          </w:tcPr>
          <w:p w14:paraId="1D1EDED6" w14:textId="77777777" w:rsidR="006B0D51" w:rsidRPr="008907BF" w:rsidRDefault="00000000" w:rsidP="002D7152">
            <w:pPr>
              <w:spacing w:before="100" w:after="100"/>
              <w:rPr>
                <w:rFonts w:ascii="Arial" w:hAnsi="Arial" w:cs="Arial"/>
              </w:rPr>
            </w:pPr>
            <w:r w:rsidRPr="008907BF">
              <w:rPr>
                <w:rFonts w:ascii="Arial" w:hAnsi="Arial" w:cs="Arial"/>
              </w:rPr>
              <w:t>Profil accordé :</w:t>
            </w:r>
          </w:p>
        </w:tc>
      </w:tr>
      <w:tr w:rsidR="006B0D51" w:rsidRPr="008907BF" w14:paraId="75858CCA" w14:textId="77777777">
        <w:tc>
          <w:tcPr>
            <w:tcW w:w="8640" w:type="dxa"/>
          </w:tcPr>
          <w:p w14:paraId="12283E44" w14:textId="77777777" w:rsidR="006B0D51" w:rsidRDefault="00000000" w:rsidP="002D7152">
            <w:pPr>
              <w:spacing w:before="100" w:after="100"/>
              <w:rPr>
                <w:rFonts w:ascii="Arial" w:hAnsi="Arial" w:cs="Arial"/>
              </w:rPr>
            </w:pPr>
            <w:r w:rsidRPr="008907BF">
              <w:rPr>
                <w:rFonts w:ascii="Arial" w:hAnsi="Arial" w:cs="Arial"/>
              </w:rPr>
              <w:t>Observations :</w:t>
            </w:r>
          </w:p>
          <w:p w14:paraId="6BE97049" w14:textId="77777777" w:rsidR="008907BF" w:rsidRPr="008907BF" w:rsidRDefault="008907BF" w:rsidP="002D7152">
            <w:pPr>
              <w:spacing w:before="100" w:after="100"/>
              <w:rPr>
                <w:rFonts w:ascii="Arial" w:hAnsi="Arial" w:cs="Arial"/>
              </w:rPr>
            </w:pPr>
          </w:p>
        </w:tc>
      </w:tr>
      <w:tr w:rsidR="006B0D51" w:rsidRPr="008907BF" w14:paraId="35482C28" w14:textId="77777777">
        <w:tc>
          <w:tcPr>
            <w:tcW w:w="8640" w:type="dxa"/>
          </w:tcPr>
          <w:p w14:paraId="76988E3F" w14:textId="77777777" w:rsidR="006B0D51" w:rsidRDefault="00000000" w:rsidP="002D7152">
            <w:pPr>
              <w:spacing w:before="100" w:after="100"/>
              <w:rPr>
                <w:rFonts w:ascii="Arial" w:hAnsi="Arial" w:cs="Arial"/>
              </w:rPr>
            </w:pPr>
            <w:r w:rsidRPr="008907BF">
              <w:rPr>
                <w:rFonts w:ascii="Arial" w:hAnsi="Arial" w:cs="Arial"/>
              </w:rPr>
              <w:t>Nom et fonction du signataire :</w:t>
            </w:r>
          </w:p>
          <w:p w14:paraId="1F770D5B" w14:textId="77777777" w:rsidR="002D7152" w:rsidRPr="008907BF" w:rsidRDefault="002D7152" w:rsidP="002D7152">
            <w:pPr>
              <w:spacing w:before="100" w:after="100"/>
              <w:rPr>
                <w:rFonts w:ascii="Arial" w:hAnsi="Arial" w:cs="Arial"/>
              </w:rPr>
            </w:pPr>
          </w:p>
        </w:tc>
      </w:tr>
      <w:tr w:rsidR="006B0D51" w:rsidRPr="008907BF" w14:paraId="3029E6AD" w14:textId="77777777">
        <w:tc>
          <w:tcPr>
            <w:tcW w:w="8640" w:type="dxa"/>
          </w:tcPr>
          <w:p w14:paraId="2CD2DB0A" w14:textId="72E22BFC" w:rsidR="006B0D51" w:rsidRPr="008907BF" w:rsidRDefault="00000000" w:rsidP="002D7152">
            <w:pPr>
              <w:spacing w:before="100" w:after="100"/>
              <w:rPr>
                <w:rFonts w:ascii="Arial" w:hAnsi="Arial" w:cs="Arial"/>
              </w:rPr>
            </w:pPr>
            <w:r w:rsidRPr="008907BF">
              <w:rPr>
                <w:rFonts w:ascii="Arial" w:hAnsi="Arial" w:cs="Arial"/>
              </w:rPr>
              <w:t>Date</w:t>
            </w:r>
            <w:r w:rsidR="008907BF">
              <w:rPr>
                <w:rFonts w:ascii="Arial" w:hAnsi="Arial" w:cs="Arial"/>
              </w:rPr>
              <w:t xml:space="preserve"> </w:t>
            </w:r>
            <w:r w:rsidRPr="008907BF">
              <w:rPr>
                <w:rFonts w:ascii="Arial" w:hAnsi="Arial" w:cs="Arial"/>
              </w:rPr>
              <w:t>:</w:t>
            </w:r>
          </w:p>
        </w:tc>
      </w:tr>
      <w:tr w:rsidR="008907BF" w:rsidRPr="008907BF" w14:paraId="23E5CD25" w14:textId="77777777">
        <w:tc>
          <w:tcPr>
            <w:tcW w:w="8640" w:type="dxa"/>
          </w:tcPr>
          <w:p w14:paraId="56989981" w14:textId="77777777" w:rsidR="008907BF" w:rsidRDefault="008907BF" w:rsidP="002D7152">
            <w:pPr>
              <w:spacing w:before="100" w:after="1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 et cachet :</w:t>
            </w:r>
          </w:p>
          <w:p w14:paraId="757E676A" w14:textId="77777777" w:rsidR="008907BF" w:rsidRDefault="008907BF" w:rsidP="002D7152">
            <w:pPr>
              <w:spacing w:before="100" w:after="100"/>
              <w:rPr>
                <w:rFonts w:ascii="Arial" w:hAnsi="Arial" w:cs="Arial"/>
              </w:rPr>
            </w:pPr>
          </w:p>
          <w:p w14:paraId="25D5DAF9" w14:textId="77777777" w:rsidR="002D7152" w:rsidRDefault="002D7152" w:rsidP="002D7152">
            <w:pPr>
              <w:spacing w:before="100" w:after="100"/>
              <w:rPr>
                <w:rFonts w:ascii="Arial" w:hAnsi="Arial" w:cs="Arial"/>
              </w:rPr>
            </w:pPr>
          </w:p>
          <w:p w14:paraId="14ABF514" w14:textId="1C278FF5" w:rsidR="002D7152" w:rsidRPr="008907BF" w:rsidRDefault="002D7152" w:rsidP="002D7152">
            <w:pPr>
              <w:spacing w:before="100" w:after="100"/>
              <w:rPr>
                <w:rFonts w:ascii="Arial" w:hAnsi="Arial" w:cs="Arial"/>
              </w:rPr>
            </w:pPr>
          </w:p>
        </w:tc>
      </w:tr>
    </w:tbl>
    <w:p w14:paraId="52833EBB" w14:textId="77777777" w:rsidR="008B0907" w:rsidRPr="008907BF" w:rsidRDefault="008B0907">
      <w:pPr>
        <w:rPr>
          <w:rFonts w:ascii="Arial" w:hAnsi="Arial" w:cs="Arial"/>
        </w:rPr>
      </w:pPr>
    </w:p>
    <w:sectPr w:rsidR="008B0907" w:rsidRPr="008907BF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89D66" w14:textId="77777777" w:rsidR="008B0907" w:rsidRPr="008907BF" w:rsidRDefault="008B0907">
      <w:pPr>
        <w:spacing w:after="0" w:line="240" w:lineRule="auto"/>
      </w:pPr>
      <w:r w:rsidRPr="008907BF">
        <w:separator/>
      </w:r>
    </w:p>
  </w:endnote>
  <w:endnote w:type="continuationSeparator" w:id="0">
    <w:p w14:paraId="144CBCA3" w14:textId="77777777" w:rsidR="008B0907" w:rsidRPr="008907BF" w:rsidRDefault="008B0907">
      <w:pPr>
        <w:spacing w:after="0" w:line="240" w:lineRule="auto"/>
      </w:pPr>
      <w:r w:rsidRPr="008907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6C143" w14:textId="5B9C09B9" w:rsidR="002D7152" w:rsidRDefault="002D7152">
    <w:pPr>
      <w:pStyle w:val="Pieddepage"/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0C2DDA86" wp14:editId="6506DB91">
              <wp:simplePos x="0" y="0"/>
              <wp:positionH relativeFrom="column">
                <wp:posOffset>-851338</wp:posOffset>
              </wp:positionH>
              <wp:positionV relativeFrom="paragraph">
                <wp:posOffset>-236483</wp:posOffset>
              </wp:positionV>
              <wp:extent cx="7188835" cy="579192"/>
              <wp:effectExtent l="0" t="0" r="0" b="0"/>
              <wp:wrapNone/>
              <wp:docPr id="203752666" name="Groupe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88835" cy="579192"/>
                        <a:chOff x="0" y="0"/>
                        <a:chExt cx="7188835" cy="579192"/>
                      </a:xfrm>
                    </wpg:grpSpPr>
                    <wps:wsp>
                      <wps:cNvPr id="2022388064" name="Zone de texte 5"/>
                      <wps:cNvSpPr txBox="1"/>
                      <wps:spPr>
                        <a:xfrm>
                          <a:off x="0" y="95322"/>
                          <a:ext cx="7188835" cy="483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FC2E45" w14:textId="77777777" w:rsidR="002D7152" w:rsidRDefault="002D7152" w:rsidP="002D7152">
                            <w:pPr>
                              <w:spacing w:after="0"/>
                              <w:jc w:val="center"/>
                              <w:rPr>
                                <w:rFonts w:ascii="Montserrat Light" w:hAnsi="Montserrat Light"/>
                                <w:sz w:val="16"/>
                                <w:szCs w:val="16"/>
                                <w:shd w:val="clear" w:color="auto" w:fill="FFFFFF"/>
                                <w14:textFill>
                                  <w14:gradFill>
                                    <w14:gsLst>
                                      <w14:gs w14:pos="100000">
                                        <w14:srgbClr w14:val="15448B"/>
                                      </w14:gs>
                                      <w14:gs w14:pos="0">
                                        <w14:srgbClr w14:val="417EC1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</w:pPr>
                            <w:r w:rsidRPr="00C56F35">
                              <w:rPr>
                                <w:rFonts w:ascii="Montserrat Light" w:hAnsi="Montserrat Light"/>
                                <w:sz w:val="16"/>
                                <w:szCs w:val="16"/>
                                <w:shd w:val="clear" w:color="auto" w:fill="FFFFFF"/>
                                <w14:textFill>
                                  <w14:gradFill>
                                    <w14:gsLst>
                                      <w14:gs w14:pos="100000">
                                        <w14:srgbClr w14:val="15448B"/>
                                      </w14:gs>
                                      <w14:gs w14:pos="0">
                                        <w14:srgbClr w14:val="417EC1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 xml:space="preserve">1872 Route du </w:t>
                            </w:r>
                            <w:r>
                              <w:rPr>
                                <w:rFonts w:ascii="Montserrat Light" w:hAnsi="Montserrat Light"/>
                                <w:sz w:val="16"/>
                                <w:szCs w:val="16"/>
                                <w:shd w:val="clear" w:color="auto" w:fill="FFFFFF"/>
                                <w14:textFill>
                                  <w14:gradFill>
                                    <w14:gsLst>
                                      <w14:gs w14:pos="100000">
                                        <w14:srgbClr w14:val="15448B"/>
                                      </w14:gs>
                                      <w14:gs w14:pos="0">
                                        <w14:srgbClr w14:val="417EC1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>G</w:t>
                            </w:r>
                            <w:r w:rsidRPr="00C56F35">
                              <w:rPr>
                                <w:rFonts w:ascii="Montserrat Light" w:hAnsi="Montserrat Light"/>
                                <w:sz w:val="16"/>
                                <w:szCs w:val="16"/>
                                <w:shd w:val="clear" w:color="auto" w:fill="FFFFFF"/>
                                <w14:textFill>
                                  <w14:gradFill>
                                    <w14:gsLst>
                                      <w14:gs w14:pos="100000">
                                        <w14:srgbClr w14:val="15448B"/>
                                      </w14:gs>
                                      <w14:gs w14:pos="0">
                                        <w14:srgbClr w14:val="417EC1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>olf</w:t>
                            </w:r>
                            <w:r>
                              <w:rPr>
                                <w:rFonts w:ascii="Montserrat Light" w:hAnsi="Montserrat Light"/>
                                <w:sz w:val="16"/>
                                <w:szCs w:val="16"/>
                                <w:shd w:val="clear" w:color="auto" w:fill="FFFFFF"/>
                                <w14:textFill>
                                  <w14:gradFill>
                                    <w14:gsLst>
                                      <w14:gs w14:pos="100000">
                                        <w14:srgbClr w14:val="15448B"/>
                                      </w14:gs>
                                      <w14:gs w14:pos="0">
                                        <w14:srgbClr w14:val="417EC1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 xml:space="preserve"> (1</w:t>
                            </w:r>
                            <w:r w:rsidRPr="00C56F35">
                              <w:rPr>
                                <w:rFonts w:ascii="Montserrat Light" w:hAnsi="Montserrat Light"/>
                                <w:sz w:val="16"/>
                                <w:szCs w:val="16"/>
                                <w:shd w:val="clear" w:color="auto" w:fill="FFFFFF"/>
                                <w:vertAlign w:val="superscript"/>
                                <w14:textFill>
                                  <w14:gradFill>
                                    <w14:gsLst>
                                      <w14:gs w14:pos="100000">
                                        <w14:srgbClr w14:val="15448B"/>
                                      </w14:gs>
                                      <w14:gs w14:pos="0">
                                        <w14:srgbClr w14:val="417EC1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>er</w:t>
                            </w:r>
                            <w:r>
                              <w:rPr>
                                <w:rFonts w:ascii="Montserrat Light" w:hAnsi="Montserrat Light"/>
                                <w:sz w:val="16"/>
                                <w:szCs w:val="16"/>
                                <w:shd w:val="clear" w:color="auto" w:fill="FFFFFF"/>
                                <w14:textFill>
                                  <w14:gradFill>
                                    <w14:gsLst>
                                      <w14:gs w14:pos="100000">
                                        <w14:srgbClr w14:val="15448B"/>
                                      </w14:gs>
                                      <w14:gs w14:pos="0">
                                        <w14:srgbClr w14:val="417EC1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 xml:space="preserve"> étage), Lubumbashi/Haut-Katanga </w:t>
                            </w:r>
                            <w:r w:rsidRPr="00425EB8">
                              <w:rPr>
                                <w:rFonts w:ascii="Montserrat Light" w:hAnsi="Montserrat Light"/>
                                <w:sz w:val="20"/>
                                <w:szCs w:val="20"/>
                                <w:shd w:val="clear" w:color="auto" w:fill="FFFFFF"/>
                                <w14:textFill>
                                  <w14:gradFill>
                                    <w14:gsLst>
                                      <w14:gs w14:pos="100000">
                                        <w14:srgbClr w14:val="15448B"/>
                                      </w14:gs>
                                      <w14:gs w14:pos="0">
                                        <w14:srgbClr w14:val="417EC1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>◆</w:t>
                            </w:r>
                            <w:r>
                              <w:rPr>
                                <w:rFonts w:ascii="Montserrat Light" w:hAnsi="Montserrat Light"/>
                                <w:sz w:val="16"/>
                                <w:szCs w:val="16"/>
                                <w:shd w:val="clear" w:color="auto" w:fill="FFFFFF"/>
                                <w14:textFill>
                                  <w14:gradFill>
                                    <w14:gsLst>
                                      <w14:gs w14:pos="100000">
                                        <w14:srgbClr w14:val="15448B"/>
                                      </w14:gs>
                                      <w14:gs w14:pos="0">
                                        <w14:srgbClr w14:val="417EC1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2330C8">
                              <w:rPr>
                                <w:rFonts w:ascii="Montserrat Light" w:hAnsi="Montserrat Light"/>
                                <w:sz w:val="16"/>
                                <w:szCs w:val="16"/>
                                <w:shd w:val="clear" w:color="auto" w:fill="FFFFFF"/>
                                <w14:textFill>
                                  <w14:gradFill>
                                    <w14:gsLst>
                                      <w14:gs w14:pos="100000">
                                        <w14:srgbClr w14:val="15448B"/>
                                      </w14:gs>
                                      <w14:gs w14:pos="0">
                                        <w14:srgbClr w14:val="417EC1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 xml:space="preserve">République démocratique du </w:t>
                            </w:r>
                            <w:r>
                              <w:rPr>
                                <w:rFonts w:ascii="Montserrat Light" w:hAnsi="Montserrat Light"/>
                                <w:sz w:val="16"/>
                                <w:szCs w:val="16"/>
                                <w:shd w:val="clear" w:color="auto" w:fill="FFFFFF"/>
                                <w14:textFill>
                                  <w14:gradFill>
                                    <w14:gsLst>
                                      <w14:gs w14:pos="100000">
                                        <w14:srgbClr w14:val="15448B"/>
                                      </w14:gs>
                                      <w14:gs w14:pos="0">
                                        <w14:srgbClr w14:val="417EC1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>Congo</w:t>
                            </w:r>
                          </w:p>
                          <w:p w14:paraId="6887F165" w14:textId="77777777" w:rsidR="002D7152" w:rsidRPr="002330C8" w:rsidRDefault="002D7152" w:rsidP="002D7152">
                            <w:pPr>
                              <w:jc w:val="center"/>
                              <w:rPr>
                                <w:sz w:val="16"/>
                                <w:szCs w:val="16"/>
                                <w14:textFill>
                                  <w14:gradFill>
                                    <w14:gsLst>
                                      <w14:gs w14:pos="100000">
                                        <w14:srgbClr w14:val="15448B"/>
                                      </w14:gs>
                                      <w14:gs w14:pos="0">
                                        <w14:srgbClr w14:val="417EC1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Montserrat Light" w:hAnsi="Montserrat Light"/>
                                <w:sz w:val="16"/>
                                <w:szCs w:val="16"/>
                                <w:shd w:val="clear" w:color="auto" w:fill="FFFFFF"/>
                                <w14:textFill>
                                  <w14:gradFill>
                                    <w14:gsLst>
                                      <w14:gs w14:pos="100000">
                                        <w14:srgbClr w14:val="15448B"/>
                                      </w14:gs>
                                      <w14:gs w14:pos="0">
                                        <w14:srgbClr w14:val="417EC1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 xml:space="preserve">Tél : +243 810 001 029 </w:t>
                            </w:r>
                            <w:r w:rsidRPr="00425EB8">
                              <w:rPr>
                                <w:rFonts w:ascii="Montserrat Light" w:hAnsi="Montserrat Light"/>
                                <w:sz w:val="20"/>
                                <w:szCs w:val="20"/>
                                <w:shd w:val="clear" w:color="auto" w:fill="FFFFFF"/>
                                <w14:textFill>
                                  <w14:gradFill>
                                    <w14:gsLst>
                                      <w14:gs w14:pos="100000">
                                        <w14:srgbClr w14:val="15448B"/>
                                      </w14:gs>
                                      <w14:gs w14:pos="0">
                                        <w14:srgbClr w14:val="417EC1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>◆</w:t>
                            </w:r>
                            <w:r>
                              <w:rPr>
                                <w:rFonts w:ascii="Montserrat Light" w:hAnsi="Montserrat Light"/>
                                <w:sz w:val="16"/>
                                <w:szCs w:val="16"/>
                                <w:shd w:val="clear" w:color="auto" w:fill="FFFFFF"/>
                                <w14:textFill>
                                  <w14:gradFill>
                                    <w14:gsLst>
                                      <w14:gs w14:pos="100000">
                                        <w14:srgbClr w14:val="15448B"/>
                                      </w14:gs>
                                      <w14:gs w14:pos="0">
                                        <w14:srgbClr w14:val="417EC1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 xml:space="preserve"> Email : contact@arecoms.com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371593" name="Connecteur droit 8"/>
                      <wps:cNvCnPr/>
                      <wps:spPr>
                        <a:xfrm>
                          <a:off x="255181" y="0"/>
                          <a:ext cx="6681470" cy="0"/>
                        </a:xfrm>
                        <a:prstGeom prst="line">
                          <a:avLst/>
                        </a:prstGeom>
                        <a:ln>
                          <a:gradFill>
                            <a:gsLst>
                              <a:gs pos="99000">
                                <a:srgbClr val="15448B">
                                  <a:lumMod val="100000"/>
                                </a:srgbClr>
                              </a:gs>
                              <a:gs pos="0">
                                <a:srgbClr val="417EC1"/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C2DDA86" id="Groupe 4" o:spid="_x0000_s1026" style="position:absolute;margin-left:-67.05pt;margin-top:-18.6pt;width:566.05pt;height:45.6pt;z-index:251658752;mso-height-relative:margin" coordsize="71888,5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7" type="#_x0000_t202" style="position:absolute;top:953;width:71888;height:48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" filled="f" stroked="f" strokeweight=".5pt">
                <v:textbox>
                  <w:txbxContent>
                    <w:p w14:paraId="5FFC2E45" w14:textId="77777777" w:rsidR="002D7152" w:rsidRDefault="002D7152" w:rsidP="002D7152">
                      <w:pPr>
                        <w:spacing w:after="0"/>
                        <w:jc w:val="center"/>
                        <w:rPr>
                          <w:rFonts w:ascii="Montserrat Light" w:hAnsi="Montserrat Light"/>
                          <w:sz w:val="16"/>
                          <w:szCs w:val="16"/>
                          <w:shd w:val="clear" w:color="auto" w:fill="FFFFFF"/>
                          <w14:textFill>
                            <w14:gradFill>
                              <w14:gsLst>
                                <w14:gs w14:pos="100000">
                                  <w14:srgbClr w14:val="15448B"/>
                                </w14:gs>
                                <w14:gs w14:pos="0">
                                  <w14:srgbClr w14:val="417EC1"/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</w:pPr>
                      <w:r w:rsidRPr="00C56F35">
                        <w:rPr>
                          <w:rFonts w:ascii="Montserrat Light" w:hAnsi="Montserrat Light"/>
                          <w:sz w:val="16"/>
                          <w:szCs w:val="16"/>
                          <w:shd w:val="clear" w:color="auto" w:fill="FFFFFF"/>
                          <w14:textFill>
                            <w14:gradFill>
                              <w14:gsLst>
                                <w14:gs w14:pos="100000">
                                  <w14:srgbClr w14:val="15448B"/>
                                </w14:gs>
                                <w14:gs w14:pos="0">
                                  <w14:srgbClr w14:val="417EC1"/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 xml:space="preserve">1872 Route du </w:t>
                      </w:r>
                      <w:r>
                        <w:rPr>
                          <w:rFonts w:ascii="Montserrat Light" w:hAnsi="Montserrat Light"/>
                          <w:sz w:val="16"/>
                          <w:szCs w:val="16"/>
                          <w:shd w:val="clear" w:color="auto" w:fill="FFFFFF"/>
                          <w14:textFill>
                            <w14:gradFill>
                              <w14:gsLst>
                                <w14:gs w14:pos="100000">
                                  <w14:srgbClr w14:val="15448B"/>
                                </w14:gs>
                                <w14:gs w14:pos="0">
                                  <w14:srgbClr w14:val="417EC1"/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>G</w:t>
                      </w:r>
                      <w:r w:rsidRPr="00C56F35">
                        <w:rPr>
                          <w:rFonts w:ascii="Montserrat Light" w:hAnsi="Montserrat Light"/>
                          <w:sz w:val="16"/>
                          <w:szCs w:val="16"/>
                          <w:shd w:val="clear" w:color="auto" w:fill="FFFFFF"/>
                          <w14:textFill>
                            <w14:gradFill>
                              <w14:gsLst>
                                <w14:gs w14:pos="100000">
                                  <w14:srgbClr w14:val="15448B"/>
                                </w14:gs>
                                <w14:gs w14:pos="0">
                                  <w14:srgbClr w14:val="417EC1"/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>olf</w:t>
                      </w:r>
                      <w:r>
                        <w:rPr>
                          <w:rFonts w:ascii="Montserrat Light" w:hAnsi="Montserrat Light"/>
                          <w:sz w:val="16"/>
                          <w:szCs w:val="16"/>
                          <w:shd w:val="clear" w:color="auto" w:fill="FFFFFF"/>
                          <w14:textFill>
                            <w14:gradFill>
                              <w14:gsLst>
                                <w14:gs w14:pos="100000">
                                  <w14:srgbClr w14:val="15448B"/>
                                </w14:gs>
                                <w14:gs w14:pos="0">
                                  <w14:srgbClr w14:val="417EC1"/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 xml:space="preserve"> (1</w:t>
                      </w:r>
                      <w:r w:rsidRPr="00C56F35">
                        <w:rPr>
                          <w:rFonts w:ascii="Montserrat Light" w:hAnsi="Montserrat Light"/>
                          <w:sz w:val="16"/>
                          <w:szCs w:val="16"/>
                          <w:shd w:val="clear" w:color="auto" w:fill="FFFFFF"/>
                          <w:vertAlign w:val="superscript"/>
                          <w14:textFill>
                            <w14:gradFill>
                              <w14:gsLst>
                                <w14:gs w14:pos="100000">
                                  <w14:srgbClr w14:val="15448B"/>
                                </w14:gs>
                                <w14:gs w14:pos="0">
                                  <w14:srgbClr w14:val="417EC1"/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>er</w:t>
                      </w:r>
                      <w:r>
                        <w:rPr>
                          <w:rFonts w:ascii="Montserrat Light" w:hAnsi="Montserrat Light"/>
                          <w:sz w:val="16"/>
                          <w:szCs w:val="16"/>
                          <w:shd w:val="clear" w:color="auto" w:fill="FFFFFF"/>
                          <w14:textFill>
                            <w14:gradFill>
                              <w14:gsLst>
                                <w14:gs w14:pos="100000">
                                  <w14:srgbClr w14:val="15448B"/>
                                </w14:gs>
                                <w14:gs w14:pos="0">
                                  <w14:srgbClr w14:val="417EC1"/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 xml:space="preserve"> étage), Lubumbashi/Haut-Katanga </w:t>
                      </w:r>
                      <w:r w:rsidRPr="00425EB8">
                        <w:rPr>
                          <w:rFonts w:ascii="Montserrat Light" w:hAnsi="Montserrat Light"/>
                          <w:sz w:val="20"/>
                          <w:szCs w:val="20"/>
                          <w:shd w:val="clear" w:color="auto" w:fill="FFFFFF"/>
                          <w14:textFill>
                            <w14:gradFill>
                              <w14:gsLst>
                                <w14:gs w14:pos="100000">
                                  <w14:srgbClr w14:val="15448B"/>
                                </w14:gs>
                                <w14:gs w14:pos="0">
                                  <w14:srgbClr w14:val="417EC1"/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>◆</w:t>
                      </w:r>
                      <w:r>
                        <w:rPr>
                          <w:rFonts w:ascii="Montserrat Light" w:hAnsi="Montserrat Light"/>
                          <w:sz w:val="16"/>
                          <w:szCs w:val="16"/>
                          <w:shd w:val="clear" w:color="auto" w:fill="FFFFFF"/>
                          <w14:textFill>
                            <w14:gradFill>
                              <w14:gsLst>
                                <w14:gs w14:pos="100000">
                                  <w14:srgbClr w14:val="15448B"/>
                                </w14:gs>
                                <w14:gs w14:pos="0">
                                  <w14:srgbClr w14:val="417EC1"/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 xml:space="preserve"> </w:t>
                      </w:r>
                      <w:r w:rsidRPr="002330C8">
                        <w:rPr>
                          <w:rFonts w:ascii="Montserrat Light" w:hAnsi="Montserrat Light"/>
                          <w:sz w:val="16"/>
                          <w:szCs w:val="16"/>
                          <w:shd w:val="clear" w:color="auto" w:fill="FFFFFF"/>
                          <w14:textFill>
                            <w14:gradFill>
                              <w14:gsLst>
                                <w14:gs w14:pos="100000">
                                  <w14:srgbClr w14:val="15448B"/>
                                </w14:gs>
                                <w14:gs w14:pos="0">
                                  <w14:srgbClr w14:val="417EC1"/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 xml:space="preserve">République démocratique du </w:t>
                      </w:r>
                      <w:r>
                        <w:rPr>
                          <w:rFonts w:ascii="Montserrat Light" w:hAnsi="Montserrat Light"/>
                          <w:sz w:val="16"/>
                          <w:szCs w:val="16"/>
                          <w:shd w:val="clear" w:color="auto" w:fill="FFFFFF"/>
                          <w14:textFill>
                            <w14:gradFill>
                              <w14:gsLst>
                                <w14:gs w14:pos="100000">
                                  <w14:srgbClr w14:val="15448B"/>
                                </w14:gs>
                                <w14:gs w14:pos="0">
                                  <w14:srgbClr w14:val="417EC1"/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>Congo</w:t>
                      </w:r>
                    </w:p>
                    <w:p w14:paraId="6887F165" w14:textId="77777777" w:rsidR="002D7152" w:rsidRPr="002330C8" w:rsidRDefault="002D7152" w:rsidP="002D7152">
                      <w:pPr>
                        <w:jc w:val="center"/>
                        <w:rPr>
                          <w:sz w:val="16"/>
                          <w:szCs w:val="16"/>
                          <w14:textFill>
                            <w14:gradFill>
                              <w14:gsLst>
                                <w14:gs w14:pos="100000">
                                  <w14:srgbClr w14:val="15448B"/>
                                </w14:gs>
                                <w14:gs w14:pos="0">
                                  <w14:srgbClr w14:val="417EC1"/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</w:pPr>
                      <w:r>
                        <w:rPr>
                          <w:rFonts w:ascii="Montserrat Light" w:hAnsi="Montserrat Light"/>
                          <w:sz w:val="16"/>
                          <w:szCs w:val="16"/>
                          <w:shd w:val="clear" w:color="auto" w:fill="FFFFFF"/>
                          <w14:textFill>
                            <w14:gradFill>
                              <w14:gsLst>
                                <w14:gs w14:pos="100000">
                                  <w14:srgbClr w14:val="15448B"/>
                                </w14:gs>
                                <w14:gs w14:pos="0">
                                  <w14:srgbClr w14:val="417EC1"/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 xml:space="preserve">Tél : +243 810 001 029 </w:t>
                      </w:r>
                      <w:r w:rsidRPr="00425EB8">
                        <w:rPr>
                          <w:rFonts w:ascii="Montserrat Light" w:hAnsi="Montserrat Light"/>
                          <w:sz w:val="20"/>
                          <w:szCs w:val="20"/>
                          <w:shd w:val="clear" w:color="auto" w:fill="FFFFFF"/>
                          <w14:textFill>
                            <w14:gradFill>
                              <w14:gsLst>
                                <w14:gs w14:pos="100000">
                                  <w14:srgbClr w14:val="15448B"/>
                                </w14:gs>
                                <w14:gs w14:pos="0">
                                  <w14:srgbClr w14:val="417EC1"/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>◆</w:t>
                      </w:r>
                      <w:r>
                        <w:rPr>
                          <w:rFonts w:ascii="Montserrat Light" w:hAnsi="Montserrat Light"/>
                          <w:sz w:val="16"/>
                          <w:szCs w:val="16"/>
                          <w:shd w:val="clear" w:color="auto" w:fill="FFFFFF"/>
                          <w14:textFill>
                            <w14:gradFill>
                              <w14:gsLst>
                                <w14:gs w14:pos="100000">
                                  <w14:srgbClr w14:val="15448B"/>
                                </w14:gs>
                                <w14:gs w14:pos="0">
                                  <w14:srgbClr w14:val="417EC1"/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 xml:space="preserve"> Email : contact@arecoms.com</w:t>
                      </w:r>
                    </w:p>
                  </w:txbxContent>
                </v:textbox>
              </v:shape>
              <v:line id="Connecteur droit 8" o:spid="_x0000_s1028" style="position:absolute;visibility:visible;mso-wrap-style:square" from="2551,0" to="69366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78EC7" w14:textId="77777777" w:rsidR="008B0907" w:rsidRPr="008907BF" w:rsidRDefault="008B0907">
      <w:pPr>
        <w:spacing w:after="0" w:line="240" w:lineRule="auto"/>
      </w:pPr>
      <w:r w:rsidRPr="008907BF">
        <w:separator/>
      </w:r>
    </w:p>
  </w:footnote>
  <w:footnote w:type="continuationSeparator" w:id="0">
    <w:p w14:paraId="2CBA9B52" w14:textId="77777777" w:rsidR="008B0907" w:rsidRPr="008907BF" w:rsidRDefault="008B0907">
      <w:pPr>
        <w:spacing w:after="0" w:line="240" w:lineRule="auto"/>
      </w:pPr>
      <w:r w:rsidRPr="008907B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3F862" w14:textId="5960820B" w:rsidR="006B0D51" w:rsidRPr="008907BF" w:rsidRDefault="008907BF" w:rsidP="008907BF">
    <w:pPr>
      <w:pStyle w:val="En-tte"/>
    </w:pPr>
    <w:r w:rsidRPr="008907BF">
      <w:drawing>
        <wp:anchor distT="0" distB="0" distL="114300" distR="114300" simplePos="0" relativeHeight="251657728" behindDoc="0" locked="0" layoutInCell="1" allowOverlap="1" wp14:anchorId="6669BDBB" wp14:editId="3DCB8AFA">
          <wp:simplePos x="0" y="0"/>
          <wp:positionH relativeFrom="column">
            <wp:posOffset>1778000</wp:posOffset>
          </wp:positionH>
          <wp:positionV relativeFrom="page">
            <wp:posOffset>57150</wp:posOffset>
          </wp:positionV>
          <wp:extent cx="1893570" cy="2004695"/>
          <wp:effectExtent l="0" t="0" r="0" b="0"/>
          <wp:wrapTopAndBottom/>
          <wp:docPr id="2082647475" name="Image 2" descr="Une image contenant symbole, Emblème, logo,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748411" name="Image 2" descr="Une image contenant symbole, Emblème, logo, text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3570" cy="2004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6493725">
    <w:abstractNumId w:val="8"/>
  </w:num>
  <w:num w:numId="2" w16cid:durableId="1969774944">
    <w:abstractNumId w:val="6"/>
  </w:num>
  <w:num w:numId="3" w16cid:durableId="244151604">
    <w:abstractNumId w:val="5"/>
  </w:num>
  <w:num w:numId="4" w16cid:durableId="321935496">
    <w:abstractNumId w:val="4"/>
  </w:num>
  <w:num w:numId="5" w16cid:durableId="1895389451">
    <w:abstractNumId w:val="7"/>
  </w:num>
  <w:num w:numId="6" w16cid:durableId="1268149260">
    <w:abstractNumId w:val="3"/>
  </w:num>
  <w:num w:numId="7" w16cid:durableId="1003775110">
    <w:abstractNumId w:val="2"/>
  </w:num>
  <w:num w:numId="8" w16cid:durableId="21832046">
    <w:abstractNumId w:val="1"/>
  </w:num>
  <w:num w:numId="9" w16cid:durableId="1518345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0BA1"/>
    <w:rsid w:val="0015074B"/>
    <w:rsid w:val="0029639D"/>
    <w:rsid w:val="002D7152"/>
    <w:rsid w:val="00326F90"/>
    <w:rsid w:val="006B0D51"/>
    <w:rsid w:val="008907BF"/>
    <w:rsid w:val="008B0907"/>
    <w:rsid w:val="00AA1D8D"/>
    <w:rsid w:val="00B47730"/>
    <w:rsid w:val="00CB0664"/>
    <w:rsid w:val="00EB23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7900F4AF"/>
  <w14:defaultImageDpi w14:val="300"/>
  <w15:docId w15:val="{40C92EEE-22A0-41DA-974F-549D7F420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116</Words>
  <Characters>640</Characters>
  <Application>Microsoft Office Word</Application>
  <DocSecurity>0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3</cp:revision>
  <dcterms:created xsi:type="dcterms:W3CDTF">2025-12-29T13:31:00Z</dcterms:created>
  <dcterms:modified xsi:type="dcterms:W3CDTF">2025-12-29T13:32:00Z</dcterms:modified>
  <cp:category/>
</cp:coreProperties>
</file>