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47D918" w14:textId="77777777" w:rsidR="00721E90" w:rsidRDefault="00A52F62">
      <w:pPr>
        <w:pStyle w:val="Subttulo"/>
        <w:spacing w:after="20"/>
      </w:pPr>
      <w:r>
        <w:t>BASES Y CONDICIONES</w:t>
      </w:r>
    </w:p>
    <w:p w14:paraId="7F6037E5" w14:textId="77777777" w:rsidR="00721E90" w:rsidRDefault="00A52F62">
      <w:pPr>
        <w:pStyle w:val="Ttulo"/>
        <w:spacing w:after="200"/>
      </w:pPr>
      <w:r>
        <w:t>DESLINDE DE RESPONSABILIDAD</w:t>
      </w:r>
    </w:p>
    <w:p w14:paraId="294D45A7" w14:textId="77777777" w:rsidR="00721E90" w:rsidRDefault="00A52F62">
      <w:pPr>
        <w:spacing w:after="200"/>
      </w:pPr>
      <w:r>
        <w:t>YO ______________________________________________________, DNI ______________________, por sí, mayor de edad, en adelante “El Participante”, constituyendo domicilio en ______________________________________________________, solicita su participación en la prueba ciclista denominada “Desafío OpenSports” en adelante, “La Prueba” que se desarrollará con fecha 6 de diciembre 2026 en la ciudad de Mar del Plata, sujeta a las siguientes condiciones:</w:t>
      </w:r>
    </w:p>
    <w:p w14:paraId="1475DC15" w14:textId="77777777" w:rsidR="00721E90" w:rsidRDefault="00A52F62">
      <w:pPr>
        <w:pStyle w:val="Ttulo1"/>
        <w:spacing w:after="100"/>
      </w:pPr>
      <w:r>
        <w:t>RESPONSABILIDADES DEL PARTICIPANTE</w:t>
      </w:r>
    </w:p>
    <w:p w14:paraId="0888BEE4" w14:textId="77777777" w:rsidR="00721E90" w:rsidRDefault="00A52F62">
      <w:r>
        <w:t>Al inscribirse el participante acepta este reglamento, deberá completar la ficha de inscripción y deberá firmar el siguiente texto de responsabilidades del participante:</w:t>
      </w:r>
    </w:p>
    <w:p w14:paraId="010FD938" w14:textId="77777777" w:rsidR="00721E90" w:rsidRDefault="00A52F62">
      <w:r>
        <w:t>Declaro estar médicamente apto y adecuadamente entrenado para participar de esta prueba. Aceptaré cualquier decisión de un oficial de la carrera relativa a mi capacidad de completar con seguridad la prueba. Asumo todos los riesgos asociados con participar en esta carrera incluyendo, pero no limitado a caídas, contacto con los participantes, las consecuencias del clima, incluyendo temperatura y/o humedad, tránsito vehicular y condiciones del camino, y manifiesto que todos los riesgos son conocidos y apreciad</w:t>
      </w:r>
      <w:r>
        <w:t>os por mí. Habiendo leído esta declaración y conociendo estos hechos y considerando su aceptación en participar en la carrera, yo, en mi nombre y el de cualquier persona que actúe en mi representación, asumo total y personal responsabilidad por mi salud y seguridad, y libero a los organizadores de la prueba, voluntarios, empresas contratadas o vinculadas, sponsors y auspiciantes, sus representantes y sucesores de todo reclamo y/o responsabilidad, de cualquier tipo (incluyendo y no limitado a, daños por acci</w:t>
      </w:r>
      <w:r>
        <w:t>dentes, daños materiales, físicos o psíquicos o morales, lucro cesante, causados a mi persona o a mis derechohabientes) que surja con motivo o en ocasión de mi participación en este evento, aun cuando dicha responsabilidad pueda surgir por negligencia o culpa de parte de las personas físicas o jurídicas nombradas en esta declaración, así como de cualquier extravío, robo y/o hurto que pudiera sufrir durante la competencia.</w:t>
      </w:r>
    </w:p>
    <w:p w14:paraId="580CE926" w14:textId="77777777" w:rsidR="00721E90" w:rsidRDefault="00A52F62">
      <w:r>
        <w:t>Entiendo que la organización podrá suspender o prorrogar fechas sin previo aviso, incluso incrementar o reducir la cantidad de inscripciones en función de las necesidades o la disponibilidad técnica o estructural.</w:t>
      </w:r>
    </w:p>
    <w:p w14:paraId="02592C4E" w14:textId="77777777" w:rsidR="00721E90" w:rsidRDefault="00A52F62">
      <w:r>
        <w:t>Autorizo a la organización y sponsors al uso de fotografías, películas, videos, grabaciones y cualquier otro tipo de registro de este evento en el que aparezca mi imagen corporal en forma parcial o total, para cualquier uso legítimo, sin compensación económica alguna.</w:t>
      </w:r>
    </w:p>
    <w:p w14:paraId="32054E94" w14:textId="77777777" w:rsidR="00721E90" w:rsidRDefault="00A52F62">
      <w:r>
        <w:t>Acepto y entiendo el reglamento de este evento y cumplo bajo mi firma todos los requisitos básicos y obligatorios para el retiro del kit.</w:t>
      </w:r>
    </w:p>
    <w:p w14:paraId="10A45DFC" w14:textId="77777777" w:rsidR="00721E90" w:rsidRDefault="00A52F62">
      <w:r>
        <w:t>Al aceptar el reglamento tomo conocimiento y acepto voluntariamente y comprendo que los talles de remeras están sujetos al stock disponibles al momento de la inscripción.</w:t>
      </w:r>
    </w:p>
    <w:p w14:paraId="0CB64B57" w14:textId="77777777" w:rsidR="00721E90" w:rsidRDefault="00A52F62">
      <w:r>
        <w:t>Los jueces de la prueba y la Organización se reservan la facultad de descalificar al infractor que, comprobada cualquier irregularidad por algún corredor; no lleven visible su dorsal, lo manipule y/o lo ceda a otro, altere los datos facilitados a la Organización o al Director Técnico de la Carrera con respecto a lo que figuren en su DNI, no completar la totalidad del recorrido programado, manifieste un mal estado físico, no facilite a la Organización la documentación que se le requiera, y/o incumpla cualqui</w:t>
      </w:r>
      <w:r>
        <w:t>er otra norma.</w:t>
      </w:r>
    </w:p>
    <w:p w14:paraId="48750453" w14:textId="77777777" w:rsidR="00721E90" w:rsidRDefault="00A52F62">
      <w:r>
        <w:t>La Organización declina toda responsabilidad por los daños, perjuicios o lesiones que los participantes en esta prueba puedan sufrir o causar a terceros, sin perjuicio de la existencia de un Seguro de Accidentes y Responsabilidad Civil que cubrirá las incidencias inherentes a la prueba.</w:t>
      </w:r>
    </w:p>
    <w:p w14:paraId="4C33B513" w14:textId="77777777" w:rsidR="00721E90" w:rsidRDefault="00A52F62">
      <w:r>
        <w:t>Todos los participantes, por el hecho de inscribirse, declaran conocer y aceptar el Reglamento de la Carrera y el Pliego de Descargo de Responsabilidades y Protección de datos. En caso de duda prevalecerá el criterio de la Organización.</w:t>
      </w:r>
    </w:p>
    <w:p w14:paraId="5005624C" w14:textId="77777777" w:rsidR="00721E90" w:rsidRDefault="00721E90">
      <w:pPr>
        <w:sectPr w:rsidR="00721E90">
          <w:headerReference w:type="default" r:id="rId11"/>
          <w:footerReference w:type="default" r:id="rId12"/>
          <w:pgSz w:w="12240" w:h="15840"/>
          <w:pgMar w:top="1880" w:right="720" w:bottom="840" w:left="720" w:header="0" w:footer="320" w:gutter="0"/>
          <w:cols w:space="720"/>
          <w:docGrid w:linePitch="360"/>
        </w:sectPr>
      </w:pPr>
    </w:p>
    <w:p w14:paraId="7998E588" w14:textId="77777777" w:rsidR="00721E90" w:rsidRDefault="00A52F62">
      <w:pPr>
        <w:pStyle w:val="Ttulo1"/>
        <w:spacing w:after="120"/>
      </w:pPr>
      <w:r>
        <w:lastRenderedPageBreak/>
        <w:t>DECLARACIÓN JURADA DE SALUD</w:t>
      </w:r>
    </w:p>
    <w:p w14:paraId="79AA9022" w14:textId="77777777" w:rsidR="00721E90" w:rsidRDefault="00A52F62">
      <w:pPr>
        <w:spacing w:after="60" w:line="245" w:lineRule="exact"/>
      </w:pPr>
      <w:r>
        <w:t>La adhesión y suscripción de la inscripción a la carrera y el presente documento, importa la manifestación, con carácter de declaración jurada del óptimo estado de salud del participante en los siguientes términos:</w:t>
      </w:r>
    </w:p>
    <w:p w14:paraId="1F68609D" w14:textId="77777777" w:rsidR="00721E90" w:rsidRDefault="00A52F62">
      <w:pPr>
        <w:spacing w:after="60" w:line="245" w:lineRule="exact"/>
      </w:pPr>
      <w:r>
        <w:t>"Me encuentro en estado de salud psicofísico óptimo para participar en el evento, y manifiesto que, conociendo los riesgos que importa una prueba física como la carrera que es objeto de la inscripción, he realizado, con anterioridad y con profesionales de mi exclusiva confianza, todas los chequeos médicos necesarios para asegurar mi estado de salud a tal fin.</w:t>
      </w:r>
    </w:p>
    <w:p w14:paraId="024F2F0C" w14:textId="77777777" w:rsidR="00721E90" w:rsidRDefault="00A52F62">
      <w:pPr>
        <w:spacing w:after="60" w:line="245" w:lineRule="exact"/>
      </w:pPr>
      <w:r>
        <w:t>Así, Declaro estar médicamente apta/o y adecuadamente entrenada/o para participar de esta competencia y aceptaré cualquier decisión de un oficial de la carrera relativa a mi capacidad de completar con seguridad la prueba.</w:t>
      </w:r>
    </w:p>
    <w:p w14:paraId="32CC81D4" w14:textId="77777777" w:rsidR="00721E90" w:rsidRDefault="00A52F62">
      <w:pPr>
        <w:spacing w:after="60" w:line="245" w:lineRule="exact"/>
      </w:pPr>
      <w:r>
        <w:t>Asumo todos los riesgos asociados con participar en la jornada incluyendo caídas, contacto con otras/os participantes, las consecuencias del clima (temperatura y/o humedad), tránsito vehicular y condiciones del camino. Manifiesto que acepto todos los riesgos vinculados a la jornada asumiendo total responsabilidad por mi salud, integridad física y seguridad personal. Libero a los organizadores, voluntarios, empresas contratadas o vinculadas, sponsors y auspiciantes, sus representantes y sucesores de toda res</w:t>
      </w:r>
      <w:r>
        <w:t>ponsabilidad por cualquier tipo de daño que surja con motivo o en ocasión de mi participación en este evento (por accidentes, daños materiales, físicos o psíquicos o morales, lucro cesante) aun cuando dicha responsabilidad pueda surgir por negligencia o culpa de parte de las personas físicas o jurídicas nombradas en esta declaración. Durante el desarrollo de la competición contribuiré con la Organización, para evitar accidentes personales.</w:t>
      </w:r>
    </w:p>
    <w:p w14:paraId="6A9D6AC5" w14:textId="77777777" w:rsidR="00721E90" w:rsidRDefault="00A52F62">
      <w:pPr>
        <w:spacing w:after="60" w:line="245" w:lineRule="exact"/>
      </w:pPr>
      <w:r>
        <w:t>Declaro, conocer que la Organización recomienda ENFATICA y ESPECIALMENTE a todos los corredores participantes, someterse a un reconocimiento médico previo a la prueba, declaro haberlo realizado con especialistas escogidos por mí y acepto cualquier riesgo derivado de la actividad deportiva."</w:t>
      </w:r>
    </w:p>
    <w:p w14:paraId="341606B9" w14:textId="77777777" w:rsidR="00721E90" w:rsidRDefault="00A52F62">
      <w:pPr>
        <w:spacing w:after="60" w:line="245" w:lineRule="exact"/>
      </w:pPr>
      <w:r>
        <w:t xml:space="preserve">Los participantes reconocen y autorizan expresamente, como medio de notificación legal válido, el correo electrónico, el número de teléfono móvil denunciado, y/o cualquier otra aplicación móvil o web de mensajería (como WhatsApp, Line, Telegram, etc), para que todas y cada una de las decisiones y/o incidencias acaecidas en el evento, y aún antes o después del mismo, sean comunicadas por el Organizador y se tendrán por válidas por la sola recepción de los mismos en dichos medios, sin perjuicio de la lectura </w:t>
      </w:r>
      <w:r>
        <w:t>que del mismo haya realizado el receptor.</w:t>
      </w:r>
    </w:p>
    <w:p w14:paraId="4C0CA40C" w14:textId="77777777" w:rsidR="00721E90" w:rsidRDefault="00A52F62">
      <w:pPr>
        <w:spacing w:after="60" w:line="245" w:lineRule="exact"/>
      </w:pPr>
      <w:r>
        <w:t>Asimismo y de acuerdo a los intereses deportivos, de promoción, distribución y explotación del evento de referencia para todo el mundo (reproducción de fotografías de la prueba, publicación de listados clasificatorios, etc.) mediante cualquier dispositivo (Internet, publicidad, etc.) y sin límite temporal, los inscritos ceden de manera expresa y gratuita a la entidades señaladas más arriba el derecho a reproducir el nombre y apellidos, el sitio obtenido en la clasificación general y la propia del participan</w:t>
      </w:r>
      <w:r>
        <w:t>te, la categoría, la marca deportiva realizada y su imagen.</w:t>
      </w:r>
    </w:p>
    <w:p w14:paraId="1BFE4D15" w14:textId="77777777" w:rsidR="00721E90" w:rsidRDefault="00A52F62">
      <w:pPr>
        <w:spacing w:after="60" w:line="245" w:lineRule="exact"/>
      </w:pPr>
      <w:r>
        <w:t>La Organización no será responsable ni estará obligada a hacer devolución del valor de la inscripción en caso de ocurrir un caso fortuito o fuerza mayor que impida la realización del evento a que se refieren estas Bases. Si por decisión de la autoridad, como la Transportes y Telecomunicaciones, Gobierno, Intendencia o cualquier municipalidad, o por otras razones o circunstancias que obliguen a la Organización, o sea ésta obligada cancelar el evento, ésta no tendrá responsabilidad alguna quedando desde luego</w:t>
      </w:r>
      <w:r>
        <w:t xml:space="preserve"> autorizada para retener la o las sumas pagadas por concepto de inscripción.</w:t>
      </w:r>
    </w:p>
    <w:p w14:paraId="05DFE79D" w14:textId="77777777" w:rsidR="00721E90" w:rsidRDefault="00A52F62">
      <w:pPr>
        <w:spacing w:after="60" w:line="245" w:lineRule="exact"/>
      </w:pPr>
      <w:r>
        <w:t>Si por decisión de la autoridad administrativa la Organización se ve obligada a postergar, cancelar o modificar cualquiera de los circuitos del evento y/o trasladar el lugar de partida o meta, o el lugar de prestación de los servicios, la Organización asumirá la obligación de re-agendar la realización del evento a que refieren estas bases cuando se ordene la postergación o cancelación del evento; y a modificar el circuito respectivo e instalar la partida o meta en un lugar alternativo de la nueva ubicación.</w:t>
      </w:r>
    </w:p>
    <w:p w14:paraId="79C5225C" w14:textId="77777777" w:rsidR="00721E90" w:rsidRDefault="00A52F62">
      <w:pPr>
        <w:keepNext/>
        <w:spacing w:after="60" w:line="245" w:lineRule="exact"/>
      </w:pPr>
      <w:r>
        <w:t>La Organización tampoco será responsable ni estará obligada a hacer devolución del valor de la inscripción en caso de modificar, alterar o cambiar el lugar de la partida y/o meta, los circuitos o recorridos.</w:t>
      </w:r>
    </w:p>
    <w:p w14:paraId="1AC429B2" w14:textId="77777777" w:rsidR="00721E90" w:rsidRDefault="00A52F62">
      <w:pPr>
        <w:keepNext/>
        <w:tabs>
          <w:tab w:val="left" w:pos="5760"/>
        </w:tabs>
        <w:spacing w:before="600" w:after="80"/>
      </w:pPr>
      <w:r>
        <w:rPr>
          <w:sz w:val="20"/>
        </w:rPr>
        <w:t>________________________________________</w:t>
      </w:r>
      <w:r>
        <w:rPr>
          <w:sz w:val="20"/>
        </w:rPr>
        <w:tab/>
        <w:t>________________________________________</w:t>
      </w:r>
    </w:p>
    <w:p w14:paraId="72805852" w14:textId="77777777" w:rsidR="00721E90" w:rsidRDefault="00A52F62">
      <w:pPr>
        <w:tabs>
          <w:tab w:val="left" w:pos="5760"/>
        </w:tabs>
      </w:pPr>
      <w:r>
        <w:rPr>
          <w:rFonts w:ascii="Barlow Condensed" w:hAnsi="Barlow Condensed"/>
          <w:b/>
        </w:rPr>
        <w:t>FIRMA DEL PARTICIPANTE</w:t>
      </w:r>
      <w:r>
        <w:rPr>
          <w:rFonts w:ascii="Barlow Condensed" w:hAnsi="Barlow Condensed"/>
          <w:b/>
        </w:rPr>
        <w:tab/>
        <w:t>ACLARACIÓN</w:t>
      </w:r>
    </w:p>
    <w:sectPr w:rsidR="00721E90" w:rsidSect="00034616">
      <w:headerReference w:type="default" r:id="rId13"/>
      <w:pgSz w:w="12240" w:h="15840"/>
      <w:pgMar w:top="1520" w:right="720" w:bottom="720" w:left="720" w:header="0" w:footer="3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E04DBB" w14:textId="77777777" w:rsidR="00A52F62" w:rsidRDefault="00A52F62">
      <w:pPr>
        <w:spacing w:after="0" w:line="240" w:lineRule="auto"/>
      </w:pPr>
      <w:r>
        <w:separator/>
      </w:r>
    </w:p>
  </w:endnote>
  <w:endnote w:type="continuationSeparator" w:id="0">
    <w:p w14:paraId="719C985F" w14:textId="77777777" w:rsidR="00A52F62" w:rsidRDefault="00A52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B1D935DF-23C5-B84D-A096-6FDF6777B05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60F0375D-CCF5-8147-8D26-FD98FAAEE2E9}"/>
    <w:embedBold r:id="rId3" w:fontKey="{BDED43DA-7AE7-E646-B165-997B4ED354E8}"/>
    <w:embedItalic r:id="rId4" w:fontKey="{F3F1E1D3-15C8-FF4E-9513-307A02771F2C}"/>
    <w:embedBoldItalic r:id="rId5" w:fontKey="{F09E254E-6AD2-2A4B-ACB3-D2329155CFC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D3BDBCC-8CC8-3540-A84C-37B4AD6D0E77}"/>
    <w:embedBold r:id="rId7" w:fontKey="{93511E35-CB7F-534C-8EE4-B71ED20499A4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rlow">
    <w:panose1 w:val="00000500000000000000"/>
    <w:charset w:val="4D"/>
    <w:family w:val="auto"/>
    <w:pitch w:val="variable"/>
    <w:sig w:usb0="20000007" w:usb1="00000000" w:usb2="00000000" w:usb3="00000000" w:csb0="00000193" w:csb1="00000000"/>
    <w:embedRegular r:id="rId8" w:fontKey="{AD6773F2-B23E-3842-86AC-2FDD4FCD537C}"/>
    <w:embedBold r:id="rId9" w:fontKey="{AA779850-7571-0640-9234-EB3BB83917AA}"/>
    <w:embedItalic r:id="rId10" w:fontKey="{391A8426-017E-584F-B71A-1166B91B8C1B}"/>
    <w:embedBoldItalic r:id="rId11" w:fontKey="{A8FA5CFB-4053-214F-9F60-3FC443DA4071}"/>
  </w:font>
  <w:font w:name="Barlow Condensed">
    <w:panose1 w:val="00000506000000000000"/>
    <w:charset w:val="4D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59D519D3-0D9C-164A-A607-6EED4EB2646A}"/>
    <w:embedBold r:id="rId13" w:fontKey="{30AD0A9C-7285-D54E-A566-802149B7D92E}"/>
    <w:embedItalic r:id="rId14" w:fontKey="{FBA2C33C-A033-3441-8402-4CD1389A706F}"/>
    <w:embedBoldItalic r:id="rId15" w:fontKey="{CABC8F65-D96A-7349-9763-347A12309C2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  <w:embedRegular r:id="rId16" w:fontKey="{878080DA-9D67-8449-B43A-C5D963586D4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141F65" w14:textId="77777777" w:rsidR="00721E90" w:rsidRDefault="00A52F62">
    <w:pPr>
      <w:pStyle w:val="Piedepgina"/>
      <w:pBdr>
        <w:top w:val="single" w:sz="4" w:space="8" w:color="D7DBD5"/>
      </w:pBdr>
      <w:tabs>
        <w:tab w:val="right" w:pos="10800"/>
      </w:tabs>
    </w:pPr>
    <w:r>
      <w:rPr>
        <w:color w:val="66706A"/>
        <w:sz w:val="16"/>
      </w:rPr>
      <w:t>DESAFÍO OPENSPORTS  /  BASES Y CONDICIONES</w:t>
    </w:r>
    <w:r>
      <w:rPr>
        <w:color w:val="66706A"/>
        <w:sz w:val="16"/>
      </w:rPr>
      <w:tab/>
    </w:r>
    <w:r>
      <w:fldChar w:fldCharType="begin"/>
    </w:r>
    <w:r>
      <w:instrText>PAGE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/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E58235" w14:textId="77777777" w:rsidR="00A52F62" w:rsidRDefault="00A52F62">
      <w:pPr>
        <w:spacing w:after="0" w:line="240" w:lineRule="auto"/>
      </w:pPr>
      <w:r>
        <w:separator/>
      </w:r>
    </w:p>
  </w:footnote>
  <w:footnote w:type="continuationSeparator" w:id="0">
    <w:p w14:paraId="26BF947B" w14:textId="77777777" w:rsidR="00A52F62" w:rsidRDefault="00A52F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57E9C2" w14:textId="77777777" w:rsidR="00721E90" w:rsidRDefault="00A52F62">
    <w:pPr>
      <w:pStyle w:val="Encabezado"/>
      <w:ind w:left="-720"/>
    </w:pPr>
    <w:r>
      <w:rPr>
        <w:noProof/>
      </w:rPr>
      <w:drawing>
        <wp:inline distT="0" distB="0" distL="0" distR="0" wp14:anchorId="055DAC69" wp14:editId="75ABE2A0">
          <wp:extent cx="7772400" cy="1066800"/>
          <wp:effectExtent l="0" t="0" r="0" b="0"/>
          <wp:docPr id="1" name="Picture 1" descr="Desafío OpenSports. Domingo 6 de diciembre de 2026, 08:00 hs. Estación Chapadmalal, ciudad de Mar del Pla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-firs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66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DC4E25" w14:textId="77777777" w:rsidR="00721E90" w:rsidRDefault="00A52F62">
    <w:pPr>
      <w:pStyle w:val="Encabezado"/>
      <w:ind w:left="-720"/>
    </w:pPr>
    <w:r>
      <w:rPr>
        <w:noProof/>
      </w:rPr>
      <w:drawing>
        <wp:inline distT="0" distB="0" distL="0" distR="0" wp14:anchorId="5E2213F3" wp14:editId="5C644CD5">
          <wp:extent cx="7772400" cy="815340"/>
          <wp:effectExtent l="0" t="0" r="0" b="0"/>
          <wp:docPr id="776166506" name="Picture 1" descr="Desafío OpenSports. Domingo 6 de diciembre de 2026, 08:00 hs. Estación Chapadmalal, ciudad de Mar del Pla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-nex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815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0907964">
    <w:abstractNumId w:val="8"/>
  </w:num>
  <w:num w:numId="2" w16cid:durableId="1086808812">
    <w:abstractNumId w:val="6"/>
  </w:num>
  <w:num w:numId="3" w16cid:durableId="2042902978">
    <w:abstractNumId w:val="5"/>
  </w:num>
  <w:num w:numId="4" w16cid:durableId="822283587">
    <w:abstractNumId w:val="4"/>
  </w:num>
  <w:num w:numId="5" w16cid:durableId="1312364897">
    <w:abstractNumId w:val="7"/>
  </w:num>
  <w:num w:numId="6" w16cid:durableId="1733968588">
    <w:abstractNumId w:val="3"/>
  </w:num>
  <w:num w:numId="7" w16cid:durableId="1305816955">
    <w:abstractNumId w:val="2"/>
  </w:num>
  <w:num w:numId="8" w16cid:durableId="23211632">
    <w:abstractNumId w:val="1"/>
  </w:num>
  <w:num w:numId="9" w16cid:durableId="2197865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E36ED"/>
    <w:rsid w:val="00721E90"/>
    <w:rsid w:val="007D6A83"/>
    <w:rsid w:val="00A52F6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543D28E4-ACA8-2A48-B8FF-F95947AB6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4" w:line="250" w:lineRule="exact"/>
    </w:pPr>
    <w:rPr>
      <w:rFonts w:ascii="Barlow" w:eastAsia="Barlow" w:hAnsi="Barlow"/>
      <w:color w:val="000000"/>
      <w:lang w:val="es-AR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line="340" w:lineRule="exact"/>
      <w:outlineLvl w:val="0"/>
    </w:pPr>
    <w:rPr>
      <w:rFonts w:ascii="Barlow Condensed" w:eastAsia="Barlow Condensed" w:hAnsi="Barlow Condensed"/>
      <w:b/>
      <w:bCs/>
      <w:sz w:val="3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keepNext/>
      <w:spacing w:line="500" w:lineRule="exact"/>
      <w:contextualSpacing/>
    </w:pPr>
    <w:rPr>
      <w:rFonts w:ascii="Barlow Condensed" w:eastAsia="Barlow Condensed" w:hAnsi="Barlow Condensed"/>
      <w:b/>
      <w:sz w:val="46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keepNext/>
      <w:spacing w:line="420" w:lineRule="exact"/>
    </w:pPr>
    <w:rPr>
      <w:rFonts w:ascii="Barlow Condensed" w:eastAsia="Barlow Condensed" w:hAnsi="Barlow Condensed"/>
      <w:b/>
      <w:sz w:val="38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43b6a5-4464-42cc-a48f-94d5f620b6b0" xsi:nil="true"/>
    <lcf76f155ced4ddcb4097134ff3c332f xmlns="909f5c8b-a775-4281-b471-d5b82effdcf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60BBF1784B0D41A4155B1D1FDB9DF4" ma:contentTypeVersion="13" ma:contentTypeDescription="Crear nuevo documento." ma:contentTypeScope="" ma:versionID="05f7e3e6392dd1caa2dc774b0af1e713">
  <xsd:schema xmlns:xsd="http://www.w3.org/2001/XMLSchema" xmlns:xs="http://www.w3.org/2001/XMLSchema" xmlns:p="http://schemas.microsoft.com/office/2006/metadata/properties" xmlns:ns2="909f5c8b-a775-4281-b471-d5b82effdcf7" xmlns:ns3="2e43b6a5-4464-42cc-a48f-94d5f620b6b0" targetNamespace="http://schemas.microsoft.com/office/2006/metadata/properties" ma:root="true" ma:fieldsID="6fc6842f011783c8e8640cb642d2fc7f" ns2:_="" ns3:_="">
    <xsd:import namespace="909f5c8b-a775-4281-b471-d5b82effdcf7"/>
    <xsd:import namespace="2e43b6a5-4464-42cc-a48f-94d5f620b6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9f5c8b-a775-4281-b471-d5b82effdc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ff485749-ad61-4a91-a77f-4a28230282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43b6a5-4464-42cc-a48f-94d5f620b6b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94ea268-bdeb-4b6f-8aea-0b04f746e6f1}" ma:internalName="TaxCatchAll" ma:showField="CatchAllData" ma:web="2e43b6a5-4464-42cc-a48f-94d5f620b6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ECDB7F-DE4C-45D5-81F6-E8428F478BD2}">
  <ds:schemaRefs>
    <ds:schemaRef ds:uri="http://schemas.microsoft.com/office/2006/metadata/properties"/>
    <ds:schemaRef ds:uri="http://schemas.microsoft.com/office/infopath/2007/PartnerControls"/>
    <ds:schemaRef ds:uri="2e43b6a5-4464-42cc-a48f-94d5f620b6b0"/>
    <ds:schemaRef ds:uri="909f5c8b-a775-4281-b471-d5b82effdcf7"/>
  </ds:schemaRefs>
</ds:datastoreItem>
</file>

<file path=customXml/itemProps3.xml><?xml version="1.0" encoding="utf-8"?>
<ds:datastoreItem xmlns:ds="http://schemas.openxmlformats.org/officeDocument/2006/customXml" ds:itemID="{9C835ED3-1408-490F-93F5-E7B0290216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8EEBA3-5B30-4E75-A9C3-6606EA3495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9f5c8b-a775-4281-b471-d5b82effdcf7"/>
    <ds:schemaRef ds:uri="2e43b6a5-4464-42cc-a48f-94d5f620b6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1288</Words>
  <Characters>7334</Characters>
  <Application>Microsoft Office Word</Application>
  <DocSecurity>0</DocSecurity>
  <Lines>94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Desafío OpenSports 2026 | Bases y condiciones y deslinde de responsabilidad</dc:title>
  <dc:subject>Documento para completar y firmar por el participante</dc:subject>
  <dc:creator>Desafío OpenSports</dc:creator>
  <cp:keywords>Desafío OpenSports, MTB, 2026, deslinde</cp:keywords>
  <dc:description/>
  <cp:lastModifiedBy>Federico Larrosa</cp:lastModifiedBy>
  <cp:revision>2</cp:revision>
  <dcterms:created xsi:type="dcterms:W3CDTF">2026-10-07T15:40:00Z</dcterms:created>
  <dcterms:modified xsi:type="dcterms:W3CDTF">2026-10-07T15:40:00Z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0x010100E460BBF1784B0D41A4155B1D1FDB9DF4</vt:lpwstr>
  </property>
</Properties>
</file>