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P="262ABE64" w14:paraId="3D18DD58" wp14:textId="62DFED8A">
      <w:pPr>
        <w:pStyle w:val="Title"/>
        <w:rPr>
          <w:rFonts w:ascii="Calibri" w:hAnsi="Calibri" w:eastAsia="Calibri" w:cs="Calibri" w:asciiTheme="majorAscii" w:hAnsiTheme="majorAscii" w:eastAsiaTheme="majorAscii" w:cstheme="majorAscii"/>
        </w:rPr>
      </w:pPr>
      <w:r w:rsidR="580D1EC4">
        <w:drawing>
          <wp:inline xmlns:wp14="http://schemas.microsoft.com/office/word/2010/wordprocessingDrawing" wp14:editId="0B5E298D" wp14:anchorId="5776F581">
            <wp:extent cx="1990521" cy="805194"/>
            <wp:effectExtent l="0" t="0" r="0" b="0"/>
            <wp:docPr id="99076308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33767765" name="Picture 833767765"/>
                    <pic:cNvPicPr/>
                  </pic:nvPicPr>
                  <pic:blipFill>
                    <a:blip xmlns:r="http://schemas.openxmlformats.org/officeDocument/2006/relationships" r:embed="rId9718686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90521" cy="80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62ABE64" w14:paraId="32CAE4A9" wp14:textId="5DBB4835">
      <w:pPr>
        <w:pStyle w:val="Title"/>
        <w:rPr>
          <w:rFonts w:ascii="Calibri" w:hAnsi="Calibri" w:eastAsia="Calibri" w:cs="Calibri" w:asciiTheme="majorAscii" w:hAnsiTheme="majorAscii" w:eastAsiaTheme="majorAscii" w:cstheme="majorAscii"/>
          <w:color w:val="auto"/>
          <w:sz w:val="48"/>
          <w:szCs w:val="48"/>
        </w:rPr>
      </w:pPr>
      <w:r w:rsidRPr="262ABE64" w:rsidR="0A5BFD70">
        <w:rPr>
          <w:rFonts w:ascii="Calibri" w:hAnsi="Calibri" w:eastAsia="Calibri" w:cs="Calibri" w:asciiTheme="majorAscii" w:hAnsiTheme="majorAscii" w:eastAsiaTheme="majorAscii" w:cstheme="majorAscii"/>
          <w:color w:val="auto"/>
          <w:sz w:val="48"/>
          <w:szCs w:val="48"/>
        </w:rPr>
        <w:t>Project</w:t>
      </w:r>
      <w:r w:rsidRPr="262ABE64" w:rsidR="60C17AEB">
        <w:rPr>
          <w:rFonts w:ascii="Calibri" w:hAnsi="Calibri" w:eastAsia="Calibri" w:cs="Calibri" w:asciiTheme="majorAscii" w:hAnsiTheme="majorAscii" w:eastAsiaTheme="majorAscii" w:cstheme="majorAscii"/>
          <w:color w:val="auto"/>
          <w:sz w:val="48"/>
          <w:szCs w:val="48"/>
        </w:rPr>
        <w:t xml:space="preserve"> Worker Application Form</w:t>
      </w:r>
      <w:r w:rsidRPr="262ABE64" w:rsidR="72CC7B02">
        <w:rPr>
          <w:rFonts w:ascii="Calibri" w:hAnsi="Calibri" w:eastAsia="Calibri" w:cs="Calibri" w:asciiTheme="majorAscii" w:hAnsiTheme="majorAscii" w:eastAsiaTheme="majorAscii" w:cstheme="majorAscii"/>
          <w:color w:val="auto"/>
          <w:sz w:val="48"/>
          <w:szCs w:val="48"/>
        </w:rPr>
        <w:t xml:space="preserve"> Template</w:t>
      </w:r>
    </w:p>
    <w:p xmlns:wp14="http://schemas.microsoft.com/office/word/2010/wordml" w:rsidP="262ABE64" w14:paraId="4C9DAC0F" wp14:textId="30FA2561">
      <w:pPr>
        <w:pStyle w:val="Heading1"/>
        <w:rPr>
          <w:rFonts w:ascii="Calibri" w:hAnsi="Calibri" w:eastAsia="Calibri" w:cs="Calibri" w:asciiTheme="majorAscii" w:hAnsiTheme="majorAscii" w:eastAsiaTheme="majorAscii" w:cstheme="majorAscii"/>
          <w:color w:val="auto"/>
          <w:sz w:val="32"/>
          <w:szCs w:val="32"/>
        </w:rPr>
      </w:pPr>
      <w:r w:rsidRPr="262ABE64" w:rsidR="60C17AEB">
        <w:rPr>
          <w:rFonts w:ascii="Calibri" w:hAnsi="Calibri" w:eastAsia="Calibri" w:cs="Calibri" w:asciiTheme="majorAscii" w:hAnsiTheme="majorAscii" w:eastAsiaTheme="majorAscii" w:cstheme="majorAscii"/>
          <w:color w:val="auto"/>
          <w:sz w:val="32"/>
          <w:szCs w:val="32"/>
        </w:rPr>
        <w:t>Personal Details</w:t>
      </w:r>
    </w:p>
    <w:p xmlns:wp14="http://schemas.microsoft.com/office/word/2010/wordml" w:rsidP="262ABE64" w14:paraId="4B455E9B" wp14:textId="1E8B07B4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</w:pPr>
      <w:r w:rsidRPr="262ABE64" w:rsidR="60C17AEB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 xml:space="preserve">Full Name: </w:t>
      </w:r>
    </w:p>
    <w:p w:rsidR="02F3F5AD" w:rsidP="262ABE64" w:rsidRDefault="02F3F5AD" w14:paraId="1EE77C81" w14:textId="1E8ABA69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</w:pPr>
      <w:r w:rsidRPr="262ABE64" w:rsidR="02F3F5AD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 xml:space="preserve">Preferred Name: </w:t>
      </w:r>
    </w:p>
    <w:p w:rsidR="02F3F5AD" w:rsidP="262ABE64" w:rsidRDefault="02F3F5AD" w14:paraId="7EB73835" w14:textId="1DF40E00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</w:pPr>
      <w:r w:rsidRPr="262ABE64" w:rsidR="02F3F5AD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>Pronouns (</w:t>
      </w:r>
      <w:r w:rsidRPr="262ABE64" w:rsidR="02F3F5AD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>e.g.</w:t>
      </w:r>
      <w:r w:rsidRPr="262ABE64" w:rsidR="02F3F5AD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 xml:space="preserve"> she/her, they/them)</w:t>
      </w:r>
      <w:r w:rsidRPr="262ABE64" w:rsidR="03B549D2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>:</w:t>
      </w:r>
    </w:p>
    <w:p w:rsidR="03B549D2" w:rsidP="262ABE64" w:rsidRDefault="03B549D2" w14:paraId="08BE354B" w14:textId="0AA8B175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</w:pPr>
      <w:r w:rsidRPr="262ABE64" w:rsidR="03B549D2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>Address (including postcode):</w:t>
      </w:r>
    </w:p>
    <w:p xmlns:wp14="http://schemas.microsoft.com/office/word/2010/wordml" w:rsidP="262ABE64" w14:paraId="626128F8" wp14:textId="4E8446A2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</w:pPr>
      <w:r w:rsidRPr="262ABE64" w:rsidR="60C17AEB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 xml:space="preserve">Phone Number: </w:t>
      </w:r>
    </w:p>
    <w:p xmlns:wp14="http://schemas.microsoft.com/office/word/2010/wordml" w:rsidP="262ABE64" w14:paraId="5244D87D" wp14:textId="0EFA9FD8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</w:pPr>
      <w:r w:rsidRPr="262ABE64" w:rsidR="60C17AEB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>Email:</w:t>
      </w:r>
      <w:r w:rsidRPr="262ABE64" w:rsidR="6D94DFDB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 xml:space="preserve"> </w:t>
      </w:r>
    </w:p>
    <w:p xmlns:wp14="http://schemas.microsoft.com/office/word/2010/wordml" w:rsidP="262ABE64" w14:paraId="0C67419D" wp14:textId="5A86A577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</w:pPr>
      <w:r w:rsidRPr="262ABE64" w:rsidR="41F746D6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 xml:space="preserve">How did you learn about the post? </w:t>
      </w:r>
    </w:p>
    <w:p xmlns:wp14="http://schemas.microsoft.com/office/word/2010/wordml" w:rsidP="262ABE64" w14:paraId="672A6659" wp14:textId="6D565372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</w:pPr>
      <w:r w:rsidRPr="262ABE64" w:rsidR="60C17AEB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 xml:space="preserve">Please tell us about any reasonable adjustments </w:t>
      </w:r>
      <w:r w:rsidRPr="262ABE64" w:rsidR="60C17AEB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>required</w:t>
      </w:r>
      <w:r w:rsidRPr="262ABE64" w:rsidR="60C17AEB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 xml:space="preserve"> during recruitment:</w:t>
      </w:r>
    </w:p>
    <w:p xmlns:wp14="http://schemas.microsoft.com/office/word/2010/wordml" w:rsidP="262ABE64" w14:paraId="43F42F5A" wp14:textId="720B5EA9">
      <w:pPr>
        <w:pStyle w:val="Heading1"/>
        <w:rPr>
          <w:rFonts w:ascii="Calibri" w:hAnsi="Calibri" w:eastAsia="Calibri" w:cs="Calibri" w:asciiTheme="majorAscii" w:hAnsiTheme="majorAscii" w:eastAsiaTheme="majorAscii" w:cstheme="majorAscii"/>
          <w:color w:val="auto"/>
          <w:sz w:val="28"/>
          <w:szCs w:val="28"/>
        </w:rPr>
      </w:pPr>
      <w:r w:rsidRPr="262ABE64" w:rsidR="60C17AEB">
        <w:rPr>
          <w:rFonts w:ascii="Calibri" w:hAnsi="Calibri" w:eastAsia="Calibri" w:cs="Calibri" w:asciiTheme="majorAscii" w:hAnsiTheme="majorAscii" w:eastAsiaTheme="majorAscii" w:cstheme="majorAscii"/>
          <w:color w:val="auto"/>
          <w:sz w:val="28"/>
          <w:szCs w:val="28"/>
        </w:rPr>
        <w:t xml:space="preserve">Employment, Volunteering and </w:t>
      </w:r>
      <w:r w:rsidRPr="262ABE64" w:rsidR="2D6F727C">
        <w:rPr>
          <w:rFonts w:ascii="Calibri" w:hAnsi="Calibri" w:eastAsia="Calibri" w:cs="Calibri" w:asciiTheme="majorAscii" w:hAnsiTheme="majorAscii" w:eastAsiaTheme="majorAscii" w:cstheme="majorAscii"/>
          <w:color w:val="auto"/>
          <w:sz w:val="28"/>
          <w:szCs w:val="28"/>
        </w:rPr>
        <w:t>Education</w:t>
      </w:r>
    </w:p>
    <w:p xmlns:wp14="http://schemas.microsoft.com/office/word/2010/wordml" w:rsidP="262ABE64" w14:paraId="10B01683" wp14:textId="77777777">
      <w:pPr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</w:pPr>
      <w:r w:rsidRPr="262ABE64" w:rsidR="60C17AEB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>Please provide employment, volunteering, education and other relevant experience.</w:t>
      </w:r>
    </w:p>
    <w:p w:rsidR="50A13F0A" w:rsidP="262ABE64" w:rsidRDefault="50A13F0A" w14:paraId="66F41592" w14:textId="75B1502D">
      <w:pPr>
        <w:pStyle w:val="ListParagraph"/>
        <w:numPr>
          <w:ilvl w:val="0"/>
          <w:numId w:val="10"/>
        </w:numPr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262ABE64" w:rsidR="50A13F0A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What education, training or qualifications have you completed that would be relevant to this role?</w:t>
      </w:r>
      <w:r w:rsidRPr="262ABE64" w:rsidR="50A13F0A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</w:t>
      </w:r>
    </w:p>
    <w:p w:rsidR="262ABE64" w:rsidP="262ABE64" w:rsidRDefault="262ABE64" w14:paraId="787D9F32" w14:textId="3DF321BB">
      <w:pPr>
        <w:pStyle w:val="ListParagraph"/>
        <w:ind w:left="720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</w:p>
    <w:p w:rsidR="50A13F0A" w:rsidP="262ABE64" w:rsidRDefault="50A13F0A" w14:paraId="00507F50" w14:textId="0630ABE1">
      <w:pPr>
        <w:pStyle w:val="ListParagraph"/>
        <w:ind w:left="720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262ABE64" w:rsidR="50A13F0A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Please include the institution or training provider and dates, where you can. This might include formal qualifications, short courses, workplace </w:t>
      </w:r>
      <w:r w:rsidRPr="262ABE64" w:rsidR="50A13F0A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training</w:t>
      </w:r>
      <w:r w:rsidRPr="262ABE64" w:rsidR="50A13F0A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or other relevant learning.</w:t>
      </w:r>
    </w:p>
    <w:p w:rsidR="262ABE64" w:rsidP="262ABE64" w:rsidRDefault="262ABE64" w14:paraId="061BB1FC" w14:textId="7598E1C1">
      <w:pPr>
        <w:pStyle w:val="ListParagraph"/>
        <w:ind w:left="720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</w:p>
    <w:p w:rsidR="33F3FF2F" w:rsidP="262ABE64" w:rsidRDefault="33F3FF2F" w14:paraId="6BB2CF74" w14:textId="25B59875">
      <w:pPr>
        <w:pStyle w:val="ListParagraph"/>
        <w:numPr>
          <w:ilvl w:val="0"/>
          <w:numId w:val="10"/>
        </w:numPr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262ABE64" w:rsidR="33F3FF2F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Tell us about your employment and voluntary experience from the last five years.</w:t>
      </w:r>
      <w:r w:rsidRPr="262ABE64" w:rsidR="33F3FF2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Please include </w:t>
      </w:r>
      <w:r w:rsidRPr="262ABE64" w:rsidR="33F3FF2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organisation</w:t>
      </w:r>
      <w:r w:rsidRPr="262ABE64" w:rsidR="33F3FF2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and dates, focusing on key responsibilities that </w:t>
      </w:r>
      <w:r w:rsidRPr="262ABE64" w:rsidR="33F3FF2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demonstrate</w:t>
      </w:r>
      <w:r w:rsidRPr="262ABE64" w:rsidR="33F3FF2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the skills and qualities </w:t>
      </w:r>
      <w:r w:rsidRPr="262ABE64" w:rsidR="33F3FF2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required</w:t>
      </w:r>
      <w:r w:rsidRPr="262ABE64" w:rsidR="33F3FF2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 xml:space="preserve"> for this role. </w:t>
      </w:r>
    </w:p>
    <w:p w:rsidR="262ABE64" w:rsidP="262ABE64" w:rsidRDefault="262ABE64" w14:paraId="45A96AD5" w14:textId="1D06D1F8">
      <w:pPr>
        <w:pStyle w:val="ListParagraph"/>
        <w:ind w:left="720"/>
        <w:rPr>
          <w:rFonts w:ascii="Segoe UI" w:hAnsi="Segoe UI" w:eastAsia="Segoe UI" w:cs="Segoe U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</w:p>
    <w:p w:rsidR="33F3FF2F" w:rsidP="262ABE64" w:rsidRDefault="33F3FF2F" w14:paraId="0187DC3D" w14:textId="74560616">
      <w:pPr>
        <w:pStyle w:val="ListParagraph"/>
        <w:ind w:left="720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  <w:r w:rsidRPr="262ABE64" w:rsidR="33F3FF2F">
        <w:rPr>
          <w:rFonts w:ascii="Segoe UI" w:hAnsi="Segoe UI" w:eastAsia="Segoe UI" w:cs="Segoe U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(Example: Helpline Volunteer – Line4Life – 2019 to 2025 – provided emotional support, signposting, record</w:t>
      </w:r>
      <w:r>
        <w:noBreakHyphen/>
      </w:r>
      <w:r w:rsidRPr="262ABE64" w:rsidR="33F3FF2F">
        <w:rPr>
          <w:rFonts w:ascii="Segoe UI" w:hAnsi="Segoe UI" w:eastAsia="Segoe UI" w:cs="Segoe U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keeping, and safeguarding</w:t>
      </w:r>
      <w:r>
        <w:noBreakHyphen/>
      </w:r>
      <w:r w:rsidRPr="262ABE64" w:rsidR="33F3FF2F">
        <w:rPr>
          <w:rFonts w:ascii="Segoe UI" w:hAnsi="Segoe UI" w:eastAsia="Segoe UI" w:cs="Segoe U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aligned communication.)</w:t>
      </w:r>
      <w:r>
        <w:br/>
      </w:r>
      <w:r>
        <w:br/>
      </w:r>
      <w:r w:rsidRPr="262ABE64" w:rsidR="33F3FF2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  <w:t>You’re welcome to include earlier experience if it helps us understand your suitability for the role.</w:t>
      </w:r>
    </w:p>
    <w:p w:rsidR="1A7D9C8E" w:rsidP="262ABE64" w:rsidRDefault="1A7D9C8E" w14:paraId="364BC385" w14:textId="2C217881">
      <w:pPr>
        <w:pStyle w:val="Heading1"/>
        <w:suppressLineNumbers w:val="0"/>
        <w:bidi w:val="0"/>
        <w:spacing w:before="480" w:beforeAutospacing="off" w:after="0" w:afterAutospacing="off" w:line="276" w:lineRule="auto"/>
        <w:ind w:left="0" w:right="0"/>
        <w:jc w:val="left"/>
      </w:pPr>
      <w:r w:rsidRPr="262ABE64" w:rsidR="1A7D9C8E">
        <w:rPr>
          <w:rFonts w:ascii="Calibri" w:hAnsi="Calibri" w:eastAsia="Calibri" w:cs="Calibri" w:asciiTheme="majorAscii" w:hAnsiTheme="majorAscii" w:eastAsiaTheme="majorAscii" w:cstheme="majorAscii"/>
          <w:color w:val="auto"/>
          <w:sz w:val="32"/>
          <w:szCs w:val="32"/>
        </w:rPr>
        <w:t>Questions</w:t>
      </w:r>
      <w:r w:rsidRPr="262ABE64" w:rsidR="6C507543">
        <w:rPr>
          <w:rFonts w:ascii="Calibri" w:hAnsi="Calibri" w:eastAsia="Calibri" w:cs="Calibri" w:asciiTheme="majorAscii" w:hAnsiTheme="majorAscii" w:eastAsiaTheme="majorAscii" w:cstheme="majorAscii"/>
          <w:color w:val="auto"/>
          <w:sz w:val="32"/>
          <w:szCs w:val="32"/>
        </w:rPr>
        <w:t xml:space="preserve"> </w:t>
      </w:r>
    </w:p>
    <w:p w:rsidR="4591343A" w:rsidP="262ABE64" w:rsidRDefault="4591343A" w14:paraId="2F95A72A" w14:textId="6D7BDBA0">
      <w:pPr>
        <w:pStyle w:val="Normal"/>
        <w:bidi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262ABE64" w:rsidR="4591343A">
        <w:rPr>
          <w:rFonts w:ascii="Calibri" w:hAnsi="Calibri" w:eastAsia="Calibri" w:cs="Calibri" w:asciiTheme="majorAscii" w:hAnsiTheme="majorAscii" w:eastAsiaTheme="majorAscii" w:cstheme="majorAscii"/>
        </w:rPr>
        <w:t>W</w:t>
      </w:r>
      <w:r w:rsidRPr="262ABE64" w:rsidR="60C17AEB">
        <w:rPr>
          <w:rFonts w:ascii="Calibri" w:hAnsi="Calibri" w:eastAsia="Calibri" w:cs="Calibri" w:asciiTheme="majorAscii" w:hAnsiTheme="majorAscii" w:eastAsiaTheme="majorAscii" w:cstheme="majorAscii"/>
        </w:rPr>
        <w:t xml:space="preserve">e recommend </w:t>
      </w:r>
      <w:r w:rsidRPr="262ABE64" w:rsidR="48DCDD18">
        <w:rPr>
          <w:rFonts w:ascii="Calibri" w:hAnsi="Calibri" w:eastAsia="Calibri" w:cs="Calibri" w:asciiTheme="majorAscii" w:hAnsiTheme="majorAscii" w:eastAsiaTheme="majorAscii" w:cstheme="majorAscii"/>
        </w:rPr>
        <w:t>a maximum of</w:t>
      </w:r>
      <w:r w:rsidRPr="262ABE64" w:rsidR="1C0DC39E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262ABE64" w:rsidR="3DB4CFFA">
        <w:rPr>
          <w:rFonts w:ascii="Calibri" w:hAnsi="Calibri" w:eastAsia="Calibri" w:cs="Calibri" w:asciiTheme="majorAscii" w:hAnsiTheme="majorAscii" w:eastAsiaTheme="majorAscii" w:cstheme="majorAscii"/>
        </w:rPr>
        <w:t>25</w:t>
      </w:r>
      <w:r w:rsidRPr="262ABE64" w:rsidR="7EAC5913">
        <w:rPr>
          <w:rFonts w:ascii="Calibri" w:hAnsi="Calibri" w:eastAsia="Calibri" w:cs="Calibri" w:asciiTheme="majorAscii" w:hAnsiTheme="majorAscii" w:eastAsiaTheme="majorAscii" w:cstheme="majorAscii"/>
        </w:rPr>
        <w:t>0</w:t>
      </w:r>
      <w:r w:rsidRPr="262ABE64" w:rsidR="3DB4CFFA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262ABE64" w:rsidR="7EAC5913">
        <w:rPr>
          <w:rFonts w:ascii="Calibri" w:hAnsi="Calibri" w:eastAsia="Calibri" w:cs="Calibri" w:asciiTheme="majorAscii" w:hAnsiTheme="majorAscii" w:eastAsiaTheme="majorAscii" w:cstheme="majorAscii"/>
        </w:rPr>
        <w:t>words</w:t>
      </w:r>
      <w:r w:rsidRPr="262ABE64" w:rsidR="60C17AEB">
        <w:rPr>
          <w:rFonts w:ascii="Calibri" w:hAnsi="Calibri" w:eastAsia="Calibri" w:cs="Calibri" w:asciiTheme="majorAscii" w:hAnsiTheme="majorAscii" w:eastAsiaTheme="majorAscii" w:cstheme="majorAscii"/>
        </w:rPr>
        <w:t xml:space="preserve"> per question.</w:t>
      </w:r>
    </w:p>
    <w:p w:rsidR="262ABE64" w:rsidP="262ABE64" w:rsidRDefault="262ABE64" w14:paraId="73FE1541" w14:textId="02EFE6C3">
      <w:pPr>
        <w:pStyle w:val="Normal"/>
        <w:bidi w:val="0"/>
      </w:pPr>
    </w:p>
    <w:p w:rsidR="0F385F13" w:rsidP="262ABE64" w:rsidRDefault="0F385F13" w14:paraId="2484D856" w14:textId="16C3C222">
      <w:pPr>
        <w:pStyle w:val="ListParagraph"/>
        <w:numPr>
          <w:ilvl w:val="0"/>
          <w:numId w:val="10"/>
        </w:numPr>
        <w:suppressLineNumbers w:val="0"/>
        <w:bidi w:val="0"/>
        <w:spacing w:before="0" w:beforeAutospacing="off" w:after="200" w:afterAutospacing="off" w:line="276" w:lineRule="auto"/>
        <w:ind w:right="0"/>
        <w:jc w:val="left"/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</w:pPr>
      <w:r w:rsidRPr="262ABE64" w:rsidR="08E14AAA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 xml:space="preserve">Tell us what professional </w:t>
      </w:r>
      <w:r w:rsidRPr="262ABE64" w:rsidR="115FA313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 xml:space="preserve">or </w:t>
      </w:r>
      <w:r w:rsidRPr="262ABE64" w:rsidR="08E14AAA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>personal experience you would bring to the role</w:t>
      </w:r>
      <w:r w:rsidRPr="262ABE64" w:rsidR="712160C8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 xml:space="preserve">, </w:t>
      </w:r>
      <w:r w:rsidRPr="262ABE64" w:rsidR="712160C8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>including</w:t>
      </w:r>
      <w:r w:rsidRPr="262ABE64" w:rsidR="712160C8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 xml:space="preserve"> lived experience</w:t>
      </w:r>
      <w:r w:rsidRPr="262ABE64" w:rsidR="14904F28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>.</w:t>
      </w:r>
    </w:p>
    <w:p w:rsidR="262ABE64" w:rsidP="262ABE64" w:rsidRDefault="262ABE64" w14:paraId="54C19559" w14:textId="679B2097">
      <w:pPr>
        <w:pStyle w:val="ListParagraph"/>
        <w:suppressLineNumbers w:val="0"/>
        <w:bidi w:val="0"/>
        <w:spacing w:before="0" w:beforeAutospacing="off" w:after="200" w:afterAutospacing="off" w:line="276" w:lineRule="auto"/>
        <w:ind w:left="720" w:right="0"/>
        <w:jc w:val="left"/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</w:pPr>
    </w:p>
    <w:p w:rsidR="592FFC32" w:rsidP="262ABE64" w:rsidRDefault="592FFC32" w14:paraId="00AA1422" w14:textId="62C502A6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</w:pPr>
      <w:r w:rsidRPr="262ABE64" w:rsidR="16C56742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 xml:space="preserve">Share an example of </w:t>
      </w:r>
      <w:r w:rsidRPr="262ABE64" w:rsidR="0FDAAA77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 xml:space="preserve">supporting </w:t>
      </w:r>
      <w:r w:rsidRPr="262ABE64" w:rsidR="23A1B473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>someon</w:t>
      </w:r>
      <w:r w:rsidRPr="262ABE64" w:rsidR="0FDAAA77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>e experiencing challenges such as poor mental health, addiction, trauma, poverty, or discrimination.</w:t>
      </w:r>
    </w:p>
    <w:p w:rsidR="262ABE64" w:rsidP="262ABE64" w:rsidRDefault="262ABE64" w14:paraId="3D7333C6" w14:textId="3087E512">
      <w:pPr>
        <w:pStyle w:val="ListParagraph"/>
        <w:ind w:left="720"/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</w:pPr>
    </w:p>
    <w:p xmlns:wp14="http://schemas.microsoft.com/office/word/2010/wordml" w:rsidP="262ABE64" w14:paraId="728D78E1" wp14:textId="14FBC0E9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</w:pPr>
      <w:r w:rsidRPr="262ABE64" w:rsidR="60C17AEB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 xml:space="preserve">Kairos Women+ values kindness, support, </w:t>
      </w:r>
      <w:r w:rsidRPr="262ABE64" w:rsidR="60C17AEB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>collaboration</w:t>
      </w:r>
      <w:r w:rsidRPr="262ABE64" w:rsidR="60C17AEB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 xml:space="preserve"> and inclusion. </w:t>
      </w:r>
      <w:r w:rsidRPr="262ABE64" w:rsidR="3EFDFC3A">
        <w:rPr>
          <w:rFonts w:ascii="Calibri" w:hAnsi="Calibri" w:eastAsia="Calibri" w:cs="Calibri" w:asciiTheme="majorAscii" w:hAnsiTheme="majorAscii" w:eastAsiaTheme="majorAscii" w:cstheme="majorAscii"/>
          <w:color w:val="auto"/>
          <w:sz w:val="24"/>
          <w:szCs w:val="24"/>
        </w:rPr>
        <w:t>Could you share a personal or professional moment where you feel you truly lived out these values in practice?</w:t>
      </w:r>
      <w:r>
        <w:br/>
      </w:r>
    </w:p>
    <w:p w:rsidR="6468551A" w:rsidP="262ABE64" w:rsidRDefault="6468551A" w14:paraId="59DF0756" w14:textId="352A034C">
      <w:pPr>
        <w:pStyle w:val="Normal"/>
        <w:ind w:left="0"/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262ABE64" w:rsidR="6468551A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8"/>
          <w:szCs w:val="28"/>
        </w:rPr>
        <w:t xml:space="preserve">Please </w:t>
      </w:r>
      <w:r w:rsidRPr="262ABE64" w:rsidR="0CFFB7D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8"/>
          <w:szCs w:val="28"/>
        </w:rPr>
        <w:t>submit</w:t>
      </w:r>
      <w:r w:rsidRPr="262ABE64" w:rsidR="0CFFB7D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8"/>
          <w:szCs w:val="28"/>
        </w:rPr>
        <w:t xml:space="preserve"> </w:t>
      </w:r>
      <w:r w:rsidRPr="262ABE64" w:rsidR="6468551A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8"/>
          <w:szCs w:val="28"/>
        </w:rPr>
        <w:t>your a</w:t>
      </w:r>
      <w:r w:rsidRPr="262ABE64" w:rsidR="3A43C2BA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8"/>
          <w:szCs w:val="28"/>
        </w:rPr>
        <w:t>nswers</w:t>
      </w:r>
      <w:r w:rsidRPr="262ABE64" w:rsidR="6468551A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8"/>
          <w:szCs w:val="28"/>
        </w:rPr>
        <w:t xml:space="preserve"> via our online form</w:t>
      </w:r>
      <w:r w:rsidRPr="262ABE64" w:rsidR="6468551A">
        <w:rPr>
          <w:rFonts w:ascii="Calibri" w:hAnsi="Calibri" w:eastAsia="Calibri" w:cs="Calibri" w:asciiTheme="majorAscii" w:hAnsiTheme="majorAscii" w:eastAsiaTheme="majorAscii" w:cstheme="majorAscii"/>
          <w:sz w:val="28"/>
          <w:szCs w:val="28"/>
        </w:rPr>
        <w:t>:</w:t>
      </w:r>
      <w:r w:rsidRPr="262ABE64" w:rsidR="6468551A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</w:t>
      </w:r>
      <w:hyperlink r:id="R411fe046ea674430">
        <w:r w:rsidRPr="262ABE64" w:rsidR="6468551A">
          <w:rPr>
            <w:rStyle w:val="Hyperlink"/>
            <w:rFonts w:ascii="Calibri" w:hAnsi="Calibri" w:eastAsia="Calibri" w:cs="Calibri" w:asciiTheme="majorAscii" w:hAnsiTheme="majorAscii" w:eastAsiaTheme="majorAscii" w:cstheme="majorAscii"/>
            <w:noProof w:val="0"/>
            <w:sz w:val="24"/>
            <w:szCs w:val="24"/>
            <w:lang w:val="en-US"/>
          </w:rPr>
          <w:t>Project Worker - Job Application Form – Fill in form</w:t>
        </w:r>
      </w:hyperlink>
    </w:p>
    <w:sectPr w:rsidRPr="0006063C" w:rsidR="00FC693F" w:rsidSect="00034616">
      <w:pgSz w:w="12240" w:h="15840" w:orient="portrait"/>
      <w:pgMar w:top="1440" w:right="1800" w:bottom="1440" w:left="1800" w:header="720" w:footer="720" w:gutter="0"/>
      <w:cols w:space="720"/>
      <w:docGrid w:linePitch="360"/>
      <w:headerReference w:type="default" r:id="R839d42e4f9944df8"/>
      <w:footerReference w:type="default" r:id="Rf1275a0fe4a44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p w:rsidR="262ABE64" w:rsidP="262ABE64" w:rsidRDefault="262ABE64" w14:paraId="116142D7" w14:textId="5E987085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262ABE64" w:rsidTr="262ABE64" w14:paraId="7AE666DA">
      <w:trPr>
        <w:trHeight w:val="300"/>
      </w:trPr>
      <w:tc>
        <w:tcPr>
          <w:tcW w:w="2880" w:type="dxa"/>
          <w:tcMar/>
        </w:tcPr>
        <w:p w:rsidR="262ABE64" w:rsidP="262ABE64" w:rsidRDefault="262ABE64" w14:paraId="64A379A6" w14:textId="59E3968F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262ABE64" w:rsidP="262ABE64" w:rsidRDefault="262ABE64" w14:paraId="07F84A64" w14:textId="6CDD010A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262ABE64" w:rsidP="262ABE64" w:rsidRDefault="262ABE64" w14:paraId="7D9B925A" w14:textId="7B601A75">
          <w:pPr>
            <w:pStyle w:val="Header"/>
            <w:bidi w:val="0"/>
            <w:ind w:right="-115"/>
            <w:jc w:val="right"/>
          </w:pPr>
        </w:p>
      </w:tc>
    </w:tr>
  </w:tbl>
  <w:p w:rsidR="262ABE64" w:rsidP="262ABE64" w:rsidRDefault="262ABE64" w14:paraId="6069C4EF" w14:textId="6A7D7ECD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9">
    <w:nsid w:val="142f9db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0">
    <w:abstractNumId w:val="9"/>
  </w: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78EDC7"/>
    <w:rsid w:val="02F3F5AD"/>
    <w:rsid w:val="03B549D2"/>
    <w:rsid w:val="07B0812E"/>
    <w:rsid w:val="07D8DF80"/>
    <w:rsid w:val="08E14AAA"/>
    <w:rsid w:val="0A5BFD70"/>
    <w:rsid w:val="0A75C9BB"/>
    <w:rsid w:val="0B6AB428"/>
    <w:rsid w:val="0CFFB7D8"/>
    <w:rsid w:val="0DAFD8E7"/>
    <w:rsid w:val="0EF69B29"/>
    <w:rsid w:val="0F385F13"/>
    <w:rsid w:val="0FDAAA77"/>
    <w:rsid w:val="11303A7A"/>
    <w:rsid w:val="115FA313"/>
    <w:rsid w:val="13AA3407"/>
    <w:rsid w:val="14904F28"/>
    <w:rsid w:val="151F5DCF"/>
    <w:rsid w:val="15CDC3A7"/>
    <w:rsid w:val="16C56742"/>
    <w:rsid w:val="180CA609"/>
    <w:rsid w:val="19785A5C"/>
    <w:rsid w:val="1A7D9C8E"/>
    <w:rsid w:val="1BC0D58C"/>
    <w:rsid w:val="1C0DC39E"/>
    <w:rsid w:val="1EB8ED38"/>
    <w:rsid w:val="1EF4C5EB"/>
    <w:rsid w:val="1F3F6FAA"/>
    <w:rsid w:val="23A1B473"/>
    <w:rsid w:val="262ABE64"/>
    <w:rsid w:val="26B2E1ED"/>
    <w:rsid w:val="274D4A86"/>
    <w:rsid w:val="2B28601C"/>
    <w:rsid w:val="2C546F00"/>
    <w:rsid w:val="2D6F727C"/>
    <w:rsid w:val="2FBD0152"/>
    <w:rsid w:val="2FD5E253"/>
    <w:rsid w:val="30F0EDD6"/>
    <w:rsid w:val="33F3FF2F"/>
    <w:rsid w:val="3569E9D1"/>
    <w:rsid w:val="38E97429"/>
    <w:rsid w:val="39A35B8F"/>
    <w:rsid w:val="3A43C2BA"/>
    <w:rsid w:val="3A7CCEAC"/>
    <w:rsid w:val="3B1D6F7F"/>
    <w:rsid w:val="3CCC81F0"/>
    <w:rsid w:val="3DB4CFFA"/>
    <w:rsid w:val="3EFDFC3A"/>
    <w:rsid w:val="405CAD12"/>
    <w:rsid w:val="408F6235"/>
    <w:rsid w:val="41F746D6"/>
    <w:rsid w:val="4324D1F8"/>
    <w:rsid w:val="4398FB92"/>
    <w:rsid w:val="44C52E1F"/>
    <w:rsid w:val="4591343A"/>
    <w:rsid w:val="46ADA145"/>
    <w:rsid w:val="478890F6"/>
    <w:rsid w:val="48DCDD18"/>
    <w:rsid w:val="49EEC8F9"/>
    <w:rsid w:val="50A13F0A"/>
    <w:rsid w:val="510683D6"/>
    <w:rsid w:val="5461C8ED"/>
    <w:rsid w:val="580D1EC4"/>
    <w:rsid w:val="58F21B1A"/>
    <w:rsid w:val="592FFC32"/>
    <w:rsid w:val="5D2D5DC0"/>
    <w:rsid w:val="5D8C364A"/>
    <w:rsid w:val="5F593CA7"/>
    <w:rsid w:val="5FBB7219"/>
    <w:rsid w:val="6034927C"/>
    <w:rsid w:val="60C17AEB"/>
    <w:rsid w:val="645A27D3"/>
    <w:rsid w:val="6468551A"/>
    <w:rsid w:val="6A33C8E5"/>
    <w:rsid w:val="6C507543"/>
    <w:rsid w:val="6CB3D632"/>
    <w:rsid w:val="6D94DFDB"/>
    <w:rsid w:val="712160C8"/>
    <w:rsid w:val="72CC7B02"/>
    <w:rsid w:val="7548AF4A"/>
    <w:rsid w:val="762B6062"/>
    <w:rsid w:val="766376F3"/>
    <w:rsid w:val="786335E5"/>
    <w:rsid w:val="7A52DF3A"/>
    <w:rsid w:val="7CBC5C14"/>
    <w:rsid w:val="7EAC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C97B7A56-6145-4D7E-86F9-54BE4DAF63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uiPriority w:val="99"/>
    <w:name w:val="Hyperlink"/>
    <w:basedOn w:val="DefaultParagraphFont"/>
    <w:unhideWhenUsed/>
    <w:rsid w:val="262ABE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customXml" Target="../customXml/item1.xml" Id="rId1" /><Relationship Type="http://schemas.openxmlformats.org/officeDocument/2006/relationships/customXml" Target="../customXml/item4.xml" Id="rId11" /><Relationship Type="http://schemas.openxmlformats.org/officeDocument/2006/relationships/settings" Target="settings.xml" Id="rId5" /><Relationship Type="http://schemas.openxmlformats.org/officeDocument/2006/relationships/customXml" Target="../customXml/item3.xml" Id="rId10" /><Relationship Type="http://schemas.microsoft.com/office/2007/relationships/stylesWithEffects" Target="stylesWithEffects.xml" Id="rId4" /><Relationship Type="http://schemas.openxmlformats.org/officeDocument/2006/relationships/customXml" Target="../customXml/item2.xml" Id="rId9" /><Relationship Type="http://schemas.openxmlformats.org/officeDocument/2006/relationships/image" Target="/media/image.png" Id="rId971868627" /><Relationship Type="http://schemas.openxmlformats.org/officeDocument/2006/relationships/hyperlink" Target="https://forms.cloud.microsoft/e/XXuwAfvc2Y" TargetMode="External" Id="R411fe046ea674430" /><Relationship Type="http://schemas.openxmlformats.org/officeDocument/2006/relationships/header" Target="header.xml" Id="R839d42e4f9944df8" /><Relationship Type="http://schemas.openxmlformats.org/officeDocument/2006/relationships/footer" Target="footer.xml" Id="Rf1275a0fe4a4476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A203AF4E1DC42AFB58F665C5760BE" ma:contentTypeVersion="12" ma:contentTypeDescription="Create a new document." ma:contentTypeScope="" ma:versionID="a36aa0272eb2baf3d25d6541eadc8805">
  <xsd:schema xmlns:xsd="http://www.w3.org/2001/XMLSchema" xmlns:xs="http://www.w3.org/2001/XMLSchema" xmlns:p="http://schemas.microsoft.com/office/2006/metadata/properties" xmlns:ns2="e284e785-3b14-41d7-b58b-95fc5cb2ec9e" targetNamespace="http://schemas.microsoft.com/office/2006/metadata/properties" ma:root="true" ma:fieldsID="7c3cd2507f66f092f711d766a1dd88c8" ns2:_="">
    <xsd:import namespace="e284e785-3b14-41d7-b58b-95fc5cb2ec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4e785-3b14-41d7-b58b-95fc5cb2ec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7d33336-d284-4def-ab85-f831b9f40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84e785-3b14-41d7-b58b-95fc5cb2ec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582600-B926-4443-BCA5-971B78F0FF87}"/>
</file>

<file path=customXml/itemProps3.xml><?xml version="1.0" encoding="utf-8"?>
<ds:datastoreItem xmlns:ds="http://schemas.openxmlformats.org/officeDocument/2006/customXml" ds:itemID="{0A0BC962-EA12-4655-9FE0-6E6A85E1B8D7}"/>
</file>

<file path=customXml/itemProps4.xml><?xml version="1.0" encoding="utf-8"?>
<ds:datastoreItem xmlns:ds="http://schemas.openxmlformats.org/officeDocument/2006/customXml" ds:itemID="{4471E07E-B3B1-4ADC-B563-96F28FA7360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Wilson-Scott</dc:creator>
  <cp:keywords/>
  <dc:description>generated by python-docx</dc:description>
  <cp:lastModifiedBy>Katy Wilson-Scott</cp:lastModifiedBy>
  <cp:revision>5</cp:revision>
  <dcterms:created xsi:type="dcterms:W3CDTF">2026-08-19T16:04:35Z</dcterms:created>
  <dcterms:modified xsi:type="dcterms:W3CDTF">2026-09-03T15:14:47Z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0x010100231A203AF4E1DC42AFB58F665C5760BE</vt:lpwstr>
  </property>
  <property fmtid="{D5CDD505-2E9C-101B-9397-08002B2CF9AE}" pid="3" name="MediaServiceImageTags">
    <vt:lpwstr/>
  </property>
</Properties>
</file>