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802DD" w14:textId="674F9AB5" w:rsidR="009C1301" w:rsidRDefault="00193362">
      <w:pPr>
        <w:spacing w:after="40"/>
      </w:pPr>
      <w:r>
        <w:rPr>
          <w:b/>
          <w:color w:val="1F3B63"/>
          <w:sz w:val="32"/>
        </w:rPr>
        <w:br/>
        <w:t>FRM 2027 — Symposium Proposal Form</w:t>
      </w:r>
    </w:p>
    <w:p w14:paraId="26E29E6B" w14:textId="659E90EC" w:rsidR="009C1301" w:rsidRDefault="00B004B1">
      <w:pPr>
        <w:spacing w:after="160"/>
      </w:pPr>
      <w:r>
        <w:rPr>
          <w:b/>
        </w:rPr>
        <w:br/>
        <w:t xml:space="preserve">FENS Regional Meeting </w:t>
      </w:r>
      <w:proofErr w:type="gramStart"/>
      <w:r>
        <w:rPr>
          <w:b/>
        </w:rPr>
        <w:t>2027  |</w:t>
      </w:r>
      <w:proofErr w:type="gramEnd"/>
      <w:r>
        <w:rPr>
          <w:b/>
        </w:rPr>
        <w:t xml:space="preserve">  </w:t>
      </w:r>
      <w:proofErr w:type="gramStart"/>
      <w:r>
        <w:rPr>
          <w:b/>
        </w:rPr>
        <w:t>İstanbul  |</w:t>
      </w:r>
      <w:proofErr w:type="gramEnd"/>
      <w:r>
        <w:rPr>
          <w:b/>
        </w:rPr>
        <w:t xml:space="preserve">  26–29 May 2027</w:t>
      </w:r>
    </w:p>
    <w:p w14:paraId="5EE4494F" w14:textId="3300D6DA" w:rsidR="009C1301" w:rsidRDefault="00000000">
      <w:pPr>
        <w:spacing w:after="40"/>
      </w:pPr>
      <w:r>
        <w:rPr>
          <w:sz w:val="20"/>
        </w:rPr>
        <w:t xml:space="preserve">Complete every field in this form and submit it online between 1 August and 1 November 2026. Email the completed form to </w:t>
      </w:r>
      <w:r w:rsidR="00FD38AB" w:rsidRPr="00FD38AB">
        <w:rPr>
          <w:sz w:val="20"/>
        </w:rPr>
        <w:t>frm2027symposia@evronas.com</w:t>
      </w:r>
      <w:r>
        <w:rPr>
          <w:sz w:val="20"/>
        </w:rPr>
        <w:t>, with all proposed chairpersons and speakers copied (cc), using the subject line “FRM 2027 – Topics – [symposium title]”. Incomplete forms will not be considered.</w:t>
      </w:r>
    </w:p>
    <w:p w14:paraId="76DD3EC0" w14:textId="77777777" w:rsidR="009C1301" w:rsidRDefault="00000000">
      <w:pPr>
        <w:keepNext/>
        <w:spacing w:after="120"/>
      </w:pPr>
      <w:r>
        <w:rPr>
          <w:i/>
          <w:color w:val="555555"/>
          <w:sz w:val="18"/>
        </w:rPr>
        <w:t>Character limits include spaces. Do not delete or reorder sections. Add speaker blocks by copying Section D as needed.</w:t>
      </w:r>
    </w:p>
    <w:p w14:paraId="20BD50E6" w14:textId="77777777" w:rsidR="009C1301" w:rsidRDefault="00000000">
      <w:pPr>
        <w:keepNext/>
        <w:pBdr>
          <w:bottom w:val="single" w:sz="6" w:space="2" w:color="1F3B63"/>
        </w:pBdr>
        <w:spacing w:before="280" w:after="120"/>
      </w:pPr>
      <w:r>
        <w:rPr>
          <w:b/>
          <w:color w:val="1F3B63"/>
          <w:sz w:val="24"/>
        </w:rPr>
        <w:t>A.  Type of proposal</w:t>
      </w:r>
    </w:p>
    <w:p w14:paraId="19D558DB" w14:textId="77777777" w:rsidR="009C1301" w:rsidRDefault="00000000">
      <w:proofErr w:type="gramStart"/>
      <w:r>
        <w:t>☐  Symposium</w:t>
      </w:r>
      <w:proofErr w:type="gramEnd"/>
      <w:r>
        <w:t xml:space="preserve">      </w:t>
      </w:r>
      <w:proofErr w:type="gramStart"/>
      <w:r>
        <w:t>☐  Trainee</w:t>
      </w:r>
      <w:proofErr w:type="gramEnd"/>
      <w:r>
        <w:t xml:space="preserve"> symposium      </w:t>
      </w:r>
      <w:proofErr w:type="gramStart"/>
      <w:r>
        <w:t>☐  Technical</w:t>
      </w:r>
      <w:proofErr w:type="gramEnd"/>
      <w:r>
        <w:t xml:space="preserve"> symposium</w:t>
      </w:r>
    </w:p>
    <w:p w14:paraId="28BE801C" w14:textId="77777777" w:rsidR="009C1301" w:rsidRDefault="00000000">
      <w:pPr>
        <w:keepNext/>
        <w:spacing w:after="120"/>
      </w:pPr>
      <w:r>
        <w:rPr>
          <w:i/>
          <w:color w:val="555555"/>
          <w:sz w:val="18"/>
        </w:rPr>
        <w:t>Tick one. Trainee symposia: all speakers must be doctoral students or postdocs whose PhD/MD was completed no more than four years before submission.</w:t>
      </w:r>
    </w:p>
    <w:p w14:paraId="2F456EA4" w14:textId="77777777" w:rsidR="009C1301" w:rsidRDefault="00000000">
      <w:pPr>
        <w:keepNext/>
        <w:pBdr>
          <w:bottom w:val="single" w:sz="6" w:space="2" w:color="1F3B63"/>
        </w:pBdr>
        <w:spacing w:before="280" w:after="120"/>
      </w:pPr>
      <w:r>
        <w:rPr>
          <w:b/>
          <w:color w:val="1F3B63"/>
          <w:sz w:val="24"/>
        </w:rPr>
        <w:t>B.  Symposium details</w:t>
      </w:r>
    </w:p>
    <w:tbl>
      <w:tblPr>
        <w:tblW w:w="0" w:type="auto"/>
        <w:tblBorders>
          <w:top w:val="single" w:sz="4" w:space="0" w:color="9AA5B1"/>
          <w:left w:val="single" w:sz="4" w:space="0" w:color="9AA5B1"/>
          <w:bottom w:val="single" w:sz="4" w:space="0" w:color="9AA5B1"/>
          <w:right w:val="single" w:sz="4" w:space="0" w:color="9AA5B1"/>
          <w:insideH w:val="single" w:sz="4" w:space="0" w:color="9AA5B1"/>
          <w:insideV w:val="single" w:sz="4" w:space="0" w:color="9AA5B1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576"/>
      </w:tblGrid>
      <w:tr w:rsidR="009C1301" w14:paraId="44045475" w14:textId="77777777">
        <w:trPr>
          <w:cantSplit/>
        </w:trPr>
        <w:tc>
          <w:tcPr>
            <w:tcW w:w="2835" w:type="dxa"/>
            <w:shd w:val="clear" w:color="auto" w:fill="EEF2F7"/>
          </w:tcPr>
          <w:p w14:paraId="15B25376" w14:textId="77777777" w:rsidR="009C1301" w:rsidRDefault="00000000">
            <w:pPr>
              <w:spacing w:after="40"/>
            </w:pPr>
            <w:r>
              <w:rPr>
                <w:b/>
                <w:sz w:val="20"/>
              </w:rPr>
              <w:t>Title</w:t>
            </w:r>
          </w:p>
          <w:p w14:paraId="75388D16" w14:textId="77777777" w:rsidR="009C1301" w:rsidRDefault="00000000">
            <w:pPr>
              <w:spacing w:after="0"/>
            </w:pPr>
            <w:r>
              <w:rPr>
                <w:i/>
                <w:color w:val="555555"/>
                <w:sz w:val="17"/>
              </w:rPr>
              <w:t>max. 100 characters; no abbreviations or Greek letters</w:t>
            </w:r>
          </w:p>
        </w:tc>
        <w:tc>
          <w:tcPr>
            <w:tcW w:w="6576" w:type="dxa"/>
          </w:tcPr>
          <w:p w14:paraId="1589802D" w14:textId="77777777" w:rsidR="009C1301" w:rsidRDefault="009C1301">
            <w:pPr>
              <w:spacing w:after="0"/>
            </w:pPr>
          </w:p>
          <w:p w14:paraId="57070980" w14:textId="77777777" w:rsidR="009C1301" w:rsidRDefault="009C1301">
            <w:pPr>
              <w:spacing w:after="0"/>
            </w:pPr>
          </w:p>
        </w:tc>
      </w:tr>
      <w:tr w:rsidR="009C1301" w14:paraId="63F61EB0" w14:textId="77777777">
        <w:trPr>
          <w:cantSplit/>
        </w:trPr>
        <w:tc>
          <w:tcPr>
            <w:tcW w:w="2835" w:type="dxa"/>
            <w:shd w:val="clear" w:color="auto" w:fill="EEF2F7"/>
          </w:tcPr>
          <w:p w14:paraId="7528E7FD" w14:textId="77777777" w:rsidR="009C1301" w:rsidRDefault="00000000">
            <w:pPr>
              <w:spacing w:after="40"/>
            </w:pPr>
            <w:r>
              <w:rPr>
                <w:b/>
                <w:sz w:val="20"/>
              </w:rPr>
              <w:t>Brief description</w:t>
            </w:r>
          </w:p>
          <w:p w14:paraId="3D58CCCC" w14:textId="77777777" w:rsidR="009C1301" w:rsidRDefault="00000000">
            <w:pPr>
              <w:spacing w:after="0"/>
            </w:pPr>
            <w:r>
              <w:rPr>
                <w:i/>
                <w:color w:val="555555"/>
                <w:sz w:val="17"/>
              </w:rPr>
              <w:t>max. 2,000 characters (approx. 300 words). State the scientific purpose and content; justify the choice of speakers and chairpersons; explain the novelty and international interest of the topic.</w:t>
            </w:r>
          </w:p>
        </w:tc>
        <w:tc>
          <w:tcPr>
            <w:tcW w:w="6576" w:type="dxa"/>
          </w:tcPr>
          <w:p w14:paraId="12B57991" w14:textId="77777777" w:rsidR="009C1301" w:rsidRDefault="009C1301">
            <w:pPr>
              <w:spacing w:after="0"/>
            </w:pPr>
          </w:p>
          <w:p w14:paraId="57055FC7" w14:textId="77777777" w:rsidR="009C1301" w:rsidRDefault="009C1301">
            <w:pPr>
              <w:spacing w:after="0"/>
            </w:pPr>
          </w:p>
          <w:p w14:paraId="043846AA" w14:textId="77777777" w:rsidR="009C1301" w:rsidRDefault="009C1301">
            <w:pPr>
              <w:spacing w:after="0"/>
            </w:pPr>
          </w:p>
          <w:p w14:paraId="7DFB9469" w14:textId="77777777" w:rsidR="009C1301" w:rsidRDefault="009C1301">
            <w:pPr>
              <w:spacing w:after="0"/>
            </w:pPr>
          </w:p>
          <w:p w14:paraId="37798A3D" w14:textId="77777777" w:rsidR="009C1301" w:rsidRDefault="009C1301">
            <w:pPr>
              <w:spacing w:after="0"/>
            </w:pPr>
          </w:p>
          <w:p w14:paraId="4CB91702" w14:textId="77777777" w:rsidR="009C1301" w:rsidRDefault="009C1301">
            <w:pPr>
              <w:spacing w:after="0"/>
            </w:pPr>
          </w:p>
          <w:p w14:paraId="73B48130" w14:textId="77777777" w:rsidR="009C1301" w:rsidRDefault="009C1301">
            <w:pPr>
              <w:spacing w:after="0"/>
            </w:pPr>
          </w:p>
          <w:p w14:paraId="6ECD09FE" w14:textId="77777777" w:rsidR="009C1301" w:rsidRDefault="009C1301">
            <w:pPr>
              <w:spacing w:after="0"/>
            </w:pPr>
          </w:p>
          <w:p w14:paraId="4B054358" w14:textId="77777777" w:rsidR="009C1301" w:rsidRDefault="009C1301">
            <w:pPr>
              <w:spacing w:after="0"/>
            </w:pPr>
          </w:p>
          <w:p w14:paraId="23F55A5E" w14:textId="77777777" w:rsidR="009C1301" w:rsidRDefault="009C1301">
            <w:pPr>
              <w:spacing w:after="0"/>
            </w:pPr>
          </w:p>
          <w:p w14:paraId="169881FF" w14:textId="77777777" w:rsidR="009C1301" w:rsidRDefault="009C1301">
            <w:pPr>
              <w:spacing w:after="0"/>
            </w:pPr>
          </w:p>
          <w:p w14:paraId="73BFCFCD" w14:textId="77777777" w:rsidR="009C1301" w:rsidRDefault="009C1301">
            <w:pPr>
              <w:spacing w:after="0"/>
            </w:pPr>
          </w:p>
          <w:p w14:paraId="2093E635" w14:textId="77777777" w:rsidR="009C1301" w:rsidRDefault="009C1301">
            <w:pPr>
              <w:spacing w:after="0"/>
            </w:pPr>
          </w:p>
          <w:p w14:paraId="64F346F5" w14:textId="77777777" w:rsidR="009C1301" w:rsidRDefault="009C1301">
            <w:pPr>
              <w:spacing w:after="0"/>
            </w:pPr>
          </w:p>
        </w:tc>
      </w:tr>
    </w:tbl>
    <w:p w14:paraId="74041F2D" w14:textId="77777777" w:rsidR="009C1301" w:rsidRDefault="00000000">
      <w:pPr>
        <w:spacing w:before="200" w:after="40"/>
      </w:pPr>
      <w:r>
        <w:rPr>
          <w:b/>
        </w:rPr>
        <w:t>Top three topics — ranked</w:t>
      </w:r>
    </w:p>
    <w:p w14:paraId="5D2CE7FF" w14:textId="77777777" w:rsidR="009C1301" w:rsidRDefault="00000000">
      <w:pPr>
        <w:keepNext/>
        <w:spacing w:after="120"/>
      </w:pPr>
      <w:r>
        <w:rPr>
          <w:i/>
          <w:color w:val="555555"/>
          <w:sz w:val="18"/>
        </w:rPr>
        <w:t>Enter the number and name of three topics from the list on the next page, ranked from most to least relevant.</w:t>
      </w:r>
    </w:p>
    <w:tbl>
      <w:tblPr>
        <w:tblW w:w="0" w:type="auto"/>
        <w:tblBorders>
          <w:top w:val="single" w:sz="4" w:space="0" w:color="9AA5B1"/>
          <w:left w:val="single" w:sz="4" w:space="0" w:color="9AA5B1"/>
          <w:bottom w:val="single" w:sz="4" w:space="0" w:color="9AA5B1"/>
          <w:right w:val="single" w:sz="4" w:space="0" w:color="9AA5B1"/>
          <w:insideH w:val="single" w:sz="4" w:space="0" w:color="9AA5B1"/>
          <w:insideV w:val="single" w:sz="4" w:space="0" w:color="9AA5B1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576"/>
      </w:tblGrid>
      <w:tr w:rsidR="009C1301" w14:paraId="4FD49636" w14:textId="77777777">
        <w:trPr>
          <w:cantSplit/>
        </w:trPr>
        <w:tc>
          <w:tcPr>
            <w:tcW w:w="2835" w:type="dxa"/>
            <w:shd w:val="clear" w:color="auto" w:fill="EEF2F7"/>
          </w:tcPr>
          <w:p w14:paraId="1ECD1BFF" w14:textId="77777777" w:rsidR="009C1301" w:rsidRDefault="00000000">
            <w:pPr>
              <w:spacing w:after="40"/>
            </w:pPr>
            <w:r>
              <w:rPr>
                <w:b/>
                <w:sz w:val="20"/>
              </w:rPr>
              <w:t>1</w:t>
            </w:r>
            <w:proofErr w:type="gramStart"/>
            <w:r>
              <w:rPr>
                <w:b/>
                <w:sz w:val="20"/>
              </w:rPr>
              <w:t>st  (</w:t>
            </w:r>
            <w:proofErr w:type="gramEnd"/>
            <w:r>
              <w:rPr>
                <w:b/>
                <w:sz w:val="20"/>
              </w:rPr>
              <w:t>most relevant)</w:t>
            </w:r>
          </w:p>
        </w:tc>
        <w:tc>
          <w:tcPr>
            <w:tcW w:w="6576" w:type="dxa"/>
          </w:tcPr>
          <w:p w14:paraId="3DB7D0DD" w14:textId="77777777" w:rsidR="009C1301" w:rsidRDefault="009C1301">
            <w:pPr>
              <w:spacing w:after="0"/>
            </w:pPr>
          </w:p>
        </w:tc>
      </w:tr>
      <w:tr w:rsidR="009C1301" w14:paraId="0E17CA59" w14:textId="77777777">
        <w:trPr>
          <w:cantSplit/>
        </w:trPr>
        <w:tc>
          <w:tcPr>
            <w:tcW w:w="2835" w:type="dxa"/>
            <w:shd w:val="clear" w:color="auto" w:fill="EEF2F7"/>
          </w:tcPr>
          <w:p w14:paraId="29936CFC" w14:textId="77777777" w:rsidR="009C1301" w:rsidRDefault="00000000">
            <w:pPr>
              <w:spacing w:after="40"/>
            </w:pPr>
            <w:r>
              <w:rPr>
                <w:b/>
                <w:sz w:val="20"/>
              </w:rPr>
              <w:t>2nd</w:t>
            </w:r>
          </w:p>
        </w:tc>
        <w:tc>
          <w:tcPr>
            <w:tcW w:w="6576" w:type="dxa"/>
          </w:tcPr>
          <w:p w14:paraId="17C8D172" w14:textId="77777777" w:rsidR="009C1301" w:rsidRDefault="009C1301">
            <w:pPr>
              <w:spacing w:after="0"/>
            </w:pPr>
          </w:p>
        </w:tc>
      </w:tr>
      <w:tr w:rsidR="009C1301" w14:paraId="420B7069" w14:textId="77777777">
        <w:trPr>
          <w:cantSplit/>
        </w:trPr>
        <w:tc>
          <w:tcPr>
            <w:tcW w:w="2835" w:type="dxa"/>
            <w:shd w:val="clear" w:color="auto" w:fill="EEF2F7"/>
          </w:tcPr>
          <w:p w14:paraId="41BA7A32" w14:textId="77777777" w:rsidR="009C1301" w:rsidRDefault="00000000">
            <w:pPr>
              <w:spacing w:after="40"/>
            </w:pPr>
            <w:r>
              <w:rPr>
                <w:b/>
                <w:sz w:val="20"/>
              </w:rPr>
              <w:t>3rd</w:t>
            </w:r>
          </w:p>
        </w:tc>
        <w:tc>
          <w:tcPr>
            <w:tcW w:w="6576" w:type="dxa"/>
          </w:tcPr>
          <w:p w14:paraId="29EE9D0B" w14:textId="77777777" w:rsidR="009C1301" w:rsidRDefault="009C1301">
            <w:pPr>
              <w:spacing w:after="0"/>
            </w:pPr>
          </w:p>
        </w:tc>
      </w:tr>
    </w:tbl>
    <w:p w14:paraId="4BE43593" w14:textId="4D0581C1" w:rsidR="009C1301" w:rsidRDefault="00193362">
      <w:pPr>
        <w:keepNext/>
        <w:pBdr>
          <w:bottom w:val="single" w:sz="6" w:space="2" w:color="1F3B63"/>
        </w:pBdr>
        <w:spacing w:before="280" w:after="120"/>
      </w:pPr>
      <w:r>
        <w:rPr>
          <w:b/>
          <w:color w:val="1F3B63"/>
          <w:sz w:val="24"/>
        </w:rPr>
        <w:lastRenderedPageBreak/>
        <w:br/>
      </w:r>
      <w:r>
        <w:rPr>
          <w:b/>
          <w:color w:val="1F3B63"/>
          <w:sz w:val="24"/>
        </w:rPr>
        <w:br/>
      </w:r>
      <w:r w:rsidR="00667F84">
        <w:rPr>
          <w:b/>
          <w:color w:val="1F3B63"/>
          <w:sz w:val="24"/>
        </w:rPr>
        <w:t xml:space="preserve">C.  Corresponding </w:t>
      </w:r>
      <w:proofErr w:type="spellStart"/>
      <w:r w:rsidR="00667F84">
        <w:rPr>
          <w:b/>
          <w:color w:val="1F3B63"/>
          <w:sz w:val="24"/>
        </w:rPr>
        <w:t>organiser</w:t>
      </w:r>
      <w:proofErr w:type="spellEnd"/>
    </w:p>
    <w:p w14:paraId="0CE8228B" w14:textId="77777777" w:rsidR="009C1301" w:rsidRDefault="00000000">
      <w:pPr>
        <w:keepNext/>
        <w:spacing w:after="120"/>
      </w:pPr>
      <w:r>
        <w:rPr>
          <w:i/>
          <w:color w:val="555555"/>
          <w:sz w:val="18"/>
        </w:rPr>
        <w:t>All correspondence is handled exclusively through this person.</w:t>
      </w:r>
    </w:p>
    <w:tbl>
      <w:tblPr>
        <w:tblW w:w="0" w:type="auto"/>
        <w:tblBorders>
          <w:top w:val="single" w:sz="4" w:space="0" w:color="9AA5B1"/>
          <w:left w:val="single" w:sz="4" w:space="0" w:color="9AA5B1"/>
          <w:bottom w:val="single" w:sz="4" w:space="0" w:color="9AA5B1"/>
          <w:right w:val="single" w:sz="4" w:space="0" w:color="9AA5B1"/>
          <w:insideH w:val="single" w:sz="4" w:space="0" w:color="9AA5B1"/>
          <w:insideV w:val="single" w:sz="4" w:space="0" w:color="9AA5B1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576"/>
      </w:tblGrid>
      <w:tr w:rsidR="009C1301" w14:paraId="1FC197A0" w14:textId="77777777">
        <w:trPr>
          <w:cantSplit/>
        </w:trPr>
        <w:tc>
          <w:tcPr>
            <w:tcW w:w="2835" w:type="dxa"/>
            <w:shd w:val="clear" w:color="auto" w:fill="EEF2F7"/>
          </w:tcPr>
          <w:p w14:paraId="4081F5AE" w14:textId="77777777" w:rsidR="009C1301" w:rsidRDefault="00000000">
            <w:pPr>
              <w:spacing w:after="40"/>
            </w:pPr>
            <w:r>
              <w:rPr>
                <w:b/>
                <w:sz w:val="20"/>
              </w:rPr>
              <w:t>Full name</w:t>
            </w:r>
          </w:p>
        </w:tc>
        <w:tc>
          <w:tcPr>
            <w:tcW w:w="6576" w:type="dxa"/>
          </w:tcPr>
          <w:p w14:paraId="54BADD1D" w14:textId="77777777" w:rsidR="009C1301" w:rsidRDefault="009C1301">
            <w:pPr>
              <w:spacing w:after="0"/>
            </w:pPr>
          </w:p>
        </w:tc>
      </w:tr>
      <w:tr w:rsidR="009C1301" w14:paraId="28D9C0EB" w14:textId="77777777">
        <w:trPr>
          <w:cantSplit/>
        </w:trPr>
        <w:tc>
          <w:tcPr>
            <w:tcW w:w="2835" w:type="dxa"/>
            <w:shd w:val="clear" w:color="auto" w:fill="EEF2F7"/>
          </w:tcPr>
          <w:p w14:paraId="60E292CA" w14:textId="77777777" w:rsidR="009C1301" w:rsidRDefault="00000000">
            <w:pPr>
              <w:spacing w:after="40"/>
            </w:pPr>
            <w:r>
              <w:rPr>
                <w:b/>
                <w:sz w:val="20"/>
              </w:rPr>
              <w:t>Institution and department</w:t>
            </w:r>
          </w:p>
        </w:tc>
        <w:tc>
          <w:tcPr>
            <w:tcW w:w="6576" w:type="dxa"/>
          </w:tcPr>
          <w:p w14:paraId="6F263C07" w14:textId="77777777" w:rsidR="009C1301" w:rsidRDefault="009C1301">
            <w:pPr>
              <w:spacing w:after="0"/>
            </w:pPr>
          </w:p>
        </w:tc>
      </w:tr>
      <w:tr w:rsidR="009C1301" w14:paraId="42AB78BE" w14:textId="77777777">
        <w:trPr>
          <w:cantSplit/>
        </w:trPr>
        <w:tc>
          <w:tcPr>
            <w:tcW w:w="2835" w:type="dxa"/>
            <w:shd w:val="clear" w:color="auto" w:fill="EEF2F7"/>
          </w:tcPr>
          <w:p w14:paraId="44CAD242" w14:textId="77777777" w:rsidR="009C1301" w:rsidRDefault="00000000">
            <w:pPr>
              <w:spacing w:after="40"/>
            </w:pPr>
            <w:r>
              <w:rPr>
                <w:b/>
                <w:sz w:val="20"/>
              </w:rPr>
              <w:t>Country</w:t>
            </w:r>
          </w:p>
        </w:tc>
        <w:tc>
          <w:tcPr>
            <w:tcW w:w="6576" w:type="dxa"/>
          </w:tcPr>
          <w:p w14:paraId="33F1147B" w14:textId="77777777" w:rsidR="009C1301" w:rsidRDefault="009C1301">
            <w:pPr>
              <w:spacing w:after="0"/>
            </w:pPr>
          </w:p>
        </w:tc>
      </w:tr>
      <w:tr w:rsidR="009C1301" w14:paraId="5D0EF4AF" w14:textId="77777777">
        <w:trPr>
          <w:cantSplit/>
        </w:trPr>
        <w:tc>
          <w:tcPr>
            <w:tcW w:w="2835" w:type="dxa"/>
            <w:shd w:val="clear" w:color="auto" w:fill="EEF2F7"/>
          </w:tcPr>
          <w:p w14:paraId="4743E47E" w14:textId="77777777" w:rsidR="009C1301" w:rsidRDefault="00000000">
            <w:pPr>
              <w:spacing w:after="40"/>
            </w:pPr>
            <w:r>
              <w:rPr>
                <w:b/>
                <w:sz w:val="20"/>
              </w:rPr>
              <w:t>Email</w:t>
            </w:r>
          </w:p>
        </w:tc>
        <w:tc>
          <w:tcPr>
            <w:tcW w:w="6576" w:type="dxa"/>
          </w:tcPr>
          <w:p w14:paraId="12A19CF4" w14:textId="77777777" w:rsidR="009C1301" w:rsidRDefault="009C1301">
            <w:pPr>
              <w:spacing w:after="0"/>
            </w:pPr>
          </w:p>
        </w:tc>
      </w:tr>
      <w:tr w:rsidR="009C1301" w14:paraId="1335BAC7" w14:textId="77777777">
        <w:trPr>
          <w:cantSplit/>
        </w:trPr>
        <w:tc>
          <w:tcPr>
            <w:tcW w:w="2835" w:type="dxa"/>
            <w:shd w:val="clear" w:color="auto" w:fill="EEF2F7"/>
          </w:tcPr>
          <w:p w14:paraId="21CDD8AF" w14:textId="77777777" w:rsidR="009C1301" w:rsidRDefault="00000000">
            <w:pPr>
              <w:spacing w:after="40"/>
            </w:pPr>
            <w:r>
              <w:rPr>
                <w:b/>
                <w:sz w:val="20"/>
              </w:rPr>
              <w:t>Role in the symposium</w:t>
            </w:r>
          </w:p>
          <w:p w14:paraId="70FE75C2" w14:textId="77777777" w:rsidR="009C1301" w:rsidRDefault="00000000">
            <w:pPr>
              <w:spacing w:after="0"/>
            </w:pPr>
            <w:r>
              <w:rPr>
                <w:i/>
                <w:color w:val="555555"/>
                <w:sz w:val="17"/>
              </w:rPr>
              <w:t>chairperson / speaker</w:t>
            </w:r>
          </w:p>
        </w:tc>
        <w:tc>
          <w:tcPr>
            <w:tcW w:w="6576" w:type="dxa"/>
          </w:tcPr>
          <w:p w14:paraId="6CF8788D" w14:textId="77777777" w:rsidR="009C1301" w:rsidRDefault="009C1301">
            <w:pPr>
              <w:spacing w:after="0"/>
            </w:pPr>
          </w:p>
        </w:tc>
      </w:tr>
    </w:tbl>
    <w:p w14:paraId="0F4B1A05" w14:textId="77777777" w:rsidR="009C1301" w:rsidRDefault="00000000">
      <w:pPr>
        <w:keepNext/>
        <w:pBdr>
          <w:bottom w:val="single" w:sz="6" w:space="2" w:color="1F3B63"/>
        </w:pBdr>
        <w:spacing w:before="280" w:after="120"/>
      </w:pPr>
      <w:r>
        <w:rPr>
          <w:b/>
          <w:color w:val="1F3B63"/>
          <w:sz w:val="24"/>
        </w:rPr>
        <w:t>D.  Chairpersons and speakers</w:t>
      </w:r>
    </w:p>
    <w:p w14:paraId="4F31EE5C" w14:textId="77777777" w:rsidR="009C1301" w:rsidRDefault="00000000">
      <w:pPr>
        <w:keepNext/>
        <w:spacing w:after="120"/>
      </w:pPr>
      <w:r>
        <w:rPr>
          <w:i/>
          <w:color w:val="555555"/>
          <w:sz w:val="18"/>
        </w:rPr>
        <w:t>Symposia and technical symposia: up to four speakers and a maximum of two chairpersons. Trainee symposia: four to six speakers. All chairpersons must give a talk and therefore count as speakers. Speakers must come from different institutions, with no more than two from the same country. Copy this block for each additional participant.</w:t>
      </w:r>
    </w:p>
    <w:p w14:paraId="49921045" w14:textId="77777777" w:rsidR="009C1301" w:rsidRDefault="00000000">
      <w:pPr>
        <w:keepNext/>
        <w:spacing w:before="200"/>
      </w:pPr>
      <w:r>
        <w:rPr>
          <w:b/>
          <w:color w:val="1F3B63"/>
          <w:sz w:val="22"/>
        </w:rPr>
        <w:t>Participant 1</w:t>
      </w:r>
    </w:p>
    <w:tbl>
      <w:tblPr>
        <w:tblW w:w="0" w:type="auto"/>
        <w:tblBorders>
          <w:top w:val="single" w:sz="4" w:space="0" w:color="9AA5B1"/>
          <w:left w:val="single" w:sz="4" w:space="0" w:color="9AA5B1"/>
          <w:bottom w:val="single" w:sz="4" w:space="0" w:color="9AA5B1"/>
          <w:right w:val="single" w:sz="4" w:space="0" w:color="9AA5B1"/>
          <w:insideH w:val="single" w:sz="4" w:space="0" w:color="9AA5B1"/>
          <w:insideV w:val="single" w:sz="4" w:space="0" w:color="9AA5B1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576"/>
      </w:tblGrid>
      <w:tr w:rsidR="009C1301" w14:paraId="6F3FEF1D" w14:textId="77777777">
        <w:trPr>
          <w:cantSplit/>
        </w:trPr>
        <w:tc>
          <w:tcPr>
            <w:tcW w:w="2835" w:type="dxa"/>
            <w:shd w:val="clear" w:color="auto" w:fill="EEF2F7"/>
          </w:tcPr>
          <w:p w14:paraId="03870089" w14:textId="77777777" w:rsidR="009C1301" w:rsidRDefault="00000000">
            <w:pPr>
              <w:spacing w:after="40"/>
            </w:pPr>
            <w:r>
              <w:rPr>
                <w:b/>
                <w:sz w:val="20"/>
              </w:rPr>
              <w:t>Role</w:t>
            </w:r>
          </w:p>
          <w:p w14:paraId="6D2C3699" w14:textId="77777777" w:rsidR="009C1301" w:rsidRDefault="00000000">
            <w:pPr>
              <w:spacing w:after="0"/>
            </w:pPr>
            <w:r>
              <w:rPr>
                <w:i/>
                <w:color w:val="555555"/>
                <w:sz w:val="17"/>
              </w:rPr>
              <w:t>chairperson / speaker</w:t>
            </w:r>
          </w:p>
        </w:tc>
        <w:tc>
          <w:tcPr>
            <w:tcW w:w="6576" w:type="dxa"/>
          </w:tcPr>
          <w:p w14:paraId="54377993" w14:textId="77777777" w:rsidR="009C1301" w:rsidRDefault="009C1301">
            <w:pPr>
              <w:spacing w:after="0"/>
            </w:pPr>
          </w:p>
        </w:tc>
      </w:tr>
      <w:tr w:rsidR="009C1301" w14:paraId="25DEDE22" w14:textId="77777777">
        <w:trPr>
          <w:cantSplit/>
        </w:trPr>
        <w:tc>
          <w:tcPr>
            <w:tcW w:w="2835" w:type="dxa"/>
            <w:shd w:val="clear" w:color="auto" w:fill="EEF2F7"/>
          </w:tcPr>
          <w:p w14:paraId="02C52F43" w14:textId="77777777" w:rsidR="009C1301" w:rsidRDefault="00000000">
            <w:pPr>
              <w:spacing w:after="40"/>
            </w:pPr>
            <w:r>
              <w:rPr>
                <w:b/>
                <w:sz w:val="20"/>
              </w:rPr>
              <w:t>Full name</w:t>
            </w:r>
          </w:p>
        </w:tc>
        <w:tc>
          <w:tcPr>
            <w:tcW w:w="6576" w:type="dxa"/>
          </w:tcPr>
          <w:p w14:paraId="61B2DD40" w14:textId="77777777" w:rsidR="009C1301" w:rsidRDefault="009C1301">
            <w:pPr>
              <w:spacing w:after="0"/>
            </w:pPr>
          </w:p>
        </w:tc>
      </w:tr>
      <w:tr w:rsidR="009C1301" w14:paraId="7AB18416" w14:textId="77777777">
        <w:trPr>
          <w:cantSplit/>
        </w:trPr>
        <w:tc>
          <w:tcPr>
            <w:tcW w:w="2835" w:type="dxa"/>
            <w:shd w:val="clear" w:color="auto" w:fill="EEF2F7"/>
          </w:tcPr>
          <w:p w14:paraId="71FC8ED2" w14:textId="77777777" w:rsidR="009C1301" w:rsidRDefault="00000000">
            <w:pPr>
              <w:spacing w:after="40"/>
            </w:pPr>
            <w:r>
              <w:rPr>
                <w:b/>
                <w:sz w:val="20"/>
              </w:rPr>
              <w:t>Institution and department</w:t>
            </w:r>
          </w:p>
        </w:tc>
        <w:tc>
          <w:tcPr>
            <w:tcW w:w="6576" w:type="dxa"/>
          </w:tcPr>
          <w:p w14:paraId="010011A4" w14:textId="77777777" w:rsidR="009C1301" w:rsidRDefault="009C1301">
            <w:pPr>
              <w:spacing w:after="0"/>
            </w:pPr>
          </w:p>
        </w:tc>
      </w:tr>
      <w:tr w:rsidR="009C1301" w14:paraId="715F2759" w14:textId="77777777">
        <w:trPr>
          <w:cantSplit/>
        </w:trPr>
        <w:tc>
          <w:tcPr>
            <w:tcW w:w="2835" w:type="dxa"/>
            <w:shd w:val="clear" w:color="auto" w:fill="EEF2F7"/>
          </w:tcPr>
          <w:p w14:paraId="07253316" w14:textId="77777777" w:rsidR="009C1301" w:rsidRDefault="00000000">
            <w:pPr>
              <w:spacing w:after="40"/>
            </w:pPr>
            <w:r>
              <w:rPr>
                <w:b/>
                <w:sz w:val="20"/>
              </w:rPr>
              <w:t>Country</w:t>
            </w:r>
          </w:p>
        </w:tc>
        <w:tc>
          <w:tcPr>
            <w:tcW w:w="6576" w:type="dxa"/>
          </w:tcPr>
          <w:p w14:paraId="39259202" w14:textId="77777777" w:rsidR="009C1301" w:rsidRDefault="009C1301">
            <w:pPr>
              <w:spacing w:after="0"/>
            </w:pPr>
          </w:p>
        </w:tc>
      </w:tr>
      <w:tr w:rsidR="009C1301" w14:paraId="28D5CD5D" w14:textId="77777777">
        <w:trPr>
          <w:cantSplit/>
        </w:trPr>
        <w:tc>
          <w:tcPr>
            <w:tcW w:w="2835" w:type="dxa"/>
            <w:shd w:val="clear" w:color="auto" w:fill="EEF2F7"/>
          </w:tcPr>
          <w:p w14:paraId="6A756C41" w14:textId="77777777" w:rsidR="009C1301" w:rsidRDefault="00000000">
            <w:pPr>
              <w:spacing w:after="40"/>
            </w:pPr>
            <w:r>
              <w:rPr>
                <w:b/>
                <w:sz w:val="20"/>
              </w:rPr>
              <w:t>Email</w:t>
            </w:r>
          </w:p>
        </w:tc>
        <w:tc>
          <w:tcPr>
            <w:tcW w:w="6576" w:type="dxa"/>
          </w:tcPr>
          <w:p w14:paraId="35C6DB3F" w14:textId="77777777" w:rsidR="009C1301" w:rsidRDefault="009C1301">
            <w:pPr>
              <w:spacing w:after="0"/>
            </w:pPr>
          </w:p>
        </w:tc>
      </w:tr>
      <w:tr w:rsidR="009C1301" w14:paraId="401A15AA" w14:textId="77777777">
        <w:trPr>
          <w:cantSplit/>
        </w:trPr>
        <w:tc>
          <w:tcPr>
            <w:tcW w:w="2835" w:type="dxa"/>
            <w:shd w:val="clear" w:color="auto" w:fill="EEF2F7"/>
          </w:tcPr>
          <w:p w14:paraId="2D343B95" w14:textId="77777777" w:rsidR="009C1301" w:rsidRDefault="00000000">
            <w:pPr>
              <w:spacing w:after="40"/>
            </w:pPr>
            <w:r>
              <w:rPr>
                <w:b/>
                <w:sz w:val="20"/>
              </w:rPr>
              <w:t>Gender</w:t>
            </w:r>
          </w:p>
          <w:p w14:paraId="47DE91F4" w14:textId="77777777" w:rsidR="009C1301" w:rsidRDefault="00000000">
            <w:pPr>
              <w:spacing w:after="0"/>
            </w:pPr>
            <w:r>
              <w:rPr>
                <w:i/>
                <w:color w:val="555555"/>
                <w:sz w:val="17"/>
              </w:rPr>
              <w:t>for balance monitoring; optional</w:t>
            </w:r>
          </w:p>
        </w:tc>
        <w:tc>
          <w:tcPr>
            <w:tcW w:w="6576" w:type="dxa"/>
          </w:tcPr>
          <w:p w14:paraId="40921AC7" w14:textId="77777777" w:rsidR="009C1301" w:rsidRDefault="009C1301">
            <w:pPr>
              <w:spacing w:after="0"/>
            </w:pPr>
          </w:p>
        </w:tc>
      </w:tr>
      <w:tr w:rsidR="009C1301" w14:paraId="100785D6" w14:textId="77777777">
        <w:trPr>
          <w:cantSplit/>
        </w:trPr>
        <w:tc>
          <w:tcPr>
            <w:tcW w:w="2835" w:type="dxa"/>
            <w:shd w:val="clear" w:color="auto" w:fill="EEF2F7"/>
          </w:tcPr>
          <w:p w14:paraId="43BDFEA3" w14:textId="77777777" w:rsidR="009C1301" w:rsidRDefault="00000000">
            <w:pPr>
              <w:spacing w:after="40"/>
            </w:pPr>
            <w:r>
              <w:rPr>
                <w:b/>
                <w:sz w:val="20"/>
              </w:rPr>
              <w:t>Career stage</w:t>
            </w:r>
          </w:p>
          <w:p w14:paraId="6ADE91EC" w14:textId="77777777" w:rsidR="009C1301" w:rsidRDefault="00000000">
            <w:pPr>
              <w:spacing w:after="0"/>
            </w:pPr>
            <w:r>
              <w:rPr>
                <w:i/>
                <w:color w:val="555555"/>
                <w:sz w:val="17"/>
              </w:rPr>
              <w:t>e.g. postdoc, junior PI, senior PI</w:t>
            </w:r>
          </w:p>
        </w:tc>
        <w:tc>
          <w:tcPr>
            <w:tcW w:w="6576" w:type="dxa"/>
          </w:tcPr>
          <w:p w14:paraId="7790FB59" w14:textId="77777777" w:rsidR="009C1301" w:rsidRDefault="009C1301">
            <w:pPr>
              <w:spacing w:after="0"/>
            </w:pPr>
          </w:p>
        </w:tc>
      </w:tr>
      <w:tr w:rsidR="009C1301" w14:paraId="077DDAEE" w14:textId="77777777">
        <w:trPr>
          <w:cantSplit/>
        </w:trPr>
        <w:tc>
          <w:tcPr>
            <w:tcW w:w="2835" w:type="dxa"/>
            <w:shd w:val="clear" w:color="auto" w:fill="EEF2F7"/>
          </w:tcPr>
          <w:p w14:paraId="0BA62A01" w14:textId="77777777" w:rsidR="009C1301" w:rsidRDefault="00000000">
            <w:pPr>
              <w:spacing w:after="40"/>
            </w:pPr>
            <w:r>
              <w:rPr>
                <w:b/>
                <w:sz w:val="20"/>
              </w:rPr>
              <w:t>Brief description</w:t>
            </w:r>
          </w:p>
          <w:p w14:paraId="00A611E1" w14:textId="77777777" w:rsidR="009C1301" w:rsidRDefault="00000000">
            <w:pPr>
              <w:spacing w:after="0"/>
            </w:pPr>
            <w:r>
              <w:rPr>
                <w:i/>
                <w:color w:val="555555"/>
                <w:sz w:val="17"/>
              </w:rPr>
              <w:t>max. 500 characters (approx. 75 words): expertise brought to the symposium</w:t>
            </w:r>
          </w:p>
        </w:tc>
        <w:tc>
          <w:tcPr>
            <w:tcW w:w="6576" w:type="dxa"/>
          </w:tcPr>
          <w:p w14:paraId="7E0889F9" w14:textId="77777777" w:rsidR="009C1301" w:rsidRDefault="009C1301">
            <w:pPr>
              <w:spacing w:after="0"/>
            </w:pPr>
          </w:p>
          <w:p w14:paraId="28A2203A" w14:textId="77777777" w:rsidR="009C1301" w:rsidRDefault="009C1301">
            <w:pPr>
              <w:spacing w:after="0"/>
            </w:pPr>
          </w:p>
          <w:p w14:paraId="6EBB1F5E" w14:textId="77777777" w:rsidR="009C1301" w:rsidRDefault="009C1301">
            <w:pPr>
              <w:spacing w:after="0"/>
            </w:pPr>
          </w:p>
          <w:p w14:paraId="1BAF523C" w14:textId="77777777" w:rsidR="009C1301" w:rsidRDefault="009C1301">
            <w:pPr>
              <w:spacing w:after="0"/>
            </w:pPr>
          </w:p>
          <w:p w14:paraId="2FF28FA8" w14:textId="77777777" w:rsidR="009C1301" w:rsidRDefault="009C1301">
            <w:pPr>
              <w:spacing w:after="0"/>
            </w:pPr>
          </w:p>
        </w:tc>
      </w:tr>
      <w:tr w:rsidR="009C1301" w14:paraId="7B88F136" w14:textId="77777777">
        <w:trPr>
          <w:cantSplit/>
        </w:trPr>
        <w:tc>
          <w:tcPr>
            <w:tcW w:w="2835" w:type="dxa"/>
            <w:shd w:val="clear" w:color="auto" w:fill="EEF2F7"/>
          </w:tcPr>
          <w:p w14:paraId="02448719" w14:textId="77777777" w:rsidR="009C1301" w:rsidRDefault="00000000">
            <w:pPr>
              <w:spacing w:after="40"/>
            </w:pPr>
            <w:r>
              <w:rPr>
                <w:b/>
                <w:sz w:val="20"/>
              </w:rPr>
              <w:t>Presentation title</w:t>
            </w:r>
          </w:p>
        </w:tc>
        <w:tc>
          <w:tcPr>
            <w:tcW w:w="6576" w:type="dxa"/>
          </w:tcPr>
          <w:p w14:paraId="19FF8B1F" w14:textId="77777777" w:rsidR="009C1301" w:rsidRDefault="009C1301">
            <w:pPr>
              <w:spacing w:after="0"/>
            </w:pPr>
          </w:p>
        </w:tc>
      </w:tr>
      <w:tr w:rsidR="009C1301" w14:paraId="67B6FA7A" w14:textId="77777777">
        <w:trPr>
          <w:cantSplit/>
        </w:trPr>
        <w:tc>
          <w:tcPr>
            <w:tcW w:w="2835" w:type="dxa"/>
            <w:shd w:val="clear" w:color="auto" w:fill="EEF2F7"/>
          </w:tcPr>
          <w:p w14:paraId="4F9AAA5D" w14:textId="77777777" w:rsidR="009C1301" w:rsidRDefault="00000000">
            <w:pPr>
              <w:spacing w:after="40"/>
            </w:pPr>
            <w:r>
              <w:rPr>
                <w:b/>
                <w:sz w:val="20"/>
              </w:rPr>
              <w:t>Presentation outline</w:t>
            </w:r>
          </w:p>
          <w:p w14:paraId="7B869476" w14:textId="77777777" w:rsidR="009C1301" w:rsidRDefault="00000000">
            <w:pPr>
              <w:spacing w:after="0"/>
            </w:pPr>
            <w:r>
              <w:rPr>
                <w:i/>
                <w:color w:val="555555"/>
                <w:sz w:val="17"/>
              </w:rPr>
              <w:t>max. 2,500 characters (approx. 400 words); not required for trainee symposium speakers</w:t>
            </w:r>
          </w:p>
        </w:tc>
        <w:tc>
          <w:tcPr>
            <w:tcW w:w="6576" w:type="dxa"/>
          </w:tcPr>
          <w:p w14:paraId="74FA7B89" w14:textId="77777777" w:rsidR="009C1301" w:rsidRDefault="009C1301">
            <w:pPr>
              <w:spacing w:after="0"/>
            </w:pPr>
          </w:p>
          <w:p w14:paraId="48621C99" w14:textId="77777777" w:rsidR="009C1301" w:rsidRDefault="009C1301">
            <w:pPr>
              <w:spacing w:after="0"/>
            </w:pPr>
          </w:p>
          <w:p w14:paraId="76EFEDB9" w14:textId="77777777" w:rsidR="009C1301" w:rsidRDefault="009C1301">
            <w:pPr>
              <w:spacing w:after="0"/>
            </w:pPr>
          </w:p>
          <w:p w14:paraId="6D7FD1BC" w14:textId="77777777" w:rsidR="009C1301" w:rsidRDefault="009C1301">
            <w:pPr>
              <w:spacing w:after="0"/>
            </w:pPr>
          </w:p>
          <w:p w14:paraId="5B9DF8FB" w14:textId="77777777" w:rsidR="009C1301" w:rsidRDefault="009C1301">
            <w:pPr>
              <w:spacing w:after="0"/>
            </w:pPr>
          </w:p>
          <w:p w14:paraId="56658D60" w14:textId="77777777" w:rsidR="009C1301" w:rsidRDefault="009C1301">
            <w:pPr>
              <w:spacing w:after="0"/>
            </w:pPr>
          </w:p>
          <w:p w14:paraId="10ED6DB3" w14:textId="77777777" w:rsidR="009C1301" w:rsidRDefault="009C1301">
            <w:pPr>
              <w:spacing w:after="0"/>
            </w:pPr>
          </w:p>
          <w:p w14:paraId="7F962CFD" w14:textId="77777777" w:rsidR="009C1301" w:rsidRDefault="009C1301">
            <w:pPr>
              <w:spacing w:after="0"/>
            </w:pPr>
          </w:p>
          <w:p w14:paraId="3F48D242" w14:textId="77777777" w:rsidR="009C1301" w:rsidRDefault="009C1301">
            <w:pPr>
              <w:spacing w:after="0"/>
            </w:pPr>
          </w:p>
        </w:tc>
      </w:tr>
      <w:tr w:rsidR="009C1301" w14:paraId="471CD142" w14:textId="77777777">
        <w:trPr>
          <w:cantSplit/>
        </w:trPr>
        <w:tc>
          <w:tcPr>
            <w:tcW w:w="2835" w:type="dxa"/>
            <w:shd w:val="clear" w:color="auto" w:fill="EEF2F7"/>
          </w:tcPr>
          <w:p w14:paraId="71B4059D" w14:textId="77777777" w:rsidR="009C1301" w:rsidRDefault="00000000">
            <w:pPr>
              <w:spacing w:after="40"/>
            </w:pPr>
            <w:r>
              <w:rPr>
                <w:b/>
                <w:sz w:val="20"/>
              </w:rPr>
              <w:lastRenderedPageBreak/>
              <w:t>3–5 key publications</w:t>
            </w:r>
          </w:p>
          <w:p w14:paraId="22485C70" w14:textId="77777777" w:rsidR="009C1301" w:rsidRDefault="00000000">
            <w:pPr>
              <w:spacing w:after="0"/>
            </w:pPr>
            <w:r>
              <w:rPr>
                <w:i/>
                <w:color w:val="555555"/>
                <w:sz w:val="17"/>
              </w:rPr>
              <w:t>not required for trainee symposium speakers</w:t>
            </w:r>
          </w:p>
        </w:tc>
        <w:tc>
          <w:tcPr>
            <w:tcW w:w="6576" w:type="dxa"/>
          </w:tcPr>
          <w:p w14:paraId="4D0EE6AA" w14:textId="77777777" w:rsidR="009C1301" w:rsidRDefault="009C1301">
            <w:pPr>
              <w:spacing w:after="0"/>
            </w:pPr>
          </w:p>
          <w:p w14:paraId="4FB3E784" w14:textId="77777777" w:rsidR="009C1301" w:rsidRDefault="009C1301">
            <w:pPr>
              <w:spacing w:after="0"/>
            </w:pPr>
          </w:p>
          <w:p w14:paraId="43C5920A" w14:textId="77777777" w:rsidR="009C1301" w:rsidRDefault="009C1301">
            <w:pPr>
              <w:spacing w:after="0"/>
            </w:pPr>
          </w:p>
          <w:p w14:paraId="0D80505E" w14:textId="77777777" w:rsidR="009C1301" w:rsidRDefault="009C1301">
            <w:pPr>
              <w:spacing w:after="0"/>
            </w:pPr>
          </w:p>
          <w:p w14:paraId="0E97EB9C" w14:textId="77777777" w:rsidR="009C1301" w:rsidRDefault="009C1301">
            <w:pPr>
              <w:spacing w:after="0"/>
            </w:pPr>
          </w:p>
          <w:p w14:paraId="753681C1" w14:textId="77777777" w:rsidR="009C1301" w:rsidRDefault="009C1301">
            <w:pPr>
              <w:spacing w:after="0"/>
            </w:pPr>
          </w:p>
        </w:tc>
      </w:tr>
      <w:tr w:rsidR="009C1301" w14:paraId="7059BE24" w14:textId="77777777">
        <w:trPr>
          <w:cantSplit/>
        </w:trPr>
        <w:tc>
          <w:tcPr>
            <w:tcW w:w="2835" w:type="dxa"/>
            <w:shd w:val="clear" w:color="auto" w:fill="EEF2F7"/>
          </w:tcPr>
          <w:p w14:paraId="3794AC77" w14:textId="77777777" w:rsidR="009C1301" w:rsidRDefault="00000000">
            <w:pPr>
              <w:spacing w:after="40"/>
            </w:pPr>
            <w:r>
              <w:rPr>
                <w:b/>
                <w:sz w:val="20"/>
              </w:rPr>
              <w:t>Consent obtained</w:t>
            </w:r>
          </w:p>
          <w:p w14:paraId="5DA922C0" w14:textId="77777777" w:rsidR="009C1301" w:rsidRDefault="00000000">
            <w:pPr>
              <w:spacing w:after="0"/>
            </w:pPr>
            <w:r>
              <w:rPr>
                <w:i/>
                <w:color w:val="555555"/>
                <w:sz w:val="17"/>
              </w:rPr>
              <w:t>☐ Yes — this person has agreed to be named and to attend FRM 2027 if the proposal is accepted</w:t>
            </w:r>
          </w:p>
        </w:tc>
        <w:tc>
          <w:tcPr>
            <w:tcW w:w="6576" w:type="dxa"/>
          </w:tcPr>
          <w:p w14:paraId="3CA71191" w14:textId="77777777" w:rsidR="009C1301" w:rsidRDefault="009C1301">
            <w:pPr>
              <w:spacing w:after="0"/>
            </w:pPr>
          </w:p>
        </w:tc>
      </w:tr>
    </w:tbl>
    <w:p w14:paraId="63475482" w14:textId="3C81203A" w:rsidR="009C1301" w:rsidRDefault="00667F84" w:rsidP="00667F84">
      <w:r>
        <w:br/>
      </w:r>
      <w:r>
        <w:br/>
      </w:r>
      <w:r>
        <w:rPr>
          <w:b/>
          <w:color w:val="1F3B63"/>
          <w:sz w:val="22"/>
        </w:rPr>
        <w:t>Participant 2</w:t>
      </w:r>
    </w:p>
    <w:tbl>
      <w:tblPr>
        <w:tblW w:w="0" w:type="auto"/>
        <w:tblBorders>
          <w:top w:val="single" w:sz="4" w:space="0" w:color="9AA5B1"/>
          <w:left w:val="single" w:sz="4" w:space="0" w:color="9AA5B1"/>
          <w:bottom w:val="single" w:sz="4" w:space="0" w:color="9AA5B1"/>
          <w:right w:val="single" w:sz="4" w:space="0" w:color="9AA5B1"/>
          <w:insideH w:val="single" w:sz="4" w:space="0" w:color="9AA5B1"/>
          <w:insideV w:val="single" w:sz="4" w:space="0" w:color="9AA5B1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576"/>
      </w:tblGrid>
      <w:tr w:rsidR="009C1301" w14:paraId="2F613E8E" w14:textId="77777777">
        <w:trPr>
          <w:cantSplit/>
        </w:trPr>
        <w:tc>
          <w:tcPr>
            <w:tcW w:w="2835" w:type="dxa"/>
            <w:shd w:val="clear" w:color="auto" w:fill="EEF2F7"/>
          </w:tcPr>
          <w:p w14:paraId="4281E9ED" w14:textId="77777777" w:rsidR="009C1301" w:rsidRDefault="00000000">
            <w:pPr>
              <w:spacing w:after="40"/>
            </w:pPr>
            <w:r>
              <w:rPr>
                <w:b/>
                <w:sz w:val="20"/>
              </w:rPr>
              <w:t>Role</w:t>
            </w:r>
          </w:p>
          <w:p w14:paraId="0CF7F5C1" w14:textId="77777777" w:rsidR="009C1301" w:rsidRDefault="00000000">
            <w:pPr>
              <w:spacing w:after="0"/>
            </w:pPr>
            <w:r>
              <w:rPr>
                <w:i/>
                <w:color w:val="555555"/>
                <w:sz w:val="17"/>
              </w:rPr>
              <w:t>chairperson / speaker</w:t>
            </w:r>
          </w:p>
        </w:tc>
        <w:tc>
          <w:tcPr>
            <w:tcW w:w="6576" w:type="dxa"/>
          </w:tcPr>
          <w:p w14:paraId="1F9B999F" w14:textId="77777777" w:rsidR="009C1301" w:rsidRDefault="009C1301">
            <w:pPr>
              <w:spacing w:after="0"/>
            </w:pPr>
          </w:p>
        </w:tc>
      </w:tr>
      <w:tr w:rsidR="009C1301" w14:paraId="29F0EDA9" w14:textId="77777777">
        <w:trPr>
          <w:cantSplit/>
        </w:trPr>
        <w:tc>
          <w:tcPr>
            <w:tcW w:w="2835" w:type="dxa"/>
            <w:shd w:val="clear" w:color="auto" w:fill="EEF2F7"/>
          </w:tcPr>
          <w:p w14:paraId="40A9A69A" w14:textId="77777777" w:rsidR="009C1301" w:rsidRDefault="00000000">
            <w:pPr>
              <w:spacing w:after="40"/>
            </w:pPr>
            <w:r>
              <w:rPr>
                <w:b/>
                <w:sz w:val="20"/>
              </w:rPr>
              <w:t>Full name</w:t>
            </w:r>
          </w:p>
        </w:tc>
        <w:tc>
          <w:tcPr>
            <w:tcW w:w="6576" w:type="dxa"/>
          </w:tcPr>
          <w:p w14:paraId="476933B1" w14:textId="77777777" w:rsidR="009C1301" w:rsidRDefault="009C1301">
            <w:pPr>
              <w:spacing w:after="0"/>
            </w:pPr>
          </w:p>
        </w:tc>
      </w:tr>
      <w:tr w:rsidR="009C1301" w14:paraId="2E1120F2" w14:textId="77777777">
        <w:trPr>
          <w:cantSplit/>
        </w:trPr>
        <w:tc>
          <w:tcPr>
            <w:tcW w:w="2835" w:type="dxa"/>
            <w:shd w:val="clear" w:color="auto" w:fill="EEF2F7"/>
          </w:tcPr>
          <w:p w14:paraId="1ADA3680" w14:textId="77777777" w:rsidR="009C1301" w:rsidRDefault="00000000">
            <w:pPr>
              <w:spacing w:after="40"/>
            </w:pPr>
            <w:r>
              <w:rPr>
                <w:b/>
                <w:sz w:val="20"/>
              </w:rPr>
              <w:t>Institution and department</w:t>
            </w:r>
          </w:p>
        </w:tc>
        <w:tc>
          <w:tcPr>
            <w:tcW w:w="6576" w:type="dxa"/>
          </w:tcPr>
          <w:p w14:paraId="406998A1" w14:textId="77777777" w:rsidR="009C1301" w:rsidRDefault="009C1301">
            <w:pPr>
              <w:spacing w:after="0"/>
            </w:pPr>
          </w:p>
        </w:tc>
      </w:tr>
      <w:tr w:rsidR="009C1301" w14:paraId="19E82834" w14:textId="77777777">
        <w:trPr>
          <w:cantSplit/>
        </w:trPr>
        <w:tc>
          <w:tcPr>
            <w:tcW w:w="2835" w:type="dxa"/>
            <w:shd w:val="clear" w:color="auto" w:fill="EEF2F7"/>
          </w:tcPr>
          <w:p w14:paraId="6229B030" w14:textId="77777777" w:rsidR="009C1301" w:rsidRDefault="00000000">
            <w:pPr>
              <w:spacing w:after="40"/>
            </w:pPr>
            <w:r>
              <w:rPr>
                <w:b/>
                <w:sz w:val="20"/>
              </w:rPr>
              <w:t>Country</w:t>
            </w:r>
          </w:p>
        </w:tc>
        <w:tc>
          <w:tcPr>
            <w:tcW w:w="6576" w:type="dxa"/>
          </w:tcPr>
          <w:p w14:paraId="74591E31" w14:textId="77777777" w:rsidR="009C1301" w:rsidRDefault="009C1301">
            <w:pPr>
              <w:spacing w:after="0"/>
            </w:pPr>
          </w:p>
        </w:tc>
      </w:tr>
      <w:tr w:rsidR="009C1301" w14:paraId="2F3B0E9E" w14:textId="77777777">
        <w:trPr>
          <w:cantSplit/>
        </w:trPr>
        <w:tc>
          <w:tcPr>
            <w:tcW w:w="2835" w:type="dxa"/>
            <w:shd w:val="clear" w:color="auto" w:fill="EEF2F7"/>
          </w:tcPr>
          <w:p w14:paraId="7A5B03AA" w14:textId="77777777" w:rsidR="009C1301" w:rsidRDefault="00000000">
            <w:pPr>
              <w:spacing w:after="40"/>
            </w:pPr>
            <w:r>
              <w:rPr>
                <w:b/>
                <w:sz w:val="20"/>
              </w:rPr>
              <w:t>Email</w:t>
            </w:r>
          </w:p>
        </w:tc>
        <w:tc>
          <w:tcPr>
            <w:tcW w:w="6576" w:type="dxa"/>
          </w:tcPr>
          <w:p w14:paraId="10A89A7B" w14:textId="77777777" w:rsidR="009C1301" w:rsidRDefault="009C1301">
            <w:pPr>
              <w:spacing w:after="0"/>
            </w:pPr>
          </w:p>
        </w:tc>
      </w:tr>
      <w:tr w:rsidR="009C1301" w14:paraId="7BCE01DD" w14:textId="77777777">
        <w:trPr>
          <w:cantSplit/>
        </w:trPr>
        <w:tc>
          <w:tcPr>
            <w:tcW w:w="2835" w:type="dxa"/>
            <w:shd w:val="clear" w:color="auto" w:fill="EEF2F7"/>
          </w:tcPr>
          <w:p w14:paraId="07AC8424" w14:textId="77777777" w:rsidR="009C1301" w:rsidRDefault="00000000">
            <w:pPr>
              <w:spacing w:after="40"/>
            </w:pPr>
            <w:r>
              <w:rPr>
                <w:b/>
                <w:sz w:val="20"/>
              </w:rPr>
              <w:t>Gender</w:t>
            </w:r>
          </w:p>
          <w:p w14:paraId="00560A29" w14:textId="77777777" w:rsidR="009C1301" w:rsidRDefault="00000000">
            <w:pPr>
              <w:spacing w:after="0"/>
            </w:pPr>
            <w:r>
              <w:rPr>
                <w:i/>
                <w:color w:val="555555"/>
                <w:sz w:val="17"/>
              </w:rPr>
              <w:t>for balance monitoring; optional</w:t>
            </w:r>
          </w:p>
        </w:tc>
        <w:tc>
          <w:tcPr>
            <w:tcW w:w="6576" w:type="dxa"/>
          </w:tcPr>
          <w:p w14:paraId="7FD07965" w14:textId="77777777" w:rsidR="009C1301" w:rsidRDefault="009C1301">
            <w:pPr>
              <w:spacing w:after="0"/>
            </w:pPr>
          </w:p>
        </w:tc>
      </w:tr>
      <w:tr w:rsidR="009C1301" w14:paraId="4DD1DDCA" w14:textId="77777777">
        <w:trPr>
          <w:cantSplit/>
        </w:trPr>
        <w:tc>
          <w:tcPr>
            <w:tcW w:w="2835" w:type="dxa"/>
            <w:shd w:val="clear" w:color="auto" w:fill="EEF2F7"/>
          </w:tcPr>
          <w:p w14:paraId="292A7233" w14:textId="77777777" w:rsidR="009C1301" w:rsidRDefault="00000000">
            <w:pPr>
              <w:spacing w:after="40"/>
            </w:pPr>
            <w:r>
              <w:rPr>
                <w:b/>
                <w:sz w:val="20"/>
              </w:rPr>
              <w:t>Career stage</w:t>
            </w:r>
          </w:p>
          <w:p w14:paraId="5C6BCC31" w14:textId="77777777" w:rsidR="009C1301" w:rsidRDefault="00000000">
            <w:pPr>
              <w:spacing w:after="0"/>
            </w:pPr>
            <w:r>
              <w:rPr>
                <w:i/>
                <w:color w:val="555555"/>
                <w:sz w:val="17"/>
              </w:rPr>
              <w:t>e.g. postdoc, junior PI, senior PI</w:t>
            </w:r>
          </w:p>
        </w:tc>
        <w:tc>
          <w:tcPr>
            <w:tcW w:w="6576" w:type="dxa"/>
          </w:tcPr>
          <w:p w14:paraId="2E856073" w14:textId="77777777" w:rsidR="009C1301" w:rsidRDefault="009C1301">
            <w:pPr>
              <w:spacing w:after="0"/>
            </w:pPr>
          </w:p>
        </w:tc>
      </w:tr>
      <w:tr w:rsidR="009C1301" w14:paraId="48DC1915" w14:textId="77777777">
        <w:trPr>
          <w:cantSplit/>
        </w:trPr>
        <w:tc>
          <w:tcPr>
            <w:tcW w:w="2835" w:type="dxa"/>
            <w:shd w:val="clear" w:color="auto" w:fill="EEF2F7"/>
          </w:tcPr>
          <w:p w14:paraId="07366933" w14:textId="77777777" w:rsidR="009C1301" w:rsidRDefault="00000000">
            <w:pPr>
              <w:spacing w:after="40"/>
            </w:pPr>
            <w:r>
              <w:rPr>
                <w:b/>
                <w:sz w:val="20"/>
              </w:rPr>
              <w:t>Brief description</w:t>
            </w:r>
          </w:p>
          <w:p w14:paraId="4D6E82B2" w14:textId="77777777" w:rsidR="009C1301" w:rsidRDefault="00000000">
            <w:pPr>
              <w:spacing w:after="0"/>
            </w:pPr>
            <w:r>
              <w:rPr>
                <w:i/>
                <w:color w:val="555555"/>
                <w:sz w:val="17"/>
              </w:rPr>
              <w:t>max. 500 characters (approx. 75 words): expertise brought to the symposium</w:t>
            </w:r>
          </w:p>
        </w:tc>
        <w:tc>
          <w:tcPr>
            <w:tcW w:w="6576" w:type="dxa"/>
          </w:tcPr>
          <w:p w14:paraId="2398D735" w14:textId="77777777" w:rsidR="009C1301" w:rsidRDefault="009C1301">
            <w:pPr>
              <w:spacing w:after="0"/>
            </w:pPr>
          </w:p>
          <w:p w14:paraId="3984DF5A" w14:textId="77777777" w:rsidR="009C1301" w:rsidRDefault="009C1301">
            <w:pPr>
              <w:spacing w:after="0"/>
            </w:pPr>
          </w:p>
          <w:p w14:paraId="39794408" w14:textId="77777777" w:rsidR="009C1301" w:rsidRDefault="009C1301">
            <w:pPr>
              <w:spacing w:after="0"/>
            </w:pPr>
          </w:p>
          <w:p w14:paraId="7C33B38E" w14:textId="77777777" w:rsidR="009C1301" w:rsidRDefault="009C1301">
            <w:pPr>
              <w:spacing w:after="0"/>
            </w:pPr>
          </w:p>
          <w:p w14:paraId="667C47D1" w14:textId="77777777" w:rsidR="009C1301" w:rsidRDefault="009C1301">
            <w:pPr>
              <w:spacing w:after="0"/>
            </w:pPr>
          </w:p>
        </w:tc>
      </w:tr>
      <w:tr w:rsidR="009C1301" w14:paraId="1555AA4C" w14:textId="77777777">
        <w:trPr>
          <w:cantSplit/>
        </w:trPr>
        <w:tc>
          <w:tcPr>
            <w:tcW w:w="2835" w:type="dxa"/>
            <w:shd w:val="clear" w:color="auto" w:fill="EEF2F7"/>
          </w:tcPr>
          <w:p w14:paraId="3EBB13A5" w14:textId="77777777" w:rsidR="009C1301" w:rsidRDefault="00000000">
            <w:pPr>
              <w:spacing w:after="40"/>
            </w:pPr>
            <w:r>
              <w:rPr>
                <w:b/>
                <w:sz w:val="20"/>
              </w:rPr>
              <w:t>Presentation title</w:t>
            </w:r>
          </w:p>
        </w:tc>
        <w:tc>
          <w:tcPr>
            <w:tcW w:w="6576" w:type="dxa"/>
          </w:tcPr>
          <w:p w14:paraId="29ED72B1" w14:textId="77777777" w:rsidR="009C1301" w:rsidRDefault="009C1301">
            <w:pPr>
              <w:spacing w:after="0"/>
            </w:pPr>
          </w:p>
        </w:tc>
      </w:tr>
      <w:tr w:rsidR="009C1301" w14:paraId="33934D3D" w14:textId="77777777">
        <w:trPr>
          <w:cantSplit/>
        </w:trPr>
        <w:tc>
          <w:tcPr>
            <w:tcW w:w="2835" w:type="dxa"/>
            <w:shd w:val="clear" w:color="auto" w:fill="EEF2F7"/>
          </w:tcPr>
          <w:p w14:paraId="1272EFB7" w14:textId="77777777" w:rsidR="009C1301" w:rsidRDefault="00000000">
            <w:pPr>
              <w:spacing w:after="40"/>
            </w:pPr>
            <w:r>
              <w:rPr>
                <w:b/>
                <w:sz w:val="20"/>
              </w:rPr>
              <w:t>Presentation outline</w:t>
            </w:r>
          </w:p>
          <w:p w14:paraId="5E630B9B" w14:textId="77777777" w:rsidR="009C1301" w:rsidRDefault="00000000">
            <w:pPr>
              <w:spacing w:after="0"/>
            </w:pPr>
            <w:r>
              <w:rPr>
                <w:i/>
                <w:color w:val="555555"/>
                <w:sz w:val="17"/>
              </w:rPr>
              <w:t>max. 2,500 characters (approx. 400 words); not required for trainee symposium speakers</w:t>
            </w:r>
          </w:p>
        </w:tc>
        <w:tc>
          <w:tcPr>
            <w:tcW w:w="6576" w:type="dxa"/>
          </w:tcPr>
          <w:p w14:paraId="18C12821" w14:textId="77777777" w:rsidR="009C1301" w:rsidRDefault="009C1301">
            <w:pPr>
              <w:spacing w:after="0"/>
            </w:pPr>
          </w:p>
          <w:p w14:paraId="452D4644" w14:textId="77777777" w:rsidR="009C1301" w:rsidRDefault="009C1301">
            <w:pPr>
              <w:spacing w:after="0"/>
            </w:pPr>
          </w:p>
          <w:p w14:paraId="74ED7518" w14:textId="77777777" w:rsidR="009C1301" w:rsidRDefault="009C1301">
            <w:pPr>
              <w:spacing w:after="0"/>
            </w:pPr>
          </w:p>
          <w:p w14:paraId="54B2041E" w14:textId="77777777" w:rsidR="009C1301" w:rsidRDefault="009C1301">
            <w:pPr>
              <w:spacing w:after="0"/>
            </w:pPr>
          </w:p>
          <w:p w14:paraId="4C54CA0A" w14:textId="77777777" w:rsidR="009C1301" w:rsidRDefault="009C1301">
            <w:pPr>
              <w:spacing w:after="0"/>
            </w:pPr>
          </w:p>
          <w:p w14:paraId="6BD7C4FC" w14:textId="77777777" w:rsidR="009C1301" w:rsidRDefault="009C1301">
            <w:pPr>
              <w:spacing w:after="0"/>
            </w:pPr>
          </w:p>
          <w:p w14:paraId="4FACF234" w14:textId="77777777" w:rsidR="009C1301" w:rsidRDefault="009C1301">
            <w:pPr>
              <w:spacing w:after="0"/>
            </w:pPr>
          </w:p>
          <w:p w14:paraId="38D49C11" w14:textId="77777777" w:rsidR="009C1301" w:rsidRDefault="009C1301">
            <w:pPr>
              <w:spacing w:after="0"/>
            </w:pPr>
          </w:p>
          <w:p w14:paraId="4F741696" w14:textId="77777777" w:rsidR="009C1301" w:rsidRDefault="009C1301">
            <w:pPr>
              <w:spacing w:after="0"/>
            </w:pPr>
          </w:p>
        </w:tc>
      </w:tr>
      <w:tr w:rsidR="009C1301" w14:paraId="05F4AFDB" w14:textId="77777777">
        <w:trPr>
          <w:cantSplit/>
        </w:trPr>
        <w:tc>
          <w:tcPr>
            <w:tcW w:w="2835" w:type="dxa"/>
            <w:shd w:val="clear" w:color="auto" w:fill="EEF2F7"/>
          </w:tcPr>
          <w:p w14:paraId="3506E159" w14:textId="77777777" w:rsidR="009C1301" w:rsidRDefault="00000000">
            <w:pPr>
              <w:spacing w:after="40"/>
            </w:pPr>
            <w:r>
              <w:rPr>
                <w:b/>
                <w:sz w:val="20"/>
              </w:rPr>
              <w:t>3–5 key publications</w:t>
            </w:r>
          </w:p>
          <w:p w14:paraId="63FFD20C" w14:textId="77777777" w:rsidR="009C1301" w:rsidRDefault="00000000">
            <w:pPr>
              <w:spacing w:after="0"/>
            </w:pPr>
            <w:r>
              <w:rPr>
                <w:i/>
                <w:color w:val="555555"/>
                <w:sz w:val="17"/>
              </w:rPr>
              <w:t>not required for trainee symposium speakers</w:t>
            </w:r>
          </w:p>
        </w:tc>
        <w:tc>
          <w:tcPr>
            <w:tcW w:w="6576" w:type="dxa"/>
          </w:tcPr>
          <w:p w14:paraId="6829F178" w14:textId="77777777" w:rsidR="009C1301" w:rsidRDefault="009C1301">
            <w:pPr>
              <w:spacing w:after="0"/>
            </w:pPr>
          </w:p>
          <w:p w14:paraId="2C218401" w14:textId="77777777" w:rsidR="009C1301" w:rsidRDefault="009C1301">
            <w:pPr>
              <w:spacing w:after="0"/>
            </w:pPr>
          </w:p>
          <w:p w14:paraId="1CD1D40F" w14:textId="77777777" w:rsidR="009C1301" w:rsidRDefault="009C1301">
            <w:pPr>
              <w:spacing w:after="0"/>
            </w:pPr>
          </w:p>
          <w:p w14:paraId="38C1180B" w14:textId="77777777" w:rsidR="009C1301" w:rsidRDefault="009C1301">
            <w:pPr>
              <w:spacing w:after="0"/>
            </w:pPr>
          </w:p>
          <w:p w14:paraId="62C43A9B" w14:textId="77777777" w:rsidR="009C1301" w:rsidRDefault="009C1301">
            <w:pPr>
              <w:spacing w:after="0"/>
            </w:pPr>
          </w:p>
          <w:p w14:paraId="1D0939A2" w14:textId="77777777" w:rsidR="009C1301" w:rsidRDefault="009C1301">
            <w:pPr>
              <w:spacing w:after="0"/>
            </w:pPr>
          </w:p>
        </w:tc>
      </w:tr>
      <w:tr w:rsidR="009C1301" w14:paraId="128821DD" w14:textId="77777777">
        <w:trPr>
          <w:cantSplit/>
        </w:trPr>
        <w:tc>
          <w:tcPr>
            <w:tcW w:w="2835" w:type="dxa"/>
            <w:shd w:val="clear" w:color="auto" w:fill="EEF2F7"/>
          </w:tcPr>
          <w:p w14:paraId="170B1A49" w14:textId="77777777" w:rsidR="009C1301" w:rsidRDefault="00000000">
            <w:pPr>
              <w:spacing w:after="40"/>
            </w:pPr>
            <w:r>
              <w:rPr>
                <w:b/>
                <w:sz w:val="20"/>
              </w:rPr>
              <w:lastRenderedPageBreak/>
              <w:t>Consent obtained</w:t>
            </w:r>
          </w:p>
          <w:p w14:paraId="1FFC1F10" w14:textId="77777777" w:rsidR="009C1301" w:rsidRDefault="00000000">
            <w:pPr>
              <w:spacing w:after="0"/>
            </w:pPr>
            <w:r>
              <w:rPr>
                <w:i/>
                <w:color w:val="555555"/>
                <w:sz w:val="17"/>
              </w:rPr>
              <w:t>☐ Yes — this person has agreed to be named and to attend FRM 2027 if the proposal is accepted</w:t>
            </w:r>
          </w:p>
        </w:tc>
        <w:tc>
          <w:tcPr>
            <w:tcW w:w="6576" w:type="dxa"/>
          </w:tcPr>
          <w:p w14:paraId="264079A9" w14:textId="77777777" w:rsidR="009C1301" w:rsidRDefault="009C1301">
            <w:pPr>
              <w:spacing w:after="0"/>
            </w:pPr>
          </w:p>
        </w:tc>
      </w:tr>
    </w:tbl>
    <w:p w14:paraId="7361A887" w14:textId="4C00AFFE" w:rsidR="009C1301" w:rsidRDefault="00667F84" w:rsidP="00667F84">
      <w:r>
        <w:br/>
      </w:r>
      <w:r>
        <w:br/>
      </w:r>
      <w:r>
        <w:rPr>
          <w:b/>
          <w:color w:val="1F3B63"/>
          <w:sz w:val="22"/>
        </w:rPr>
        <w:t>Participant 3</w:t>
      </w:r>
    </w:p>
    <w:tbl>
      <w:tblPr>
        <w:tblW w:w="0" w:type="auto"/>
        <w:tblBorders>
          <w:top w:val="single" w:sz="4" w:space="0" w:color="9AA5B1"/>
          <w:left w:val="single" w:sz="4" w:space="0" w:color="9AA5B1"/>
          <w:bottom w:val="single" w:sz="4" w:space="0" w:color="9AA5B1"/>
          <w:right w:val="single" w:sz="4" w:space="0" w:color="9AA5B1"/>
          <w:insideH w:val="single" w:sz="4" w:space="0" w:color="9AA5B1"/>
          <w:insideV w:val="single" w:sz="4" w:space="0" w:color="9AA5B1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576"/>
      </w:tblGrid>
      <w:tr w:rsidR="009C1301" w14:paraId="36F9C939" w14:textId="77777777">
        <w:trPr>
          <w:cantSplit/>
        </w:trPr>
        <w:tc>
          <w:tcPr>
            <w:tcW w:w="2835" w:type="dxa"/>
            <w:shd w:val="clear" w:color="auto" w:fill="EEF2F7"/>
          </w:tcPr>
          <w:p w14:paraId="048B35C3" w14:textId="77777777" w:rsidR="009C1301" w:rsidRDefault="00000000">
            <w:pPr>
              <w:spacing w:after="40"/>
            </w:pPr>
            <w:r>
              <w:rPr>
                <w:b/>
                <w:sz w:val="20"/>
              </w:rPr>
              <w:t>Role</w:t>
            </w:r>
          </w:p>
          <w:p w14:paraId="6B9A30E9" w14:textId="77777777" w:rsidR="009C1301" w:rsidRDefault="00000000">
            <w:pPr>
              <w:spacing w:after="0"/>
            </w:pPr>
            <w:r>
              <w:rPr>
                <w:i/>
                <w:color w:val="555555"/>
                <w:sz w:val="17"/>
              </w:rPr>
              <w:t>chairperson / speaker</w:t>
            </w:r>
          </w:p>
        </w:tc>
        <w:tc>
          <w:tcPr>
            <w:tcW w:w="6576" w:type="dxa"/>
          </w:tcPr>
          <w:p w14:paraId="155347E5" w14:textId="77777777" w:rsidR="009C1301" w:rsidRDefault="009C1301">
            <w:pPr>
              <w:spacing w:after="0"/>
            </w:pPr>
          </w:p>
        </w:tc>
      </w:tr>
      <w:tr w:rsidR="009C1301" w14:paraId="2599F081" w14:textId="77777777">
        <w:trPr>
          <w:cantSplit/>
        </w:trPr>
        <w:tc>
          <w:tcPr>
            <w:tcW w:w="2835" w:type="dxa"/>
            <w:shd w:val="clear" w:color="auto" w:fill="EEF2F7"/>
          </w:tcPr>
          <w:p w14:paraId="27A96FEB" w14:textId="77777777" w:rsidR="009C1301" w:rsidRDefault="00000000">
            <w:pPr>
              <w:spacing w:after="40"/>
            </w:pPr>
            <w:r>
              <w:rPr>
                <w:b/>
                <w:sz w:val="20"/>
              </w:rPr>
              <w:t>Full name</w:t>
            </w:r>
          </w:p>
        </w:tc>
        <w:tc>
          <w:tcPr>
            <w:tcW w:w="6576" w:type="dxa"/>
          </w:tcPr>
          <w:p w14:paraId="2A37468A" w14:textId="77777777" w:rsidR="009C1301" w:rsidRDefault="009C1301">
            <w:pPr>
              <w:spacing w:after="0"/>
            </w:pPr>
          </w:p>
        </w:tc>
      </w:tr>
      <w:tr w:rsidR="009C1301" w14:paraId="51D1B2A9" w14:textId="77777777">
        <w:trPr>
          <w:cantSplit/>
        </w:trPr>
        <w:tc>
          <w:tcPr>
            <w:tcW w:w="2835" w:type="dxa"/>
            <w:shd w:val="clear" w:color="auto" w:fill="EEF2F7"/>
          </w:tcPr>
          <w:p w14:paraId="1DAC4C92" w14:textId="77777777" w:rsidR="009C1301" w:rsidRDefault="00000000">
            <w:pPr>
              <w:spacing w:after="40"/>
            </w:pPr>
            <w:r>
              <w:rPr>
                <w:b/>
                <w:sz w:val="20"/>
              </w:rPr>
              <w:t>Institution and department</w:t>
            </w:r>
          </w:p>
        </w:tc>
        <w:tc>
          <w:tcPr>
            <w:tcW w:w="6576" w:type="dxa"/>
          </w:tcPr>
          <w:p w14:paraId="7602505B" w14:textId="77777777" w:rsidR="009C1301" w:rsidRDefault="009C1301">
            <w:pPr>
              <w:spacing w:after="0"/>
            </w:pPr>
          </w:p>
        </w:tc>
      </w:tr>
      <w:tr w:rsidR="009C1301" w14:paraId="7B6EFC2D" w14:textId="77777777">
        <w:trPr>
          <w:cantSplit/>
        </w:trPr>
        <w:tc>
          <w:tcPr>
            <w:tcW w:w="2835" w:type="dxa"/>
            <w:shd w:val="clear" w:color="auto" w:fill="EEF2F7"/>
          </w:tcPr>
          <w:p w14:paraId="74BFE41E" w14:textId="77777777" w:rsidR="009C1301" w:rsidRDefault="00000000">
            <w:pPr>
              <w:spacing w:after="40"/>
            </w:pPr>
            <w:r>
              <w:rPr>
                <w:b/>
                <w:sz w:val="20"/>
              </w:rPr>
              <w:t>Country</w:t>
            </w:r>
          </w:p>
        </w:tc>
        <w:tc>
          <w:tcPr>
            <w:tcW w:w="6576" w:type="dxa"/>
          </w:tcPr>
          <w:p w14:paraId="009F543B" w14:textId="77777777" w:rsidR="009C1301" w:rsidRDefault="009C1301">
            <w:pPr>
              <w:spacing w:after="0"/>
            </w:pPr>
          </w:p>
        </w:tc>
      </w:tr>
      <w:tr w:rsidR="009C1301" w14:paraId="023DE79F" w14:textId="77777777">
        <w:trPr>
          <w:cantSplit/>
        </w:trPr>
        <w:tc>
          <w:tcPr>
            <w:tcW w:w="2835" w:type="dxa"/>
            <w:shd w:val="clear" w:color="auto" w:fill="EEF2F7"/>
          </w:tcPr>
          <w:p w14:paraId="6BCD32A6" w14:textId="77777777" w:rsidR="009C1301" w:rsidRDefault="00000000">
            <w:pPr>
              <w:spacing w:after="40"/>
            </w:pPr>
            <w:r>
              <w:rPr>
                <w:b/>
                <w:sz w:val="20"/>
              </w:rPr>
              <w:t>Email</w:t>
            </w:r>
          </w:p>
        </w:tc>
        <w:tc>
          <w:tcPr>
            <w:tcW w:w="6576" w:type="dxa"/>
          </w:tcPr>
          <w:p w14:paraId="3A1CE9B0" w14:textId="77777777" w:rsidR="009C1301" w:rsidRDefault="009C1301">
            <w:pPr>
              <w:spacing w:after="0"/>
            </w:pPr>
          </w:p>
        </w:tc>
      </w:tr>
      <w:tr w:rsidR="009C1301" w14:paraId="4F6EFE00" w14:textId="77777777">
        <w:trPr>
          <w:cantSplit/>
        </w:trPr>
        <w:tc>
          <w:tcPr>
            <w:tcW w:w="2835" w:type="dxa"/>
            <w:shd w:val="clear" w:color="auto" w:fill="EEF2F7"/>
          </w:tcPr>
          <w:p w14:paraId="1BEB7AB5" w14:textId="77777777" w:rsidR="009C1301" w:rsidRDefault="00000000">
            <w:pPr>
              <w:spacing w:after="40"/>
            </w:pPr>
            <w:r>
              <w:rPr>
                <w:b/>
                <w:sz w:val="20"/>
              </w:rPr>
              <w:t>Gender</w:t>
            </w:r>
          </w:p>
          <w:p w14:paraId="33CF3139" w14:textId="77777777" w:rsidR="009C1301" w:rsidRDefault="00000000">
            <w:pPr>
              <w:spacing w:after="0"/>
            </w:pPr>
            <w:r>
              <w:rPr>
                <w:i/>
                <w:color w:val="555555"/>
                <w:sz w:val="17"/>
              </w:rPr>
              <w:t>for balance monitoring; optional</w:t>
            </w:r>
          </w:p>
        </w:tc>
        <w:tc>
          <w:tcPr>
            <w:tcW w:w="6576" w:type="dxa"/>
          </w:tcPr>
          <w:p w14:paraId="2EA01C6B" w14:textId="77777777" w:rsidR="009C1301" w:rsidRDefault="009C1301">
            <w:pPr>
              <w:spacing w:after="0"/>
            </w:pPr>
          </w:p>
        </w:tc>
      </w:tr>
      <w:tr w:rsidR="009C1301" w14:paraId="248EF000" w14:textId="77777777">
        <w:trPr>
          <w:cantSplit/>
        </w:trPr>
        <w:tc>
          <w:tcPr>
            <w:tcW w:w="2835" w:type="dxa"/>
            <w:shd w:val="clear" w:color="auto" w:fill="EEF2F7"/>
          </w:tcPr>
          <w:p w14:paraId="70132AA0" w14:textId="77777777" w:rsidR="009C1301" w:rsidRDefault="00000000">
            <w:pPr>
              <w:spacing w:after="40"/>
            </w:pPr>
            <w:r>
              <w:rPr>
                <w:b/>
                <w:sz w:val="20"/>
              </w:rPr>
              <w:t>Career stage</w:t>
            </w:r>
          </w:p>
          <w:p w14:paraId="2A573A28" w14:textId="77777777" w:rsidR="009C1301" w:rsidRDefault="00000000">
            <w:pPr>
              <w:spacing w:after="0"/>
            </w:pPr>
            <w:r>
              <w:rPr>
                <w:i/>
                <w:color w:val="555555"/>
                <w:sz w:val="17"/>
              </w:rPr>
              <w:t>e.g. postdoc, junior PI, senior PI</w:t>
            </w:r>
          </w:p>
        </w:tc>
        <w:tc>
          <w:tcPr>
            <w:tcW w:w="6576" w:type="dxa"/>
          </w:tcPr>
          <w:p w14:paraId="6F5ED7EF" w14:textId="77777777" w:rsidR="009C1301" w:rsidRDefault="009C1301">
            <w:pPr>
              <w:spacing w:after="0"/>
            </w:pPr>
          </w:p>
        </w:tc>
      </w:tr>
      <w:tr w:rsidR="009C1301" w14:paraId="75BDB01C" w14:textId="77777777">
        <w:trPr>
          <w:cantSplit/>
        </w:trPr>
        <w:tc>
          <w:tcPr>
            <w:tcW w:w="2835" w:type="dxa"/>
            <w:shd w:val="clear" w:color="auto" w:fill="EEF2F7"/>
          </w:tcPr>
          <w:p w14:paraId="1A99F35D" w14:textId="77777777" w:rsidR="009C1301" w:rsidRDefault="00000000">
            <w:pPr>
              <w:spacing w:after="40"/>
            </w:pPr>
            <w:r>
              <w:rPr>
                <w:b/>
                <w:sz w:val="20"/>
              </w:rPr>
              <w:t>Brief description</w:t>
            </w:r>
          </w:p>
          <w:p w14:paraId="1F19F594" w14:textId="77777777" w:rsidR="009C1301" w:rsidRDefault="00000000">
            <w:pPr>
              <w:spacing w:after="0"/>
            </w:pPr>
            <w:r>
              <w:rPr>
                <w:i/>
                <w:color w:val="555555"/>
                <w:sz w:val="17"/>
              </w:rPr>
              <w:t>max. 500 characters (approx. 75 words): expertise brought to the symposium</w:t>
            </w:r>
          </w:p>
        </w:tc>
        <w:tc>
          <w:tcPr>
            <w:tcW w:w="6576" w:type="dxa"/>
          </w:tcPr>
          <w:p w14:paraId="41EEEA7C" w14:textId="77777777" w:rsidR="009C1301" w:rsidRDefault="009C1301">
            <w:pPr>
              <w:spacing w:after="0"/>
            </w:pPr>
          </w:p>
          <w:p w14:paraId="05A667F9" w14:textId="77777777" w:rsidR="009C1301" w:rsidRDefault="009C1301">
            <w:pPr>
              <w:spacing w:after="0"/>
            </w:pPr>
          </w:p>
          <w:p w14:paraId="5BEF7586" w14:textId="77777777" w:rsidR="009C1301" w:rsidRDefault="009C1301">
            <w:pPr>
              <w:spacing w:after="0"/>
            </w:pPr>
          </w:p>
          <w:p w14:paraId="0C7C8D1E" w14:textId="77777777" w:rsidR="009C1301" w:rsidRDefault="009C1301">
            <w:pPr>
              <w:spacing w:after="0"/>
            </w:pPr>
          </w:p>
          <w:p w14:paraId="213E7FE8" w14:textId="77777777" w:rsidR="009C1301" w:rsidRDefault="009C1301">
            <w:pPr>
              <w:spacing w:after="0"/>
            </w:pPr>
          </w:p>
        </w:tc>
      </w:tr>
      <w:tr w:rsidR="009C1301" w14:paraId="15A6FB0D" w14:textId="77777777">
        <w:trPr>
          <w:cantSplit/>
        </w:trPr>
        <w:tc>
          <w:tcPr>
            <w:tcW w:w="2835" w:type="dxa"/>
            <w:shd w:val="clear" w:color="auto" w:fill="EEF2F7"/>
          </w:tcPr>
          <w:p w14:paraId="091A114B" w14:textId="77777777" w:rsidR="009C1301" w:rsidRDefault="00000000">
            <w:pPr>
              <w:spacing w:after="40"/>
            </w:pPr>
            <w:r>
              <w:rPr>
                <w:b/>
                <w:sz w:val="20"/>
              </w:rPr>
              <w:t>Presentation title</w:t>
            </w:r>
          </w:p>
        </w:tc>
        <w:tc>
          <w:tcPr>
            <w:tcW w:w="6576" w:type="dxa"/>
          </w:tcPr>
          <w:p w14:paraId="48162C1C" w14:textId="77777777" w:rsidR="009C1301" w:rsidRDefault="009C1301">
            <w:pPr>
              <w:spacing w:after="0"/>
            </w:pPr>
          </w:p>
        </w:tc>
      </w:tr>
      <w:tr w:rsidR="009C1301" w14:paraId="7E87D1BB" w14:textId="77777777">
        <w:trPr>
          <w:cantSplit/>
        </w:trPr>
        <w:tc>
          <w:tcPr>
            <w:tcW w:w="2835" w:type="dxa"/>
            <w:shd w:val="clear" w:color="auto" w:fill="EEF2F7"/>
          </w:tcPr>
          <w:p w14:paraId="41F9E323" w14:textId="77777777" w:rsidR="009C1301" w:rsidRDefault="00000000">
            <w:pPr>
              <w:spacing w:after="40"/>
            </w:pPr>
            <w:r>
              <w:rPr>
                <w:b/>
                <w:sz w:val="20"/>
              </w:rPr>
              <w:t>Presentation outline</w:t>
            </w:r>
          </w:p>
          <w:p w14:paraId="2A8B7F25" w14:textId="77777777" w:rsidR="009C1301" w:rsidRDefault="00000000">
            <w:pPr>
              <w:spacing w:after="0"/>
            </w:pPr>
            <w:r>
              <w:rPr>
                <w:i/>
                <w:color w:val="555555"/>
                <w:sz w:val="17"/>
              </w:rPr>
              <w:t>max. 2,500 characters (approx. 400 words); not required for trainee symposium speakers</w:t>
            </w:r>
          </w:p>
        </w:tc>
        <w:tc>
          <w:tcPr>
            <w:tcW w:w="6576" w:type="dxa"/>
          </w:tcPr>
          <w:p w14:paraId="44998895" w14:textId="77777777" w:rsidR="009C1301" w:rsidRDefault="009C1301">
            <w:pPr>
              <w:spacing w:after="0"/>
            </w:pPr>
          </w:p>
          <w:p w14:paraId="5119834F" w14:textId="77777777" w:rsidR="009C1301" w:rsidRDefault="009C1301">
            <w:pPr>
              <w:spacing w:after="0"/>
            </w:pPr>
          </w:p>
          <w:p w14:paraId="5ACF5CF7" w14:textId="77777777" w:rsidR="009C1301" w:rsidRDefault="009C1301">
            <w:pPr>
              <w:spacing w:after="0"/>
            </w:pPr>
          </w:p>
          <w:p w14:paraId="602E65D1" w14:textId="77777777" w:rsidR="009C1301" w:rsidRDefault="009C1301">
            <w:pPr>
              <w:spacing w:after="0"/>
            </w:pPr>
          </w:p>
          <w:p w14:paraId="6F04E6F4" w14:textId="77777777" w:rsidR="009C1301" w:rsidRDefault="009C1301">
            <w:pPr>
              <w:spacing w:after="0"/>
            </w:pPr>
          </w:p>
          <w:p w14:paraId="2A1D0B4A" w14:textId="77777777" w:rsidR="009C1301" w:rsidRDefault="009C1301">
            <w:pPr>
              <w:spacing w:after="0"/>
            </w:pPr>
          </w:p>
          <w:p w14:paraId="3746D7E5" w14:textId="77777777" w:rsidR="009C1301" w:rsidRDefault="009C1301">
            <w:pPr>
              <w:spacing w:after="0"/>
            </w:pPr>
          </w:p>
          <w:p w14:paraId="33D54701" w14:textId="77777777" w:rsidR="009C1301" w:rsidRDefault="009C1301">
            <w:pPr>
              <w:spacing w:after="0"/>
            </w:pPr>
          </w:p>
          <w:p w14:paraId="1811D0E6" w14:textId="77777777" w:rsidR="009C1301" w:rsidRDefault="009C1301">
            <w:pPr>
              <w:spacing w:after="0"/>
            </w:pPr>
          </w:p>
        </w:tc>
      </w:tr>
      <w:tr w:rsidR="009C1301" w14:paraId="6100188E" w14:textId="77777777">
        <w:trPr>
          <w:cantSplit/>
        </w:trPr>
        <w:tc>
          <w:tcPr>
            <w:tcW w:w="2835" w:type="dxa"/>
            <w:shd w:val="clear" w:color="auto" w:fill="EEF2F7"/>
          </w:tcPr>
          <w:p w14:paraId="3B85EC65" w14:textId="77777777" w:rsidR="009C1301" w:rsidRDefault="00000000">
            <w:pPr>
              <w:spacing w:after="40"/>
            </w:pPr>
            <w:r>
              <w:rPr>
                <w:b/>
                <w:sz w:val="20"/>
              </w:rPr>
              <w:t>3–5 key publications</w:t>
            </w:r>
          </w:p>
          <w:p w14:paraId="1BCAA31A" w14:textId="77777777" w:rsidR="009C1301" w:rsidRDefault="00000000">
            <w:pPr>
              <w:spacing w:after="0"/>
            </w:pPr>
            <w:r>
              <w:rPr>
                <w:i/>
                <w:color w:val="555555"/>
                <w:sz w:val="17"/>
              </w:rPr>
              <w:t>not required for trainee symposium speakers</w:t>
            </w:r>
          </w:p>
        </w:tc>
        <w:tc>
          <w:tcPr>
            <w:tcW w:w="6576" w:type="dxa"/>
          </w:tcPr>
          <w:p w14:paraId="47DFF011" w14:textId="77777777" w:rsidR="009C1301" w:rsidRDefault="009C1301">
            <w:pPr>
              <w:spacing w:after="0"/>
            </w:pPr>
          </w:p>
          <w:p w14:paraId="75098AEC" w14:textId="77777777" w:rsidR="009C1301" w:rsidRDefault="009C1301">
            <w:pPr>
              <w:spacing w:after="0"/>
            </w:pPr>
          </w:p>
          <w:p w14:paraId="0A237C45" w14:textId="77777777" w:rsidR="009C1301" w:rsidRDefault="009C1301">
            <w:pPr>
              <w:spacing w:after="0"/>
            </w:pPr>
          </w:p>
          <w:p w14:paraId="0E631233" w14:textId="77777777" w:rsidR="009C1301" w:rsidRDefault="009C1301">
            <w:pPr>
              <w:spacing w:after="0"/>
            </w:pPr>
          </w:p>
          <w:p w14:paraId="09BDEBAC" w14:textId="77777777" w:rsidR="009C1301" w:rsidRDefault="009C1301">
            <w:pPr>
              <w:spacing w:after="0"/>
            </w:pPr>
          </w:p>
          <w:p w14:paraId="5606E15A" w14:textId="77777777" w:rsidR="009C1301" w:rsidRDefault="009C1301">
            <w:pPr>
              <w:spacing w:after="0"/>
            </w:pPr>
          </w:p>
        </w:tc>
      </w:tr>
      <w:tr w:rsidR="009C1301" w14:paraId="22F8BE45" w14:textId="77777777" w:rsidTr="00667F84">
        <w:trPr>
          <w:cantSplit/>
          <w:trHeight w:val="695"/>
        </w:trPr>
        <w:tc>
          <w:tcPr>
            <w:tcW w:w="2835" w:type="dxa"/>
            <w:shd w:val="clear" w:color="auto" w:fill="EEF2F7"/>
          </w:tcPr>
          <w:p w14:paraId="5BBAD7C6" w14:textId="77777777" w:rsidR="009C1301" w:rsidRDefault="00000000">
            <w:pPr>
              <w:spacing w:after="40"/>
            </w:pPr>
            <w:r>
              <w:rPr>
                <w:b/>
                <w:sz w:val="20"/>
              </w:rPr>
              <w:t>Consent obtained</w:t>
            </w:r>
          </w:p>
          <w:p w14:paraId="29F4BF1E" w14:textId="77777777" w:rsidR="009C1301" w:rsidRDefault="00000000">
            <w:pPr>
              <w:spacing w:after="0"/>
            </w:pPr>
            <w:r>
              <w:rPr>
                <w:i/>
                <w:color w:val="555555"/>
                <w:sz w:val="17"/>
              </w:rPr>
              <w:t>☐ Yes — this person has agreed to be named and to attend FRM 2027 if the proposal is accepted</w:t>
            </w:r>
          </w:p>
        </w:tc>
        <w:tc>
          <w:tcPr>
            <w:tcW w:w="6576" w:type="dxa"/>
          </w:tcPr>
          <w:p w14:paraId="2D54A2DD" w14:textId="77777777" w:rsidR="009C1301" w:rsidRDefault="009C1301">
            <w:pPr>
              <w:spacing w:after="0"/>
            </w:pPr>
          </w:p>
        </w:tc>
      </w:tr>
    </w:tbl>
    <w:p w14:paraId="3474227B" w14:textId="77777777" w:rsidR="00193362" w:rsidRDefault="00193362" w:rsidP="00667F84">
      <w:pPr>
        <w:rPr>
          <w:b/>
          <w:color w:val="1F3B63"/>
          <w:sz w:val="22"/>
        </w:rPr>
      </w:pPr>
      <w:r>
        <w:br/>
      </w:r>
      <w:r w:rsidR="00667F84">
        <w:br/>
      </w:r>
    </w:p>
    <w:p w14:paraId="3D4F8AF9" w14:textId="46D5D384" w:rsidR="009C1301" w:rsidRDefault="00193362" w:rsidP="00667F84">
      <w:r>
        <w:rPr>
          <w:b/>
          <w:color w:val="1F3B63"/>
          <w:sz w:val="22"/>
        </w:rPr>
        <w:lastRenderedPageBreak/>
        <w:br/>
      </w:r>
      <w:r w:rsidR="00667F84">
        <w:rPr>
          <w:b/>
          <w:color w:val="1F3B63"/>
          <w:sz w:val="22"/>
        </w:rPr>
        <w:t>Participant 4</w:t>
      </w:r>
    </w:p>
    <w:tbl>
      <w:tblPr>
        <w:tblW w:w="0" w:type="auto"/>
        <w:tblBorders>
          <w:top w:val="single" w:sz="4" w:space="0" w:color="9AA5B1"/>
          <w:left w:val="single" w:sz="4" w:space="0" w:color="9AA5B1"/>
          <w:bottom w:val="single" w:sz="4" w:space="0" w:color="9AA5B1"/>
          <w:right w:val="single" w:sz="4" w:space="0" w:color="9AA5B1"/>
          <w:insideH w:val="single" w:sz="4" w:space="0" w:color="9AA5B1"/>
          <w:insideV w:val="single" w:sz="4" w:space="0" w:color="9AA5B1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576"/>
      </w:tblGrid>
      <w:tr w:rsidR="009C1301" w14:paraId="02FEA472" w14:textId="77777777">
        <w:trPr>
          <w:cantSplit/>
        </w:trPr>
        <w:tc>
          <w:tcPr>
            <w:tcW w:w="2835" w:type="dxa"/>
            <w:shd w:val="clear" w:color="auto" w:fill="EEF2F7"/>
          </w:tcPr>
          <w:p w14:paraId="2F93507E" w14:textId="77777777" w:rsidR="009C1301" w:rsidRDefault="00000000">
            <w:pPr>
              <w:spacing w:after="40"/>
            </w:pPr>
            <w:r>
              <w:rPr>
                <w:b/>
                <w:sz w:val="20"/>
              </w:rPr>
              <w:t>Role</w:t>
            </w:r>
          </w:p>
          <w:p w14:paraId="4183CA0A" w14:textId="77777777" w:rsidR="009C1301" w:rsidRDefault="00000000">
            <w:pPr>
              <w:spacing w:after="0"/>
            </w:pPr>
            <w:r>
              <w:rPr>
                <w:i/>
                <w:color w:val="555555"/>
                <w:sz w:val="17"/>
              </w:rPr>
              <w:t>chairperson / speaker</w:t>
            </w:r>
          </w:p>
        </w:tc>
        <w:tc>
          <w:tcPr>
            <w:tcW w:w="6576" w:type="dxa"/>
          </w:tcPr>
          <w:p w14:paraId="77EABA6B" w14:textId="77777777" w:rsidR="009C1301" w:rsidRDefault="009C1301">
            <w:pPr>
              <w:spacing w:after="0"/>
            </w:pPr>
          </w:p>
        </w:tc>
      </w:tr>
      <w:tr w:rsidR="009C1301" w14:paraId="1F395B3F" w14:textId="77777777">
        <w:trPr>
          <w:cantSplit/>
        </w:trPr>
        <w:tc>
          <w:tcPr>
            <w:tcW w:w="2835" w:type="dxa"/>
            <w:shd w:val="clear" w:color="auto" w:fill="EEF2F7"/>
          </w:tcPr>
          <w:p w14:paraId="7DF74968" w14:textId="77777777" w:rsidR="009C1301" w:rsidRDefault="00000000">
            <w:pPr>
              <w:spacing w:after="40"/>
            </w:pPr>
            <w:r>
              <w:rPr>
                <w:b/>
                <w:sz w:val="20"/>
              </w:rPr>
              <w:t>Full name</w:t>
            </w:r>
          </w:p>
        </w:tc>
        <w:tc>
          <w:tcPr>
            <w:tcW w:w="6576" w:type="dxa"/>
          </w:tcPr>
          <w:p w14:paraId="12C80A21" w14:textId="77777777" w:rsidR="009C1301" w:rsidRDefault="009C1301">
            <w:pPr>
              <w:spacing w:after="0"/>
            </w:pPr>
          </w:p>
        </w:tc>
      </w:tr>
      <w:tr w:rsidR="009C1301" w14:paraId="13E84E88" w14:textId="77777777">
        <w:trPr>
          <w:cantSplit/>
        </w:trPr>
        <w:tc>
          <w:tcPr>
            <w:tcW w:w="2835" w:type="dxa"/>
            <w:shd w:val="clear" w:color="auto" w:fill="EEF2F7"/>
          </w:tcPr>
          <w:p w14:paraId="766E4FC2" w14:textId="77777777" w:rsidR="009C1301" w:rsidRDefault="00000000">
            <w:pPr>
              <w:spacing w:after="40"/>
            </w:pPr>
            <w:r>
              <w:rPr>
                <w:b/>
                <w:sz w:val="20"/>
              </w:rPr>
              <w:t>Institution and department</w:t>
            </w:r>
          </w:p>
        </w:tc>
        <w:tc>
          <w:tcPr>
            <w:tcW w:w="6576" w:type="dxa"/>
          </w:tcPr>
          <w:p w14:paraId="00F6B772" w14:textId="77777777" w:rsidR="009C1301" w:rsidRDefault="009C1301">
            <w:pPr>
              <w:spacing w:after="0"/>
            </w:pPr>
          </w:p>
        </w:tc>
      </w:tr>
      <w:tr w:rsidR="009C1301" w14:paraId="29BA6809" w14:textId="77777777">
        <w:trPr>
          <w:cantSplit/>
        </w:trPr>
        <w:tc>
          <w:tcPr>
            <w:tcW w:w="2835" w:type="dxa"/>
            <w:shd w:val="clear" w:color="auto" w:fill="EEF2F7"/>
          </w:tcPr>
          <w:p w14:paraId="52198123" w14:textId="77777777" w:rsidR="009C1301" w:rsidRDefault="00000000">
            <w:pPr>
              <w:spacing w:after="40"/>
            </w:pPr>
            <w:r>
              <w:rPr>
                <w:b/>
                <w:sz w:val="20"/>
              </w:rPr>
              <w:t>Country</w:t>
            </w:r>
          </w:p>
        </w:tc>
        <w:tc>
          <w:tcPr>
            <w:tcW w:w="6576" w:type="dxa"/>
          </w:tcPr>
          <w:p w14:paraId="377BF6DE" w14:textId="77777777" w:rsidR="009C1301" w:rsidRDefault="009C1301">
            <w:pPr>
              <w:spacing w:after="0"/>
            </w:pPr>
          </w:p>
        </w:tc>
      </w:tr>
      <w:tr w:rsidR="009C1301" w14:paraId="4AB8CAB0" w14:textId="77777777">
        <w:trPr>
          <w:cantSplit/>
        </w:trPr>
        <w:tc>
          <w:tcPr>
            <w:tcW w:w="2835" w:type="dxa"/>
            <w:shd w:val="clear" w:color="auto" w:fill="EEF2F7"/>
          </w:tcPr>
          <w:p w14:paraId="6F35DC63" w14:textId="77777777" w:rsidR="009C1301" w:rsidRDefault="00000000">
            <w:pPr>
              <w:spacing w:after="40"/>
            </w:pPr>
            <w:r>
              <w:rPr>
                <w:b/>
                <w:sz w:val="20"/>
              </w:rPr>
              <w:t>Email</w:t>
            </w:r>
          </w:p>
        </w:tc>
        <w:tc>
          <w:tcPr>
            <w:tcW w:w="6576" w:type="dxa"/>
          </w:tcPr>
          <w:p w14:paraId="0054A7DF" w14:textId="77777777" w:rsidR="009C1301" w:rsidRDefault="009C1301">
            <w:pPr>
              <w:spacing w:after="0"/>
            </w:pPr>
          </w:p>
        </w:tc>
      </w:tr>
      <w:tr w:rsidR="009C1301" w14:paraId="3F3EF9A9" w14:textId="77777777">
        <w:trPr>
          <w:cantSplit/>
        </w:trPr>
        <w:tc>
          <w:tcPr>
            <w:tcW w:w="2835" w:type="dxa"/>
            <w:shd w:val="clear" w:color="auto" w:fill="EEF2F7"/>
          </w:tcPr>
          <w:p w14:paraId="2E449004" w14:textId="77777777" w:rsidR="009C1301" w:rsidRDefault="00000000">
            <w:pPr>
              <w:spacing w:after="40"/>
            </w:pPr>
            <w:r>
              <w:rPr>
                <w:b/>
                <w:sz w:val="20"/>
              </w:rPr>
              <w:t>Gender</w:t>
            </w:r>
          </w:p>
          <w:p w14:paraId="1755B5A8" w14:textId="77777777" w:rsidR="009C1301" w:rsidRDefault="00000000">
            <w:pPr>
              <w:spacing w:after="0"/>
            </w:pPr>
            <w:r>
              <w:rPr>
                <w:i/>
                <w:color w:val="555555"/>
                <w:sz w:val="17"/>
              </w:rPr>
              <w:t>for balance monitoring; optional</w:t>
            </w:r>
          </w:p>
        </w:tc>
        <w:tc>
          <w:tcPr>
            <w:tcW w:w="6576" w:type="dxa"/>
          </w:tcPr>
          <w:p w14:paraId="4E26BD74" w14:textId="77777777" w:rsidR="009C1301" w:rsidRDefault="009C1301">
            <w:pPr>
              <w:spacing w:after="0"/>
            </w:pPr>
          </w:p>
        </w:tc>
      </w:tr>
      <w:tr w:rsidR="009C1301" w14:paraId="5B194E54" w14:textId="77777777">
        <w:trPr>
          <w:cantSplit/>
        </w:trPr>
        <w:tc>
          <w:tcPr>
            <w:tcW w:w="2835" w:type="dxa"/>
            <w:shd w:val="clear" w:color="auto" w:fill="EEF2F7"/>
          </w:tcPr>
          <w:p w14:paraId="6DFC9F29" w14:textId="77777777" w:rsidR="009C1301" w:rsidRDefault="00000000">
            <w:pPr>
              <w:spacing w:after="40"/>
            </w:pPr>
            <w:r>
              <w:rPr>
                <w:b/>
                <w:sz w:val="20"/>
              </w:rPr>
              <w:t>Career stage</w:t>
            </w:r>
          </w:p>
          <w:p w14:paraId="0F72CEC6" w14:textId="77777777" w:rsidR="009C1301" w:rsidRDefault="00000000">
            <w:pPr>
              <w:spacing w:after="0"/>
            </w:pPr>
            <w:r>
              <w:rPr>
                <w:i/>
                <w:color w:val="555555"/>
                <w:sz w:val="17"/>
              </w:rPr>
              <w:t>e.g. postdoc, junior PI, senior PI</w:t>
            </w:r>
          </w:p>
        </w:tc>
        <w:tc>
          <w:tcPr>
            <w:tcW w:w="6576" w:type="dxa"/>
          </w:tcPr>
          <w:p w14:paraId="4273448B" w14:textId="77777777" w:rsidR="009C1301" w:rsidRDefault="009C1301">
            <w:pPr>
              <w:spacing w:after="0"/>
            </w:pPr>
          </w:p>
        </w:tc>
      </w:tr>
      <w:tr w:rsidR="009C1301" w14:paraId="54FC977E" w14:textId="77777777">
        <w:trPr>
          <w:cantSplit/>
        </w:trPr>
        <w:tc>
          <w:tcPr>
            <w:tcW w:w="2835" w:type="dxa"/>
            <w:shd w:val="clear" w:color="auto" w:fill="EEF2F7"/>
          </w:tcPr>
          <w:p w14:paraId="74DED171" w14:textId="77777777" w:rsidR="009C1301" w:rsidRDefault="00000000">
            <w:pPr>
              <w:spacing w:after="40"/>
            </w:pPr>
            <w:r>
              <w:rPr>
                <w:b/>
                <w:sz w:val="20"/>
              </w:rPr>
              <w:t>Brief description</w:t>
            </w:r>
          </w:p>
          <w:p w14:paraId="2315CF98" w14:textId="77777777" w:rsidR="009C1301" w:rsidRDefault="00000000">
            <w:pPr>
              <w:spacing w:after="0"/>
            </w:pPr>
            <w:r>
              <w:rPr>
                <w:i/>
                <w:color w:val="555555"/>
                <w:sz w:val="17"/>
              </w:rPr>
              <w:t>max. 500 characters (approx. 75 words): expertise brought to the symposium</w:t>
            </w:r>
          </w:p>
        </w:tc>
        <w:tc>
          <w:tcPr>
            <w:tcW w:w="6576" w:type="dxa"/>
          </w:tcPr>
          <w:p w14:paraId="16C9B125" w14:textId="77777777" w:rsidR="009C1301" w:rsidRDefault="009C1301">
            <w:pPr>
              <w:spacing w:after="0"/>
            </w:pPr>
          </w:p>
          <w:p w14:paraId="529D9163" w14:textId="77777777" w:rsidR="009C1301" w:rsidRDefault="009C1301">
            <w:pPr>
              <w:spacing w:after="0"/>
            </w:pPr>
          </w:p>
          <w:p w14:paraId="01DF5E9B" w14:textId="77777777" w:rsidR="009C1301" w:rsidRDefault="009C1301">
            <w:pPr>
              <w:spacing w:after="0"/>
            </w:pPr>
          </w:p>
          <w:p w14:paraId="713D1967" w14:textId="77777777" w:rsidR="009C1301" w:rsidRDefault="009C1301">
            <w:pPr>
              <w:spacing w:after="0"/>
            </w:pPr>
          </w:p>
          <w:p w14:paraId="50046DFE" w14:textId="77777777" w:rsidR="009C1301" w:rsidRDefault="009C1301">
            <w:pPr>
              <w:spacing w:after="0"/>
            </w:pPr>
          </w:p>
        </w:tc>
      </w:tr>
      <w:tr w:rsidR="009C1301" w14:paraId="3386AA65" w14:textId="77777777">
        <w:trPr>
          <w:cantSplit/>
        </w:trPr>
        <w:tc>
          <w:tcPr>
            <w:tcW w:w="2835" w:type="dxa"/>
            <w:shd w:val="clear" w:color="auto" w:fill="EEF2F7"/>
          </w:tcPr>
          <w:p w14:paraId="794C9E07" w14:textId="77777777" w:rsidR="009C1301" w:rsidRDefault="00000000">
            <w:pPr>
              <w:spacing w:after="40"/>
            </w:pPr>
            <w:r>
              <w:rPr>
                <w:b/>
                <w:sz w:val="20"/>
              </w:rPr>
              <w:t>Presentation title</w:t>
            </w:r>
          </w:p>
        </w:tc>
        <w:tc>
          <w:tcPr>
            <w:tcW w:w="6576" w:type="dxa"/>
          </w:tcPr>
          <w:p w14:paraId="0B5769E8" w14:textId="77777777" w:rsidR="009C1301" w:rsidRDefault="009C1301">
            <w:pPr>
              <w:spacing w:after="0"/>
            </w:pPr>
          </w:p>
        </w:tc>
      </w:tr>
      <w:tr w:rsidR="009C1301" w14:paraId="69FD6D25" w14:textId="77777777">
        <w:trPr>
          <w:cantSplit/>
        </w:trPr>
        <w:tc>
          <w:tcPr>
            <w:tcW w:w="2835" w:type="dxa"/>
            <w:shd w:val="clear" w:color="auto" w:fill="EEF2F7"/>
          </w:tcPr>
          <w:p w14:paraId="5043B89C" w14:textId="77777777" w:rsidR="009C1301" w:rsidRDefault="00000000">
            <w:pPr>
              <w:spacing w:after="40"/>
            </w:pPr>
            <w:r>
              <w:rPr>
                <w:b/>
                <w:sz w:val="20"/>
              </w:rPr>
              <w:t>Presentation outline</w:t>
            </w:r>
          </w:p>
          <w:p w14:paraId="510E234B" w14:textId="77777777" w:rsidR="009C1301" w:rsidRDefault="00000000">
            <w:pPr>
              <w:spacing w:after="0"/>
            </w:pPr>
            <w:r>
              <w:rPr>
                <w:i/>
                <w:color w:val="555555"/>
                <w:sz w:val="17"/>
              </w:rPr>
              <w:t>max. 2,500 characters (approx. 400 words); not required for trainee symposium speakers</w:t>
            </w:r>
          </w:p>
        </w:tc>
        <w:tc>
          <w:tcPr>
            <w:tcW w:w="6576" w:type="dxa"/>
          </w:tcPr>
          <w:p w14:paraId="266CE04B" w14:textId="77777777" w:rsidR="009C1301" w:rsidRDefault="009C1301">
            <w:pPr>
              <w:spacing w:after="0"/>
            </w:pPr>
          </w:p>
          <w:p w14:paraId="39E5743D" w14:textId="77777777" w:rsidR="009C1301" w:rsidRDefault="009C1301">
            <w:pPr>
              <w:spacing w:after="0"/>
            </w:pPr>
          </w:p>
          <w:p w14:paraId="32A91D94" w14:textId="77777777" w:rsidR="009C1301" w:rsidRDefault="009C1301">
            <w:pPr>
              <w:spacing w:after="0"/>
            </w:pPr>
          </w:p>
          <w:p w14:paraId="1CE0934E" w14:textId="77777777" w:rsidR="009C1301" w:rsidRDefault="009C1301">
            <w:pPr>
              <w:spacing w:after="0"/>
            </w:pPr>
          </w:p>
          <w:p w14:paraId="6E7FD752" w14:textId="77777777" w:rsidR="009C1301" w:rsidRDefault="009C1301">
            <w:pPr>
              <w:spacing w:after="0"/>
            </w:pPr>
          </w:p>
          <w:p w14:paraId="397469A3" w14:textId="77777777" w:rsidR="009C1301" w:rsidRDefault="009C1301">
            <w:pPr>
              <w:spacing w:after="0"/>
            </w:pPr>
          </w:p>
          <w:p w14:paraId="42056E01" w14:textId="77777777" w:rsidR="009C1301" w:rsidRDefault="009C1301">
            <w:pPr>
              <w:spacing w:after="0"/>
            </w:pPr>
          </w:p>
          <w:p w14:paraId="6559E365" w14:textId="77777777" w:rsidR="009C1301" w:rsidRDefault="009C1301">
            <w:pPr>
              <w:spacing w:after="0"/>
            </w:pPr>
          </w:p>
          <w:p w14:paraId="44757B06" w14:textId="77777777" w:rsidR="009C1301" w:rsidRDefault="009C1301">
            <w:pPr>
              <w:spacing w:after="0"/>
            </w:pPr>
          </w:p>
        </w:tc>
      </w:tr>
      <w:tr w:rsidR="009C1301" w14:paraId="0E488A3C" w14:textId="77777777">
        <w:trPr>
          <w:cantSplit/>
        </w:trPr>
        <w:tc>
          <w:tcPr>
            <w:tcW w:w="2835" w:type="dxa"/>
            <w:shd w:val="clear" w:color="auto" w:fill="EEF2F7"/>
          </w:tcPr>
          <w:p w14:paraId="3A5107B9" w14:textId="77777777" w:rsidR="009C1301" w:rsidRDefault="00000000">
            <w:pPr>
              <w:spacing w:after="40"/>
            </w:pPr>
            <w:r>
              <w:rPr>
                <w:b/>
                <w:sz w:val="20"/>
              </w:rPr>
              <w:t>3–5 key publications</w:t>
            </w:r>
          </w:p>
          <w:p w14:paraId="51A21188" w14:textId="77777777" w:rsidR="009C1301" w:rsidRDefault="00000000">
            <w:pPr>
              <w:spacing w:after="0"/>
            </w:pPr>
            <w:r>
              <w:rPr>
                <w:i/>
                <w:color w:val="555555"/>
                <w:sz w:val="17"/>
              </w:rPr>
              <w:t>not required for trainee symposium speakers</w:t>
            </w:r>
          </w:p>
        </w:tc>
        <w:tc>
          <w:tcPr>
            <w:tcW w:w="6576" w:type="dxa"/>
          </w:tcPr>
          <w:p w14:paraId="518779A1" w14:textId="77777777" w:rsidR="009C1301" w:rsidRDefault="009C1301">
            <w:pPr>
              <w:spacing w:after="0"/>
            </w:pPr>
          </w:p>
          <w:p w14:paraId="5551EC8E" w14:textId="77777777" w:rsidR="009C1301" w:rsidRDefault="009C1301">
            <w:pPr>
              <w:spacing w:after="0"/>
            </w:pPr>
          </w:p>
          <w:p w14:paraId="42ECDFF9" w14:textId="77777777" w:rsidR="009C1301" w:rsidRDefault="009C1301">
            <w:pPr>
              <w:spacing w:after="0"/>
            </w:pPr>
          </w:p>
          <w:p w14:paraId="14592BE0" w14:textId="77777777" w:rsidR="009C1301" w:rsidRDefault="009C1301">
            <w:pPr>
              <w:spacing w:after="0"/>
            </w:pPr>
          </w:p>
          <w:p w14:paraId="3BF4F0BD" w14:textId="77777777" w:rsidR="009C1301" w:rsidRDefault="009C1301">
            <w:pPr>
              <w:spacing w:after="0"/>
            </w:pPr>
          </w:p>
          <w:p w14:paraId="3EC45DA0" w14:textId="77777777" w:rsidR="009C1301" w:rsidRDefault="009C1301">
            <w:pPr>
              <w:spacing w:after="0"/>
            </w:pPr>
          </w:p>
        </w:tc>
      </w:tr>
      <w:tr w:rsidR="009C1301" w14:paraId="4A11831A" w14:textId="77777777">
        <w:trPr>
          <w:cantSplit/>
        </w:trPr>
        <w:tc>
          <w:tcPr>
            <w:tcW w:w="2835" w:type="dxa"/>
            <w:shd w:val="clear" w:color="auto" w:fill="EEF2F7"/>
          </w:tcPr>
          <w:p w14:paraId="0FEBE1BD" w14:textId="77777777" w:rsidR="009C1301" w:rsidRDefault="00000000">
            <w:pPr>
              <w:spacing w:after="40"/>
            </w:pPr>
            <w:r>
              <w:rPr>
                <w:b/>
                <w:sz w:val="20"/>
              </w:rPr>
              <w:t>Consent obtained</w:t>
            </w:r>
          </w:p>
          <w:p w14:paraId="673FBD24" w14:textId="77777777" w:rsidR="009C1301" w:rsidRDefault="00000000">
            <w:pPr>
              <w:spacing w:after="0"/>
            </w:pPr>
            <w:r>
              <w:rPr>
                <w:i/>
                <w:color w:val="555555"/>
                <w:sz w:val="17"/>
              </w:rPr>
              <w:t>☐ Yes — this person has agreed to be named and to attend FRM 2027 if the proposal is accepted</w:t>
            </w:r>
          </w:p>
        </w:tc>
        <w:tc>
          <w:tcPr>
            <w:tcW w:w="6576" w:type="dxa"/>
          </w:tcPr>
          <w:p w14:paraId="1347F1BC" w14:textId="77777777" w:rsidR="009C1301" w:rsidRDefault="009C1301">
            <w:pPr>
              <w:spacing w:after="0"/>
            </w:pPr>
          </w:p>
        </w:tc>
      </w:tr>
    </w:tbl>
    <w:p w14:paraId="1CDF5311" w14:textId="3ADE6FC9" w:rsidR="009C1301" w:rsidRDefault="00667F84">
      <w:pPr>
        <w:keepNext/>
        <w:pBdr>
          <w:bottom w:val="single" w:sz="6" w:space="2" w:color="1F3B63"/>
        </w:pBdr>
        <w:spacing w:before="280" w:after="120"/>
      </w:pPr>
      <w:r>
        <w:rPr>
          <w:b/>
          <w:color w:val="1F3B63"/>
          <w:sz w:val="24"/>
        </w:rPr>
        <w:t>E.  Eligibility declaration</w:t>
      </w:r>
    </w:p>
    <w:p w14:paraId="3E8265C1" w14:textId="77777777" w:rsidR="009C1301" w:rsidRDefault="00000000">
      <w:r>
        <w:rPr>
          <w:sz w:val="20"/>
        </w:rPr>
        <w:t>Tick each box to confirm:</w:t>
      </w:r>
    </w:p>
    <w:p w14:paraId="2B8667E5" w14:textId="77777777" w:rsidR="009C1301" w:rsidRDefault="00000000">
      <w:pPr>
        <w:spacing w:after="60"/>
        <w:ind w:left="227"/>
      </w:pPr>
      <w:proofErr w:type="gramStart"/>
      <w:r>
        <w:rPr>
          <w:sz w:val="20"/>
        </w:rPr>
        <w:t>☐  No</w:t>
      </w:r>
      <w:proofErr w:type="gramEnd"/>
      <w:r>
        <w:rPr>
          <w:sz w:val="20"/>
        </w:rPr>
        <w:t xml:space="preserve"> proposed participant was a speaker or chairperson at [the previous FENS Regional Meeting / FENS Forum 2026].</w:t>
      </w:r>
    </w:p>
    <w:p w14:paraId="5E4C7A4E" w14:textId="77777777" w:rsidR="009C1301" w:rsidRDefault="00000000">
      <w:pPr>
        <w:spacing w:after="60"/>
        <w:ind w:left="227"/>
      </w:pPr>
      <w:proofErr w:type="gramStart"/>
      <w:r>
        <w:rPr>
          <w:sz w:val="20"/>
        </w:rPr>
        <w:t>☐  No</w:t>
      </w:r>
      <w:proofErr w:type="gramEnd"/>
      <w:r>
        <w:rPr>
          <w:sz w:val="20"/>
        </w:rPr>
        <w:t xml:space="preserve"> proposed participant is a member of the current FRM 2027 </w:t>
      </w:r>
      <w:proofErr w:type="spellStart"/>
      <w:r>
        <w:rPr>
          <w:sz w:val="20"/>
        </w:rPr>
        <w:t>Programme</w:t>
      </w:r>
      <w:proofErr w:type="spellEnd"/>
      <w:r>
        <w:rPr>
          <w:sz w:val="20"/>
        </w:rPr>
        <w:t xml:space="preserve"> Committee.</w:t>
      </w:r>
    </w:p>
    <w:p w14:paraId="36FCF26E" w14:textId="77777777" w:rsidR="009C1301" w:rsidRDefault="00000000">
      <w:pPr>
        <w:spacing w:after="60"/>
        <w:ind w:left="227"/>
      </w:pPr>
      <w:proofErr w:type="gramStart"/>
      <w:r>
        <w:rPr>
          <w:sz w:val="20"/>
        </w:rPr>
        <w:lastRenderedPageBreak/>
        <w:t>☐  No</w:t>
      </w:r>
      <w:proofErr w:type="gramEnd"/>
      <w:r>
        <w:rPr>
          <w:sz w:val="20"/>
        </w:rPr>
        <w:t xml:space="preserve"> proposed participant is a plenary or keynote speaker of FRM 2027.</w:t>
      </w:r>
    </w:p>
    <w:p w14:paraId="20ED359D" w14:textId="77777777" w:rsidR="009C1301" w:rsidRDefault="00000000">
      <w:pPr>
        <w:spacing w:after="60"/>
        <w:ind w:left="227"/>
      </w:pPr>
      <w:proofErr w:type="gramStart"/>
      <w:r>
        <w:rPr>
          <w:sz w:val="20"/>
        </w:rPr>
        <w:t>☐  Each</w:t>
      </w:r>
      <w:proofErr w:type="gramEnd"/>
      <w:r>
        <w:rPr>
          <w:sz w:val="20"/>
        </w:rPr>
        <w:t xml:space="preserve"> proposed participant appears only once in this proposal, as either speaker or chairperson.</w:t>
      </w:r>
    </w:p>
    <w:p w14:paraId="472E7EBC" w14:textId="77777777" w:rsidR="009C1301" w:rsidRDefault="00000000">
      <w:pPr>
        <w:spacing w:after="60"/>
        <w:ind w:left="227"/>
      </w:pPr>
      <w:proofErr w:type="gramStart"/>
      <w:r>
        <w:rPr>
          <w:sz w:val="20"/>
        </w:rPr>
        <w:t>☐  All</w:t>
      </w:r>
      <w:proofErr w:type="gramEnd"/>
      <w:r>
        <w:rPr>
          <w:sz w:val="20"/>
        </w:rPr>
        <w:t xml:space="preserve"> proposed participants have given their consent and are aware of any other proposals in which they appear.</w:t>
      </w:r>
    </w:p>
    <w:p w14:paraId="5DC0BCB3" w14:textId="77777777" w:rsidR="009C1301" w:rsidRDefault="00000000">
      <w:pPr>
        <w:spacing w:after="60"/>
        <w:ind w:left="227"/>
      </w:pPr>
      <w:proofErr w:type="gramStart"/>
      <w:r>
        <w:rPr>
          <w:sz w:val="20"/>
        </w:rPr>
        <w:t>☐  The</w:t>
      </w:r>
      <w:proofErr w:type="gramEnd"/>
      <w:r>
        <w:rPr>
          <w:sz w:val="20"/>
        </w:rPr>
        <w:t xml:space="preserve"> proposal complies with ethical guidelines for scientific research, including those for human and animal studies.</w:t>
      </w:r>
    </w:p>
    <w:p w14:paraId="46140707" w14:textId="77777777" w:rsidR="009C1301" w:rsidRDefault="00000000">
      <w:pPr>
        <w:spacing w:after="60"/>
        <w:ind w:left="227"/>
      </w:pPr>
      <w:proofErr w:type="gramStart"/>
      <w:r>
        <w:rPr>
          <w:sz w:val="20"/>
        </w:rPr>
        <w:t>☐  All</w:t>
      </w:r>
      <w:proofErr w:type="gramEnd"/>
      <w:r>
        <w:rPr>
          <w:sz w:val="20"/>
        </w:rPr>
        <w:t xml:space="preserve"> participants accept the Agreement and Disclaimer in the Call for Symposia.</w:t>
      </w:r>
    </w:p>
    <w:p w14:paraId="095E75E2" w14:textId="77777777" w:rsidR="009C1301" w:rsidRDefault="00000000">
      <w:pPr>
        <w:keepNext/>
        <w:pBdr>
          <w:bottom w:val="single" w:sz="6" w:space="2" w:color="1F3B63"/>
        </w:pBdr>
        <w:spacing w:before="280" w:after="120"/>
      </w:pPr>
      <w:r>
        <w:rPr>
          <w:b/>
          <w:color w:val="1F3B63"/>
          <w:sz w:val="24"/>
        </w:rPr>
        <w:t>F.  Submission checklist</w:t>
      </w:r>
    </w:p>
    <w:p w14:paraId="07DD0685" w14:textId="77777777" w:rsidR="009C1301" w:rsidRDefault="00000000">
      <w:pPr>
        <w:spacing w:after="60"/>
        <w:ind w:left="227"/>
      </w:pPr>
      <w:proofErr w:type="gramStart"/>
      <w:r>
        <w:rPr>
          <w:sz w:val="20"/>
        </w:rPr>
        <w:t>☐  All</w:t>
      </w:r>
      <w:proofErr w:type="gramEnd"/>
      <w:r>
        <w:rPr>
          <w:sz w:val="20"/>
        </w:rPr>
        <w:t xml:space="preserve"> sections of this form completed.</w:t>
      </w:r>
    </w:p>
    <w:p w14:paraId="454FBE42" w14:textId="77777777" w:rsidR="009C1301" w:rsidRDefault="00000000">
      <w:pPr>
        <w:spacing w:after="60"/>
        <w:ind w:left="227"/>
      </w:pPr>
      <w:proofErr w:type="gramStart"/>
      <w:r>
        <w:rPr>
          <w:sz w:val="20"/>
        </w:rPr>
        <w:t>☐  Three</w:t>
      </w:r>
      <w:proofErr w:type="gramEnd"/>
      <w:r>
        <w:rPr>
          <w:sz w:val="20"/>
        </w:rPr>
        <w:t xml:space="preserve"> topics selected and ranked (Section B).</w:t>
      </w:r>
    </w:p>
    <w:p w14:paraId="1F42CEAF" w14:textId="77777777" w:rsidR="009C1301" w:rsidRDefault="00000000">
      <w:pPr>
        <w:spacing w:after="60"/>
        <w:ind w:left="227"/>
      </w:pPr>
      <w:proofErr w:type="gramStart"/>
      <w:r>
        <w:rPr>
          <w:sz w:val="20"/>
        </w:rPr>
        <w:t>☐  Minimum</w:t>
      </w:r>
      <w:proofErr w:type="gramEnd"/>
      <w:r>
        <w:rPr>
          <w:sz w:val="20"/>
        </w:rPr>
        <w:t xml:space="preserve"> number of speakers met; chairpersons named.</w:t>
      </w:r>
    </w:p>
    <w:p w14:paraId="60FFC7D8" w14:textId="77777777" w:rsidR="009C1301" w:rsidRDefault="00000000">
      <w:pPr>
        <w:spacing w:after="60"/>
        <w:ind w:left="227"/>
      </w:pPr>
      <w:proofErr w:type="gramStart"/>
      <w:r>
        <w:rPr>
          <w:sz w:val="20"/>
        </w:rPr>
        <w:t>☐  All</w:t>
      </w:r>
      <w:proofErr w:type="gramEnd"/>
      <w:r>
        <w:rPr>
          <w:sz w:val="20"/>
        </w:rPr>
        <w:t xml:space="preserve"> presentation titles provided.</w:t>
      </w:r>
    </w:p>
    <w:p w14:paraId="4FA2931E" w14:textId="2207748A" w:rsidR="009C1301" w:rsidRDefault="00000000">
      <w:pPr>
        <w:spacing w:after="60"/>
        <w:ind w:left="227"/>
      </w:pPr>
      <w:proofErr w:type="gramStart"/>
      <w:r>
        <w:rPr>
          <w:sz w:val="20"/>
        </w:rPr>
        <w:t>☐  Form</w:t>
      </w:r>
      <w:proofErr w:type="gramEnd"/>
      <w:r>
        <w:rPr>
          <w:sz w:val="20"/>
        </w:rPr>
        <w:t xml:space="preserve"> emailed to </w:t>
      </w:r>
      <w:r w:rsidR="00193362">
        <w:rPr>
          <w:sz w:val="20"/>
        </w:rPr>
        <w:t>frm2027@</w:t>
      </w:r>
      <w:r>
        <w:rPr>
          <w:sz w:val="20"/>
        </w:rPr>
        <w:t xml:space="preserve"> with the required subject line.</w:t>
      </w:r>
    </w:p>
    <w:p w14:paraId="2AF2C416" w14:textId="77777777" w:rsidR="009C1301" w:rsidRDefault="00000000">
      <w:pPr>
        <w:spacing w:after="60"/>
        <w:ind w:left="227"/>
      </w:pPr>
      <w:proofErr w:type="gramStart"/>
      <w:r>
        <w:rPr>
          <w:sz w:val="20"/>
        </w:rPr>
        <w:t>☐  All</w:t>
      </w:r>
      <w:proofErr w:type="gramEnd"/>
      <w:r>
        <w:rPr>
          <w:sz w:val="20"/>
        </w:rPr>
        <w:t xml:space="preserve"> proposed chairpersons and speakers copied (cc) on that email.</w:t>
      </w:r>
    </w:p>
    <w:p w14:paraId="3E593FD5" w14:textId="77777777" w:rsidR="009C1301" w:rsidRDefault="009C1301"/>
    <w:tbl>
      <w:tblPr>
        <w:tblW w:w="0" w:type="auto"/>
        <w:tblBorders>
          <w:top w:val="single" w:sz="4" w:space="0" w:color="9AA5B1"/>
          <w:left w:val="single" w:sz="4" w:space="0" w:color="9AA5B1"/>
          <w:bottom w:val="single" w:sz="4" w:space="0" w:color="9AA5B1"/>
          <w:right w:val="single" w:sz="4" w:space="0" w:color="9AA5B1"/>
          <w:insideH w:val="single" w:sz="4" w:space="0" w:color="9AA5B1"/>
          <w:insideV w:val="single" w:sz="4" w:space="0" w:color="9AA5B1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576"/>
      </w:tblGrid>
      <w:tr w:rsidR="009C1301" w14:paraId="6A38AE66" w14:textId="77777777">
        <w:trPr>
          <w:cantSplit/>
        </w:trPr>
        <w:tc>
          <w:tcPr>
            <w:tcW w:w="2835" w:type="dxa"/>
            <w:shd w:val="clear" w:color="auto" w:fill="EEF2F7"/>
          </w:tcPr>
          <w:p w14:paraId="00F29EEE" w14:textId="77777777" w:rsidR="009C1301" w:rsidRDefault="00000000">
            <w:pPr>
              <w:spacing w:after="40"/>
            </w:pPr>
            <w:r>
              <w:rPr>
                <w:b/>
                <w:sz w:val="20"/>
              </w:rPr>
              <w:t xml:space="preserve">Corresponding </w:t>
            </w:r>
            <w:proofErr w:type="spellStart"/>
            <w:r>
              <w:rPr>
                <w:b/>
                <w:sz w:val="20"/>
              </w:rPr>
              <w:t>organiser</w:t>
            </w:r>
            <w:proofErr w:type="spellEnd"/>
            <w:r>
              <w:rPr>
                <w:b/>
                <w:sz w:val="20"/>
              </w:rPr>
              <w:t xml:space="preserve"> — name</w:t>
            </w:r>
          </w:p>
        </w:tc>
        <w:tc>
          <w:tcPr>
            <w:tcW w:w="6576" w:type="dxa"/>
          </w:tcPr>
          <w:p w14:paraId="76C7CE0D" w14:textId="77777777" w:rsidR="009C1301" w:rsidRDefault="009C1301">
            <w:pPr>
              <w:spacing w:after="0"/>
            </w:pPr>
          </w:p>
        </w:tc>
      </w:tr>
      <w:tr w:rsidR="009C1301" w14:paraId="5627B1B8" w14:textId="77777777" w:rsidTr="00193362">
        <w:trPr>
          <w:cantSplit/>
          <w:trHeight w:val="428"/>
        </w:trPr>
        <w:tc>
          <w:tcPr>
            <w:tcW w:w="2835" w:type="dxa"/>
            <w:shd w:val="clear" w:color="auto" w:fill="EEF2F7"/>
          </w:tcPr>
          <w:p w14:paraId="1B877704" w14:textId="77777777" w:rsidR="009C1301" w:rsidRDefault="00000000">
            <w:pPr>
              <w:spacing w:after="40"/>
            </w:pPr>
            <w:r>
              <w:rPr>
                <w:b/>
                <w:sz w:val="20"/>
              </w:rPr>
              <w:t>Date</w:t>
            </w:r>
          </w:p>
        </w:tc>
        <w:tc>
          <w:tcPr>
            <w:tcW w:w="6576" w:type="dxa"/>
          </w:tcPr>
          <w:p w14:paraId="36EDA6E0" w14:textId="77777777" w:rsidR="009C1301" w:rsidRDefault="009C1301">
            <w:pPr>
              <w:spacing w:after="0"/>
            </w:pPr>
          </w:p>
        </w:tc>
      </w:tr>
    </w:tbl>
    <w:p w14:paraId="7E4A36FD" w14:textId="108E86CB" w:rsidR="009C1301" w:rsidRDefault="00193362" w:rsidP="00193362">
      <w:r>
        <w:br/>
      </w:r>
      <w:r>
        <w:br/>
      </w:r>
      <w:r>
        <w:br/>
      </w:r>
      <w:r>
        <w:rPr>
          <w:b/>
          <w:color w:val="1F3B63"/>
          <w:sz w:val="24"/>
        </w:rPr>
        <w:t>Annex — FRM 2027 scientific topics</w:t>
      </w:r>
    </w:p>
    <w:p w14:paraId="002C7D67" w14:textId="77777777" w:rsidR="009C1301" w:rsidRDefault="00000000">
      <w:pPr>
        <w:keepNext/>
        <w:spacing w:after="120"/>
      </w:pPr>
      <w:r>
        <w:rPr>
          <w:i/>
          <w:color w:val="555555"/>
          <w:sz w:val="18"/>
        </w:rPr>
        <w:t xml:space="preserve">Select three topics from this list in Section B and rank them by relevance. Topics are used to assign proposals to reviewers and to balance the </w:t>
      </w:r>
      <w:proofErr w:type="spellStart"/>
      <w:r>
        <w:rPr>
          <w:i/>
          <w:color w:val="555555"/>
          <w:sz w:val="18"/>
        </w:rPr>
        <w:t>programme</w:t>
      </w:r>
      <w:proofErr w:type="spellEnd"/>
      <w:r>
        <w:rPr>
          <w:i/>
          <w:color w:val="555555"/>
          <w:sz w:val="18"/>
        </w:rPr>
        <w:t>; they do not restrict the scientific content of a symposium.</w:t>
      </w:r>
    </w:p>
    <w:tbl>
      <w:tblPr>
        <w:tblW w:w="0" w:type="auto"/>
        <w:tblBorders>
          <w:top w:val="single" w:sz="4" w:space="0" w:color="9AA5B1"/>
          <w:left w:val="single" w:sz="4" w:space="0" w:color="9AA5B1"/>
          <w:bottom w:val="single" w:sz="4" w:space="0" w:color="9AA5B1"/>
          <w:right w:val="single" w:sz="4" w:space="0" w:color="9AA5B1"/>
          <w:insideH w:val="single" w:sz="4" w:space="0" w:color="9AA5B1"/>
          <w:insideV w:val="single" w:sz="4" w:space="0" w:color="9AA5B1"/>
        </w:tblBorders>
        <w:tblLayout w:type="fixed"/>
        <w:tblLook w:val="04A0" w:firstRow="1" w:lastRow="0" w:firstColumn="1" w:lastColumn="0" w:noHBand="0" w:noVBand="1"/>
      </w:tblPr>
      <w:tblGrid>
        <w:gridCol w:w="794"/>
        <w:gridCol w:w="8617"/>
      </w:tblGrid>
      <w:tr w:rsidR="009C1301" w14:paraId="55A8CD8E" w14:textId="77777777">
        <w:tc>
          <w:tcPr>
            <w:tcW w:w="794" w:type="dxa"/>
            <w:shd w:val="clear" w:color="auto" w:fill="EEF2F7"/>
          </w:tcPr>
          <w:p w14:paraId="45D384B3" w14:textId="77777777" w:rsidR="009C1301" w:rsidRDefault="00000000">
            <w:pPr>
              <w:spacing w:after="0"/>
              <w:jc w:val="center"/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8617" w:type="dxa"/>
          </w:tcPr>
          <w:p w14:paraId="5E96AE47" w14:textId="77777777" w:rsidR="009C1301" w:rsidRDefault="00000000">
            <w:pPr>
              <w:spacing w:after="0"/>
            </w:pPr>
            <w:r>
              <w:t>Development and Stem Cells</w:t>
            </w:r>
          </w:p>
        </w:tc>
      </w:tr>
      <w:tr w:rsidR="009C1301" w14:paraId="6A79B3EB" w14:textId="77777777">
        <w:tc>
          <w:tcPr>
            <w:tcW w:w="794" w:type="dxa"/>
            <w:shd w:val="clear" w:color="auto" w:fill="EEF2F7"/>
          </w:tcPr>
          <w:p w14:paraId="47E2B2C7" w14:textId="77777777" w:rsidR="009C1301" w:rsidRDefault="00000000">
            <w:pPr>
              <w:spacing w:after="0"/>
              <w:jc w:val="center"/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8617" w:type="dxa"/>
          </w:tcPr>
          <w:p w14:paraId="5EF14F3D" w14:textId="77777777" w:rsidR="009C1301" w:rsidRDefault="00000000">
            <w:pPr>
              <w:spacing w:after="0"/>
            </w:pPr>
            <w:r>
              <w:t>Neurons and Glia: Intrinsic Properties, Cell Biology and Cell Types</w:t>
            </w:r>
          </w:p>
        </w:tc>
      </w:tr>
      <w:tr w:rsidR="009C1301" w14:paraId="6075E882" w14:textId="77777777">
        <w:tc>
          <w:tcPr>
            <w:tcW w:w="794" w:type="dxa"/>
            <w:shd w:val="clear" w:color="auto" w:fill="EEF2F7"/>
          </w:tcPr>
          <w:p w14:paraId="59F839A0" w14:textId="77777777" w:rsidR="009C1301" w:rsidRDefault="00000000">
            <w:pPr>
              <w:spacing w:after="0"/>
              <w:jc w:val="center"/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8617" w:type="dxa"/>
          </w:tcPr>
          <w:p w14:paraId="22C7A79D" w14:textId="77777777" w:rsidR="009C1301" w:rsidRDefault="00000000">
            <w:pPr>
              <w:spacing w:after="0"/>
            </w:pPr>
            <w:r>
              <w:t>Cell–Cell Communication and Plasticity</w:t>
            </w:r>
          </w:p>
        </w:tc>
      </w:tr>
      <w:tr w:rsidR="009C1301" w14:paraId="26AE9745" w14:textId="77777777">
        <w:tc>
          <w:tcPr>
            <w:tcW w:w="794" w:type="dxa"/>
            <w:shd w:val="clear" w:color="auto" w:fill="EEF2F7"/>
          </w:tcPr>
          <w:p w14:paraId="26659F17" w14:textId="77777777" w:rsidR="009C1301" w:rsidRDefault="00000000">
            <w:pPr>
              <w:spacing w:after="0"/>
              <w:jc w:val="center"/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8617" w:type="dxa"/>
          </w:tcPr>
          <w:p w14:paraId="2395035C" w14:textId="77777777" w:rsidR="009C1301" w:rsidRDefault="00000000">
            <w:pPr>
              <w:spacing w:after="0"/>
            </w:pPr>
            <w:r>
              <w:t>Sensory and Motor Systems</w:t>
            </w:r>
          </w:p>
        </w:tc>
      </w:tr>
      <w:tr w:rsidR="009C1301" w14:paraId="3E1DE838" w14:textId="77777777">
        <w:tc>
          <w:tcPr>
            <w:tcW w:w="794" w:type="dxa"/>
            <w:shd w:val="clear" w:color="auto" w:fill="EEF2F7"/>
          </w:tcPr>
          <w:p w14:paraId="12EE0A69" w14:textId="77777777" w:rsidR="009C1301" w:rsidRDefault="00000000">
            <w:pPr>
              <w:spacing w:after="0"/>
              <w:jc w:val="center"/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8617" w:type="dxa"/>
          </w:tcPr>
          <w:p w14:paraId="5112178A" w14:textId="77777777" w:rsidR="009C1301" w:rsidRDefault="00000000">
            <w:pPr>
              <w:spacing w:after="0"/>
            </w:pPr>
            <w:r>
              <w:t xml:space="preserve">Cognition and </w:t>
            </w:r>
            <w:proofErr w:type="spellStart"/>
            <w:r>
              <w:t>Behaviour</w:t>
            </w:r>
            <w:proofErr w:type="spellEnd"/>
          </w:p>
        </w:tc>
      </w:tr>
      <w:tr w:rsidR="009C1301" w14:paraId="0C2E20A9" w14:textId="77777777">
        <w:tc>
          <w:tcPr>
            <w:tcW w:w="794" w:type="dxa"/>
            <w:shd w:val="clear" w:color="auto" w:fill="EEF2F7"/>
          </w:tcPr>
          <w:p w14:paraId="1C627314" w14:textId="77777777" w:rsidR="009C1301" w:rsidRDefault="00000000">
            <w:pPr>
              <w:spacing w:after="0"/>
              <w:jc w:val="center"/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8617" w:type="dxa"/>
          </w:tcPr>
          <w:p w14:paraId="07E58BBA" w14:textId="77777777" w:rsidR="009C1301" w:rsidRDefault="00000000">
            <w:pPr>
              <w:spacing w:after="0"/>
            </w:pPr>
            <w:r>
              <w:t>Internal States and Homeostasis</w:t>
            </w:r>
          </w:p>
        </w:tc>
      </w:tr>
      <w:tr w:rsidR="009C1301" w14:paraId="04320D61" w14:textId="77777777">
        <w:tc>
          <w:tcPr>
            <w:tcW w:w="794" w:type="dxa"/>
            <w:shd w:val="clear" w:color="auto" w:fill="EEF2F7"/>
          </w:tcPr>
          <w:p w14:paraId="60A7AED0" w14:textId="77777777" w:rsidR="009C1301" w:rsidRDefault="00000000">
            <w:pPr>
              <w:spacing w:after="0"/>
              <w:jc w:val="center"/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8617" w:type="dxa"/>
          </w:tcPr>
          <w:p w14:paraId="1BEA3CFA" w14:textId="77777777" w:rsidR="009C1301" w:rsidRDefault="00000000">
            <w:pPr>
              <w:spacing w:after="0"/>
            </w:pPr>
            <w:r>
              <w:t>Disorders of the Nervous System</w:t>
            </w:r>
          </w:p>
        </w:tc>
      </w:tr>
      <w:tr w:rsidR="009C1301" w14:paraId="7C06E989" w14:textId="77777777">
        <w:tc>
          <w:tcPr>
            <w:tcW w:w="794" w:type="dxa"/>
            <w:shd w:val="clear" w:color="auto" w:fill="EEF2F7"/>
          </w:tcPr>
          <w:p w14:paraId="0F37EB74" w14:textId="77777777" w:rsidR="009C1301" w:rsidRDefault="00000000">
            <w:pPr>
              <w:spacing w:after="0"/>
              <w:jc w:val="center"/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8617" w:type="dxa"/>
          </w:tcPr>
          <w:p w14:paraId="6F5070DE" w14:textId="77777777" w:rsidR="009C1301" w:rsidRDefault="00000000">
            <w:pPr>
              <w:spacing w:after="0"/>
            </w:pPr>
            <w:r>
              <w:t>Circuit Dynamics and Oscillations</w:t>
            </w:r>
          </w:p>
        </w:tc>
      </w:tr>
      <w:tr w:rsidR="009C1301" w14:paraId="4747E51C" w14:textId="77777777">
        <w:tc>
          <w:tcPr>
            <w:tcW w:w="794" w:type="dxa"/>
            <w:shd w:val="clear" w:color="auto" w:fill="EEF2F7"/>
          </w:tcPr>
          <w:p w14:paraId="303A1466" w14:textId="77777777" w:rsidR="009C1301" w:rsidRDefault="00000000">
            <w:pPr>
              <w:spacing w:after="0"/>
              <w:jc w:val="center"/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8617" w:type="dxa"/>
          </w:tcPr>
          <w:p w14:paraId="3F2D48A0" w14:textId="77777777" w:rsidR="009C1301" w:rsidRDefault="00000000">
            <w:pPr>
              <w:spacing w:after="0"/>
            </w:pPr>
            <w:r>
              <w:t>Computational and Theoretical Neuroscience</w:t>
            </w:r>
          </w:p>
        </w:tc>
      </w:tr>
      <w:tr w:rsidR="009C1301" w14:paraId="4A179195" w14:textId="77777777">
        <w:tc>
          <w:tcPr>
            <w:tcW w:w="794" w:type="dxa"/>
            <w:shd w:val="clear" w:color="auto" w:fill="EEF2F7"/>
          </w:tcPr>
          <w:p w14:paraId="2C2D4BD9" w14:textId="77777777" w:rsidR="009C1301" w:rsidRDefault="00000000">
            <w:pPr>
              <w:spacing w:after="0"/>
              <w:jc w:val="center"/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8617" w:type="dxa"/>
          </w:tcPr>
          <w:p w14:paraId="60C39427" w14:textId="77777777" w:rsidR="009C1301" w:rsidRDefault="00000000">
            <w:pPr>
              <w:spacing w:after="0"/>
            </w:pPr>
            <w:r>
              <w:t>Novel Methods and Technology Development</w:t>
            </w:r>
          </w:p>
        </w:tc>
      </w:tr>
    </w:tbl>
    <w:p w14:paraId="0538CCCF" w14:textId="77777777" w:rsidR="009C1301" w:rsidRDefault="009C1301">
      <w:pPr>
        <w:spacing w:before="200"/>
      </w:pPr>
    </w:p>
    <w:p w14:paraId="26A30300" w14:textId="16534494" w:rsidR="00667F84" w:rsidRDefault="00000000">
      <w:r>
        <w:rPr>
          <w:i/>
          <w:color w:val="555555"/>
          <w:sz w:val="20"/>
        </w:rPr>
        <w:t xml:space="preserve">Questions: </w:t>
      </w:r>
      <w:hyperlink r:id="rId8" w:history="1">
        <w:r w:rsidR="00FD38AB" w:rsidRPr="00FD38AB">
          <w:rPr>
            <w:rStyle w:val="Kpr"/>
            <w:i/>
            <w:iCs/>
          </w:rPr>
          <w:t>frm2027symposia@evronas.com</w:t>
        </w:r>
      </w:hyperlink>
      <w:r w:rsidR="00FD38AB">
        <w:t xml:space="preserve"> </w:t>
      </w:r>
    </w:p>
    <w:sectPr w:rsidR="00667F84" w:rsidSect="00193362">
      <w:headerReference w:type="default" r:id="rId9"/>
      <w:footerReference w:type="default" r:id="rId10"/>
      <w:pgSz w:w="12240" w:h="15840"/>
      <w:pgMar w:top="1985" w:right="1247" w:bottom="1134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FD209" w14:textId="77777777" w:rsidR="008E2B11" w:rsidRDefault="008E2B11">
      <w:pPr>
        <w:spacing w:after="0" w:line="240" w:lineRule="auto"/>
      </w:pPr>
      <w:r>
        <w:separator/>
      </w:r>
    </w:p>
  </w:endnote>
  <w:endnote w:type="continuationSeparator" w:id="0">
    <w:p w14:paraId="469039EC" w14:textId="77777777" w:rsidR="008E2B11" w:rsidRDefault="008E2B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55B23" w14:textId="77777777" w:rsidR="009C1301" w:rsidRDefault="00000000">
    <w:pPr>
      <w:pStyle w:val="AltBilgi"/>
      <w:jc w:val="center"/>
    </w:pPr>
    <w:r>
      <w:rPr>
        <w:color w:val="555555"/>
        <w:sz w:val="17"/>
      </w:rPr>
      <w:t xml:space="preserve">FRM 2027 — Symposium Proposal Form   |   page </w:t>
    </w:r>
    <w:r>
      <w:rPr>
        <w:color w:val="555555"/>
        <w:sz w:val="17"/>
      </w:rPr>
      <w:fldChar w:fldCharType="begin"/>
    </w:r>
    <w:r>
      <w:rPr>
        <w:color w:val="555555"/>
        <w:sz w:val="17"/>
      </w:rPr>
      <w:instrText xml:space="preserve"> PAGE </w:instrText>
    </w:r>
    <w:r>
      <w:rPr>
        <w:color w:val="555555"/>
        <w:sz w:val="17"/>
      </w:rPr>
      <w:fldChar w:fldCharType="separate"/>
    </w:r>
    <w:r w:rsidR="004A2453">
      <w:rPr>
        <w:noProof/>
        <w:color w:val="555555"/>
        <w:sz w:val="17"/>
      </w:rPr>
      <w:t>1</w:t>
    </w:r>
    <w:r>
      <w:rPr>
        <w:color w:val="555555"/>
        <w:sz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32C77" w14:textId="77777777" w:rsidR="008E2B11" w:rsidRDefault="008E2B11">
      <w:pPr>
        <w:spacing w:after="0" w:line="240" w:lineRule="auto"/>
      </w:pPr>
      <w:r>
        <w:separator/>
      </w:r>
    </w:p>
  </w:footnote>
  <w:footnote w:type="continuationSeparator" w:id="0">
    <w:p w14:paraId="04A9B0C7" w14:textId="77777777" w:rsidR="008E2B11" w:rsidRDefault="008E2B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5F87C" w14:textId="035B086F" w:rsidR="00D22004" w:rsidRDefault="00D22004">
    <w:pPr>
      <w:pStyle w:val="stBilgi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E831211" wp14:editId="1CBD8BB5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822605" cy="1039586"/>
          <wp:effectExtent l="0" t="0" r="6985" b="8255"/>
          <wp:wrapNone/>
          <wp:docPr id="1332624380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49024" cy="10563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01AD875" w14:textId="77777777" w:rsidR="00D22004" w:rsidRDefault="00D220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80958684">
    <w:abstractNumId w:val="8"/>
  </w:num>
  <w:num w:numId="2" w16cid:durableId="1503738771">
    <w:abstractNumId w:val="6"/>
  </w:num>
  <w:num w:numId="3" w16cid:durableId="247926006">
    <w:abstractNumId w:val="5"/>
  </w:num>
  <w:num w:numId="4" w16cid:durableId="792140835">
    <w:abstractNumId w:val="4"/>
  </w:num>
  <w:num w:numId="5" w16cid:durableId="412091786">
    <w:abstractNumId w:val="7"/>
  </w:num>
  <w:num w:numId="6" w16cid:durableId="1284920186">
    <w:abstractNumId w:val="3"/>
  </w:num>
  <w:num w:numId="7" w16cid:durableId="1693459957">
    <w:abstractNumId w:val="2"/>
  </w:num>
  <w:num w:numId="8" w16cid:durableId="1290697087">
    <w:abstractNumId w:val="1"/>
  </w:num>
  <w:num w:numId="9" w16cid:durableId="261572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624C"/>
    <w:rsid w:val="00034616"/>
    <w:rsid w:val="0006063C"/>
    <w:rsid w:val="0015074B"/>
    <w:rsid w:val="00193362"/>
    <w:rsid w:val="0029639D"/>
    <w:rsid w:val="00326F90"/>
    <w:rsid w:val="00385DE1"/>
    <w:rsid w:val="004A2453"/>
    <w:rsid w:val="00541CBC"/>
    <w:rsid w:val="00667F84"/>
    <w:rsid w:val="00797087"/>
    <w:rsid w:val="007E5F87"/>
    <w:rsid w:val="008D193D"/>
    <w:rsid w:val="008E2B11"/>
    <w:rsid w:val="00933642"/>
    <w:rsid w:val="009C1301"/>
    <w:rsid w:val="00AA1D8D"/>
    <w:rsid w:val="00B004B1"/>
    <w:rsid w:val="00B47730"/>
    <w:rsid w:val="00B80D49"/>
    <w:rsid w:val="00CB0664"/>
    <w:rsid w:val="00D22004"/>
    <w:rsid w:val="00D46685"/>
    <w:rsid w:val="00E7241B"/>
    <w:rsid w:val="00FC693F"/>
    <w:rsid w:val="00FD3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EE7CBB"/>
  <w14:defaultImageDpi w14:val="300"/>
  <w15:docId w15:val="{62720651-8DDB-1246-8498-6F60AFB1E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80"/>
    </w:pPr>
    <w:rPr>
      <w:rFonts w:ascii="Times New Roman" w:eastAsia="Times New Roman" w:hAnsi="Times New Roman"/>
      <w:sz w:val="21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Kpr">
    <w:name w:val="Hyperlink"/>
    <w:basedOn w:val="VarsaylanParagrafYazTipi"/>
    <w:uiPriority w:val="99"/>
    <w:unhideWhenUsed/>
    <w:rsid w:val="00667F84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667F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m2027symposia@evronas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917</Words>
  <Characters>5228</Characters>
  <Application>Microsoft Office Word</Application>
  <DocSecurity>0</DocSecurity>
  <Lines>43</Lines>
  <Paragraphs>12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6133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Yiğit Göçer (evronas events)</cp:lastModifiedBy>
  <cp:revision>6</cp:revision>
  <dcterms:created xsi:type="dcterms:W3CDTF">2026-07-30T06:55:00Z</dcterms:created>
  <dcterms:modified xsi:type="dcterms:W3CDTF">2026-07-30T07:26:00Z</dcterms:modified>
  <cp:category/>
</cp:coreProperties>
</file>