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6CB7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3E986BC4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786B1C63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402CE82B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15D38A2C" w14:textId="77777777" w:rsidR="002454F5" w:rsidRPr="002454F5" w:rsidRDefault="002454F5" w:rsidP="002454F5">
      <w:pPr>
        <w:spacing w:after="0"/>
        <w:jc w:val="center"/>
        <w:rPr>
          <w:rFonts w:ascii="Faruma" w:eastAsia="Times New Roman" w:hAnsi="Faruma" w:cs="Faruma"/>
          <w:b/>
          <w:bCs/>
          <w:sz w:val="36"/>
          <w:szCs w:val="36"/>
          <w:rtl/>
          <w:lang w:eastAsia="ja-JP" w:bidi="dv-MV"/>
        </w:rPr>
      </w:pPr>
      <w:r w:rsidRPr="002454F5">
        <w:rPr>
          <w:rFonts w:ascii="Faruma" w:eastAsia="Times New Roman" w:hAnsi="Faruma" w:cs="Faruma"/>
          <w:b/>
          <w:bCs/>
          <w:sz w:val="36"/>
          <w:szCs w:val="36"/>
          <w:rtl/>
          <w:lang w:eastAsia="ja-JP" w:bidi="dv-MV"/>
        </w:rPr>
        <w:t>ވަޒީފާއަށް އެދޭ ފޯމު</w:t>
      </w: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0"/>
      </w:tblGrid>
      <w:tr w:rsidR="002454F5" w:rsidRPr="002454F5" w14:paraId="3AD5C524" w14:textId="77777777" w:rsidTr="00214B14">
        <w:trPr>
          <w:jc w:val="center"/>
        </w:trPr>
        <w:tc>
          <w:tcPr>
            <w:tcW w:w="10040" w:type="dxa"/>
          </w:tcPr>
          <w:p w14:paraId="6F687793" w14:textId="77777777" w:rsidR="002454F5" w:rsidRPr="002454F5" w:rsidRDefault="002454F5" w:rsidP="002454F5">
            <w:pPr>
              <w:spacing w:after="0"/>
              <w:jc w:val="right"/>
              <w:rPr>
                <w:rFonts w:ascii="Faruma" w:eastAsia="Times New Roman" w:hAnsi="Faruma" w:cs="Faruma"/>
                <w:b/>
                <w:bCs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b/>
                <w:bCs/>
                <w:sz w:val="20"/>
                <w:szCs w:val="20"/>
                <w:rtl/>
                <w:lang w:eastAsia="ja-JP" w:bidi="dv-MV"/>
              </w:rPr>
              <w:t>ފޯމު ފުރުމުގައި އަދި ހުށަހެޅުމުގައި ސަމާލުކަންދޭންވީ ކަންތައްތައް:</w:t>
            </w:r>
          </w:p>
          <w:p w14:paraId="15C02815" w14:textId="77777777" w:rsidR="002454F5" w:rsidRPr="002454F5" w:rsidRDefault="002454F5" w:rsidP="002454F5">
            <w:pPr>
              <w:numPr>
                <w:ilvl w:val="0"/>
                <w:numId w:val="10"/>
              </w:numPr>
              <w:bidi/>
              <w:spacing w:after="0" w:line="279" w:lineRule="auto"/>
              <w:ind w:left="342" w:hanging="342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7CE73D7" w14:textId="77777777" w:rsidR="002454F5" w:rsidRPr="002454F5" w:rsidRDefault="002454F5" w:rsidP="002454F5">
            <w:pPr>
              <w:numPr>
                <w:ilvl w:val="0"/>
                <w:numId w:val="10"/>
              </w:numPr>
              <w:bidi/>
              <w:spacing w:after="0" w:line="279" w:lineRule="auto"/>
              <w:ind w:left="342" w:hanging="342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ފޯމާއެކީ ހުށަހަޅާ </w:t>
            </w:r>
            <w:r w:rsidRPr="002454F5">
              <w:rPr>
                <w:rFonts w:ascii="Faruma" w:eastAsia="Times New Roman" w:hAnsi="Faruma" w:cs="Faruma"/>
                <w:b/>
                <w:bCs/>
                <w:sz w:val="20"/>
                <w:szCs w:val="20"/>
                <w:u w:val="single"/>
                <w:rtl/>
                <w:lang w:eastAsia="ja-JP" w:bidi="dv-MV"/>
              </w:rPr>
              <w:t>ހުރިހާ ލިޔުންތަކެއް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މި ފޯމުގެ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4 ވަނަ ނަންބަރުގައިވާ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63EBA27" w14:textId="77777777" w:rsidR="002454F5" w:rsidRPr="002454F5" w:rsidRDefault="002454F5" w:rsidP="002454F5">
            <w:pPr>
              <w:numPr>
                <w:ilvl w:val="0"/>
                <w:numId w:val="10"/>
              </w:numPr>
              <w:bidi/>
              <w:spacing w:after="0" w:line="279" w:lineRule="auto"/>
              <w:ind w:left="342" w:hanging="342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ފޯމާއެކީ ހުށަހަޅާ ލިޔުމެއް މި ފޯމުގެ 4 ވަނަ ނަންބަރުގައި ލިސްޓުކ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ުރެވިފައި ނުވާނަމަ،</w:t>
            </w:r>
            <w:r w:rsidRPr="002454F5">
              <w:rPr>
                <w:rFonts w:ascii="Faruma" w:eastAsia="Times New Roman" w:hAnsi="Faruma" w:cs="Arial"/>
                <w:sz w:val="20"/>
                <w:szCs w:val="20"/>
                <w:rtl/>
                <w:lang w:eastAsia="ja-JP"/>
              </w:rPr>
              <w:t xml:space="preserve">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ފޯމު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ހުށަހަޅަންވާނީ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އެ މަޢުލޫމާތު ލިޔެ ފޯމު އަދާހަމަކުރުމަށްފަހުއެވެ. </w:t>
            </w:r>
          </w:p>
          <w:p w14:paraId="7F7822BC" w14:textId="77777777" w:rsidR="002454F5" w:rsidRPr="002454F5" w:rsidRDefault="002454F5" w:rsidP="002454F5">
            <w:pPr>
              <w:numPr>
                <w:ilvl w:val="0"/>
                <w:numId w:val="10"/>
              </w:numPr>
              <w:bidi/>
              <w:spacing w:after="0" w:line="279" w:lineRule="auto"/>
              <w:ind w:left="342" w:hanging="342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ފޯމުގެ 4 ވަނަ ނަންބަރުގ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ައި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ހިމެނޭ ލިސްޓަށް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3ED98BD2" w14:textId="77777777" w:rsidR="002454F5" w:rsidRPr="002454F5" w:rsidRDefault="002454F5" w:rsidP="002454F5">
            <w:pPr>
              <w:numPr>
                <w:ilvl w:val="0"/>
                <w:numId w:val="10"/>
              </w:numPr>
              <w:bidi/>
              <w:spacing w:after="0" w:line="279" w:lineRule="auto"/>
              <w:ind w:left="342" w:hanging="342"/>
              <w:jc w:val="both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color w:val="FF0000"/>
                <w:sz w:val="20"/>
                <w:szCs w:val="20"/>
                <w:rtl/>
                <w:lang w:eastAsia="ja-JP"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35F8C55A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23B7EE48" w14:textId="77777777" w:rsidR="002454F5" w:rsidRPr="002454F5" w:rsidRDefault="002454F5" w:rsidP="002454F5">
      <w:pPr>
        <w:spacing w:after="0"/>
        <w:rPr>
          <w:rFonts w:ascii="Faruma" w:eastAsia="Times New Roman" w:hAnsi="Faruma" w:cs="Faruma"/>
          <w:sz w:val="2"/>
          <w:szCs w:val="2"/>
          <w:rtl/>
          <w:lang w:eastAsia="ja-JP" w:bidi="dv-MV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620"/>
        <w:gridCol w:w="3577"/>
        <w:gridCol w:w="2853"/>
      </w:tblGrid>
      <w:tr w:rsidR="002454F5" w:rsidRPr="002454F5" w14:paraId="5821B699" w14:textId="77777777" w:rsidTr="00214B14">
        <w:trPr>
          <w:jc w:val="center"/>
        </w:trPr>
        <w:tc>
          <w:tcPr>
            <w:tcW w:w="10143" w:type="dxa"/>
            <w:gridSpan w:val="4"/>
            <w:shd w:val="clear" w:color="auto" w:fill="BFBFBF"/>
          </w:tcPr>
          <w:p w14:paraId="623CF8CD" w14:textId="77777777" w:rsidR="002454F5" w:rsidRPr="002454F5" w:rsidRDefault="002454F5" w:rsidP="002454F5">
            <w:pPr>
              <w:numPr>
                <w:ilvl w:val="0"/>
                <w:numId w:val="11"/>
              </w:numPr>
              <w:bidi/>
              <w:spacing w:after="0" w:line="240" w:lineRule="auto"/>
              <w:ind w:left="426"/>
              <w:rPr>
                <w:rFonts w:ascii="Faruma" w:eastAsia="Times New Roman" w:hAnsi="Faruma" w:cs="Faruma"/>
                <w:b/>
                <w:bCs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eastAsia="ja-JP" w:bidi="dv-MV"/>
              </w:rPr>
              <w:t>އެދޭ ވަޒީފާއާ ބެހޭ މަޢުލޫމާތު</w:t>
            </w:r>
          </w:p>
        </w:tc>
      </w:tr>
      <w:tr w:rsidR="002454F5" w:rsidRPr="002454F5" w14:paraId="18B7706B" w14:textId="77777777" w:rsidTr="00214B14">
        <w:trPr>
          <w:jc w:val="center"/>
        </w:trPr>
        <w:tc>
          <w:tcPr>
            <w:tcW w:w="7290" w:type="dxa"/>
            <w:gridSpan w:val="3"/>
            <w:shd w:val="clear" w:color="auto" w:fill="FFFFFF"/>
          </w:tcPr>
          <w:p w14:paraId="2066FB87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2853" w:type="dxa"/>
            <w:shd w:val="clear" w:color="auto" w:fill="FFFFFF"/>
          </w:tcPr>
          <w:p w14:paraId="29CC2BC2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މަޤާމުގެ ނަން:</w:t>
            </w:r>
          </w:p>
        </w:tc>
      </w:tr>
      <w:tr w:rsidR="002454F5" w:rsidRPr="002454F5" w14:paraId="443D9795" w14:textId="77777777" w:rsidTr="00214B14">
        <w:trPr>
          <w:jc w:val="center"/>
        </w:trPr>
        <w:tc>
          <w:tcPr>
            <w:tcW w:w="2093" w:type="dxa"/>
            <w:shd w:val="clear" w:color="auto" w:fill="FFFFFF"/>
          </w:tcPr>
          <w:p w14:paraId="50608286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trike/>
                <w:sz w:val="20"/>
                <w:szCs w:val="20"/>
                <w:highlight w:val="red"/>
                <w:lang w:eastAsia="ja-JP"/>
              </w:rPr>
            </w:pPr>
          </w:p>
        </w:tc>
        <w:tc>
          <w:tcPr>
            <w:tcW w:w="1620" w:type="dxa"/>
            <w:shd w:val="clear" w:color="auto" w:fill="FFFFFF"/>
          </w:tcPr>
          <w:p w14:paraId="217C3DBA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highlight w:val="red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އިޢުލާން ނަންބަރު:</w:t>
            </w:r>
          </w:p>
        </w:tc>
        <w:tc>
          <w:tcPr>
            <w:tcW w:w="3577" w:type="dxa"/>
            <w:shd w:val="clear" w:color="auto" w:fill="FFFFFF"/>
          </w:tcPr>
          <w:p w14:paraId="3658C36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</w:p>
        </w:tc>
        <w:tc>
          <w:tcPr>
            <w:tcW w:w="2853" w:type="dxa"/>
            <w:shd w:val="clear" w:color="auto" w:fill="FFFFFF"/>
          </w:tcPr>
          <w:p w14:paraId="064C9D5C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މަޤާމުގެ ރޭންކ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:</w:t>
            </w:r>
          </w:p>
        </w:tc>
      </w:tr>
      <w:tr w:rsidR="002454F5" w:rsidRPr="002454F5" w14:paraId="5F3F80ED" w14:textId="77777777" w:rsidTr="00214B14">
        <w:trPr>
          <w:jc w:val="center"/>
        </w:trPr>
        <w:tc>
          <w:tcPr>
            <w:tcW w:w="2093" w:type="dxa"/>
            <w:shd w:val="clear" w:color="auto" w:fill="FFFFFF"/>
          </w:tcPr>
          <w:p w14:paraId="09ECFBB6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1620" w:type="dxa"/>
            <w:shd w:val="clear" w:color="auto" w:fill="FFFFFF"/>
          </w:tcPr>
          <w:p w14:paraId="63811AA8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6AE878F1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</w:p>
        </w:tc>
        <w:tc>
          <w:tcPr>
            <w:tcW w:w="2853" w:type="dxa"/>
            <w:shd w:val="clear" w:color="auto" w:fill="FFFFFF"/>
          </w:tcPr>
          <w:p w14:paraId="7374B48D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trike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ވަޒީފާ އޮތް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އޮފީސް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  <w:t>/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ތަން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:</w:t>
            </w:r>
          </w:p>
        </w:tc>
      </w:tr>
    </w:tbl>
    <w:p w14:paraId="2242001B" w14:textId="77777777" w:rsidR="002454F5" w:rsidRPr="002454F5" w:rsidRDefault="002454F5" w:rsidP="002454F5">
      <w:pPr>
        <w:spacing w:after="0"/>
        <w:jc w:val="right"/>
        <w:rPr>
          <w:rFonts w:ascii="Faruma" w:eastAsia="Times New Roman" w:hAnsi="Faruma" w:cs="Faruma"/>
          <w:sz w:val="14"/>
          <w:szCs w:val="14"/>
          <w:rtl/>
          <w:lang w:eastAsia="ja-JP" w:bidi="dv-MV"/>
        </w:rPr>
      </w:pP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3"/>
        <w:gridCol w:w="1530"/>
        <w:gridCol w:w="3870"/>
        <w:gridCol w:w="2830"/>
      </w:tblGrid>
      <w:tr w:rsidR="002454F5" w:rsidRPr="002454F5" w14:paraId="0FE29C75" w14:textId="77777777" w:rsidTr="00214B14">
        <w:trPr>
          <w:jc w:val="center"/>
        </w:trPr>
        <w:tc>
          <w:tcPr>
            <w:tcW w:w="10233" w:type="dxa"/>
            <w:gridSpan w:val="4"/>
            <w:shd w:val="clear" w:color="auto" w:fill="BFBFBF"/>
          </w:tcPr>
          <w:p w14:paraId="590AD6E3" w14:textId="77777777" w:rsidR="002454F5" w:rsidRPr="002454F5" w:rsidRDefault="002454F5" w:rsidP="002454F5">
            <w:pPr>
              <w:numPr>
                <w:ilvl w:val="0"/>
                <w:numId w:val="11"/>
              </w:numPr>
              <w:bidi/>
              <w:spacing w:after="0" w:line="240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eastAsia="ja-JP" w:bidi="dv-MV"/>
              </w:rPr>
              <w:t>ވަޒީފާއަށް އެދޭ ފަރާތުގެ މަޢުލޫމާތު</w:t>
            </w:r>
          </w:p>
        </w:tc>
      </w:tr>
      <w:tr w:rsidR="002454F5" w:rsidRPr="002454F5" w14:paraId="3299D988" w14:textId="77777777" w:rsidTr="00214B14">
        <w:trPr>
          <w:jc w:val="center"/>
        </w:trPr>
        <w:tc>
          <w:tcPr>
            <w:tcW w:w="7403" w:type="dxa"/>
            <w:gridSpan w:val="3"/>
            <w:shd w:val="clear" w:color="auto" w:fill="FFFFFF"/>
          </w:tcPr>
          <w:p w14:paraId="0398EDC1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2830" w:type="dxa"/>
            <w:shd w:val="clear" w:color="auto" w:fill="FFFFFF"/>
          </w:tcPr>
          <w:p w14:paraId="1CE5AFE6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ފުރިހަމަ ނަން:</w:t>
            </w:r>
          </w:p>
        </w:tc>
      </w:tr>
      <w:tr w:rsidR="002454F5" w:rsidRPr="002454F5" w14:paraId="2AA32C2C" w14:textId="77777777" w:rsidTr="00214B14">
        <w:trPr>
          <w:jc w:val="center"/>
        </w:trPr>
        <w:tc>
          <w:tcPr>
            <w:tcW w:w="7403" w:type="dxa"/>
            <w:gridSpan w:val="3"/>
            <w:shd w:val="clear" w:color="auto" w:fill="FFFFFF"/>
          </w:tcPr>
          <w:p w14:paraId="533AFB1D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highlight w:val="red"/>
                <w:lang w:eastAsia="ja-JP"/>
              </w:rPr>
            </w:pPr>
          </w:p>
        </w:tc>
        <w:tc>
          <w:tcPr>
            <w:tcW w:w="2830" w:type="dxa"/>
            <w:shd w:val="clear" w:color="auto" w:fill="FFFFFF"/>
          </w:tcPr>
          <w:p w14:paraId="18C07708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highlight w:val="red"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ދާއިމީ އެޑްރެސް:</w:t>
            </w:r>
          </w:p>
        </w:tc>
      </w:tr>
      <w:tr w:rsidR="002454F5" w:rsidRPr="002454F5" w14:paraId="14248FB7" w14:textId="77777777" w:rsidTr="00214B14">
        <w:trPr>
          <w:jc w:val="center"/>
        </w:trPr>
        <w:tc>
          <w:tcPr>
            <w:tcW w:w="7403" w:type="dxa"/>
            <w:gridSpan w:val="3"/>
            <w:shd w:val="clear" w:color="auto" w:fill="FFFFFF"/>
          </w:tcPr>
          <w:p w14:paraId="50E26BA6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2830" w:type="dxa"/>
            <w:shd w:val="clear" w:color="auto" w:fill="FFFFFF"/>
          </w:tcPr>
          <w:p w14:paraId="1948AD1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ދިރިއުޅޭ އެޑްރެސް:</w:t>
            </w:r>
          </w:p>
        </w:tc>
      </w:tr>
      <w:tr w:rsidR="002454F5" w:rsidRPr="002454F5" w14:paraId="102395D1" w14:textId="77777777" w:rsidTr="00214B14">
        <w:trPr>
          <w:jc w:val="center"/>
        </w:trPr>
        <w:tc>
          <w:tcPr>
            <w:tcW w:w="2003" w:type="dxa"/>
            <w:shd w:val="clear" w:color="auto" w:fill="FFFFFF"/>
          </w:tcPr>
          <w:p w14:paraId="59AA22D7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1530" w:type="dxa"/>
            <w:shd w:val="clear" w:color="auto" w:fill="FFFFFF"/>
          </w:tcPr>
          <w:p w14:paraId="6F077742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C770110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</w:p>
        </w:tc>
        <w:tc>
          <w:tcPr>
            <w:tcW w:w="2830" w:type="dxa"/>
            <w:shd w:val="clear" w:color="auto" w:fill="FFFFFF"/>
          </w:tcPr>
          <w:p w14:paraId="4C706D72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ދރއ. ކާޑު ނަންބަރު:</w:t>
            </w:r>
          </w:p>
        </w:tc>
      </w:tr>
      <w:tr w:rsidR="002454F5" w:rsidRPr="002454F5" w14:paraId="17D96193" w14:textId="77777777" w:rsidTr="00214B14">
        <w:trPr>
          <w:jc w:val="center"/>
        </w:trPr>
        <w:tc>
          <w:tcPr>
            <w:tcW w:w="7403" w:type="dxa"/>
            <w:gridSpan w:val="3"/>
            <w:shd w:val="clear" w:color="auto" w:fill="FFFFFF"/>
          </w:tcPr>
          <w:p w14:paraId="40373FE1" w14:textId="77777777" w:rsidR="002454F5" w:rsidRPr="002454F5" w:rsidRDefault="002454F5" w:rsidP="002454F5">
            <w:pPr>
              <w:bidi/>
              <w:spacing w:after="0"/>
              <w:ind w:left="288" w:hanging="288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29A631F" w14:textId="77777777" w:rsidR="002454F5" w:rsidRPr="002454F5" w:rsidRDefault="002454F5" w:rsidP="002454F5">
            <w:pPr>
              <w:bidi/>
              <w:spacing w:after="0"/>
              <w:ind w:left="288" w:hanging="288"/>
              <w:rPr>
                <w:rFonts w:ascii="Faruma" w:eastAsia="Times New Roman" w:hAnsi="Faruma" w:cs="Faruma"/>
                <w:b/>
                <w:bCs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0"/>
                <w:szCs w:val="20"/>
                <w:rtl/>
                <w:lang w:eastAsia="ja-JP" w:bidi="dv-MV"/>
              </w:rPr>
              <w:t>އީ-މެއިލް އެޑްރެސް:</w:t>
            </w:r>
          </w:p>
        </w:tc>
      </w:tr>
      <w:tr w:rsidR="002454F5" w:rsidRPr="002454F5" w14:paraId="33CC233F" w14:textId="77777777" w:rsidTr="00214B14">
        <w:trPr>
          <w:jc w:val="center"/>
        </w:trPr>
        <w:tc>
          <w:tcPr>
            <w:tcW w:w="10233" w:type="dxa"/>
            <w:gridSpan w:val="4"/>
            <w:shd w:val="clear" w:color="auto" w:fill="FFFFFF"/>
          </w:tcPr>
          <w:p w14:paraId="0980F88E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މިހާރު ވަޒީފާއެއް އަދާކުރާނަމަ އަދާކުރާ ވަޒީފާ:</w:t>
            </w:r>
          </w:p>
        </w:tc>
      </w:tr>
      <w:tr w:rsidR="002454F5" w:rsidRPr="002454F5" w14:paraId="3F7BACD2" w14:textId="77777777" w:rsidTr="00214B14">
        <w:trPr>
          <w:jc w:val="center"/>
        </w:trPr>
        <w:tc>
          <w:tcPr>
            <w:tcW w:w="10233" w:type="dxa"/>
            <w:gridSpan w:val="4"/>
            <w:shd w:val="clear" w:color="auto" w:fill="FFFFFF"/>
          </w:tcPr>
          <w:p w14:paraId="3971028D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ވަޒީފާ އަދާކުރާ ތަން: </w:t>
            </w:r>
          </w:p>
        </w:tc>
      </w:tr>
    </w:tbl>
    <w:p w14:paraId="06A1C6B7" w14:textId="77777777" w:rsidR="002454F5" w:rsidRPr="002454F5" w:rsidRDefault="002454F5" w:rsidP="002454F5">
      <w:pPr>
        <w:spacing w:after="0"/>
        <w:rPr>
          <w:rFonts w:ascii="Faruma" w:eastAsia="Times New Roman" w:hAnsi="Faruma" w:cs="Faruma"/>
          <w:sz w:val="16"/>
          <w:szCs w:val="16"/>
          <w:rtl/>
          <w:lang w:eastAsia="ja-JP" w:bidi="dv-MV"/>
        </w:rPr>
      </w:pP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353"/>
        <w:gridCol w:w="3150"/>
        <w:gridCol w:w="3820"/>
      </w:tblGrid>
      <w:tr w:rsidR="002454F5" w:rsidRPr="002454F5" w14:paraId="4A71CE9C" w14:textId="77777777" w:rsidTr="00214B14">
        <w:trPr>
          <w:jc w:val="center"/>
        </w:trPr>
        <w:tc>
          <w:tcPr>
            <w:tcW w:w="10323" w:type="dxa"/>
            <w:gridSpan w:val="3"/>
            <w:shd w:val="clear" w:color="auto" w:fill="BFBFBF"/>
          </w:tcPr>
          <w:p w14:paraId="07510678" w14:textId="77777777" w:rsidR="002454F5" w:rsidRPr="002454F5" w:rsidRDefault="002454F5" w:rsidP="002454F5">
            <w:pPr>
              <w:numPr>
                <w:ilvl w:val="0"/>
                <w:numId w:val="11"/>
              </w:numPr>
              <w:bidi/>
              <w:spacing w:after="0" w:line="279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eastAsia="ja-JP" w:bidi="dv-MV"/>
              </w:rPr>
              <w:t>ޚިދުމަތްކުރުމުގެ ބޮންޑާބެހޭ މަޢުލޫމާތު</w:t>
            </w:r>
          </w:p>
        </w:tc>
      </w:tr>
      <w:tr w:rsidR="002454F5" w:rsidRPr="002454F5" w14:paraId="00C9951D" w14:textId="77777777" w:rsidTr="00214B14">
        <w:trPr>
          <w:trHeight w:val="743"/>
          <w:jc w:val="center"/>
        </w:trPr>
        <w:tc>
          <w:tcPr>
            <w:tcW w:w="10323" w:type="dxa"/>
            <w:gridSpan w:val="3"/>
          </w:tcPr>
          <w:p w14:paraId="0B10062D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ރާއްޖޭގައި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ނުވަތަ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ރާއްޖެއިންބޭރުގައި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ތަޢުލީމު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ހާސިލުކުރުމުގެ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ސަބަބުން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ނުވަތަ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އެ ނޫން ވެސް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ގޮތަކުން ވަކި ތަނަކަށް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ވަކި މުއްދަތަކަށް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ޚިދުމަތް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ކުރުމަށް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ބޮންޑުކުރެވިފައި ވޭތޯ؟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  <w:t xml:space="preserve">  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lang w:eastAsia="ja-JP"/>
              </w:rPr>
              <w:t xml:space="preserve"> </w:t>
            </w:r>
            <w:r w:rsidRPr="002454F5">
              <w:rPr>
                <w:rFonts w:ascii="Wingdings" w:eastAsia="Times New Roman" w:hAnsi="Wingdings" w:cs="Faruma" w:hint="cs"/>
                <w:sz w:val="20"/>
                <w:szCs w:val="20"/>
                <w:rtl/>
                <w:lang w:eastAsia="ja-JP" w:bidi="dv-MV"/>
              </w:rPr>
              <w:t xml:space="preserve">ކުރެވިފައިވޭ </w:t>
            </w:r>
            <w:r w:rsidRPr="002454F5">
              <w:rPr>
                <w:rFonts w:ascii="Wingdings" w:eastAsia="Times New Roman" w:hAnsi="Wingdings" w:cs="Faruma"/>
                <w:sz w:val="20"/>
                <w:szCs w:val="20"/>
                <w:lang w:eastAsia="ja-JP" w:bidi="dv-MV"/>
              </w:rPr>
              <w:t></w:t>
            </w:r>
            <w:r w:rsidRPr="002454F5">
              <w:rPr>
                <w:rFonts w:ascii="Wingdings" w:eastAsia="Times New Roman" w:hAnsi="Wingdings" w:cs="Faruma" w:hint="cs"/>
                <w:sz w:val="20"/>
                <w:szCs w:val="20"/>
                <w:rtl/>
                <w:lang w:eastAsia="ja-JP" w:bidi="dv-MV"/>
              </w:rPr>
              <w:t xml:space="preserve">     ނުވޭ </w:t>
            </w:r>
            <w:r w:rsidRPr="002454F5">
              <w:rPr>
                <w:rFonts w:ascii="Wingdings" w:eastAsia="Times New Roman" w:hAnsi="Wingdings" w:cs="Faruma"/>
                <w:sz w:val="20"/>
                <w:szCs w:val="20"/>
                <w:lang w:eastAsia="ja-JP" w:bidi="dv-MV"/>
              </w:rPr>
              <w:t></w:t>
            </w:r>
          </w:p>
        </w:tc>
      </w:tr>
      <w:tr w:rsidR="002454F5" w:rsidRPr="002454F5" w14:paraId="1339AA2E" w14:textId="77777777" w:rsidTr="00214B14">
        <w:trPr>
          <w:trHeight w:val="405"/>
          <w:jc w:val="center"/>
        </w:trPr>
        <w:tc>
          <w:tcPr>
            <w:tcW w:w="10323" w:type="dxa"/>
            <w:gridSpan w:val="3"/>
          </w:tcPr>
          <w:p w14:paraId="506A25D1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b/>
                <w:bCs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0"/>
                <w:szCs w:val="20"/>
                <w:rtl/>
                <w:lang w:eastAsia="ja-JP" w:bidi="dv-MV"/>
              </w:rPr>
              <w:t>ކުރެވިފައިވާ ނަމަ</w:t>
            </w:r>
            <w:r w:rsidRPr="002454F5">
              <w:rPr>
                <w:rFonts w:ascii="Faruma" w:eastAsia="Times New Roman" w:hAnsi="Faruma" w:cs="Arial" w:hint="cs"/>
                <w:b/>
                <w:bCs/>
                <w:sz w:val="20"/>
                <w:szCs w:val="20"/>
                <w:rtl/>
                <w:lang w:eastAsia="ja-JP"/>
              </w:rPr>
              <w:t>؛</w:t>
            </w:r>
          </w:p>
        </w:tc>
      </w:tr>
      <w:tr w:rsidR="002454F5" w:rsidRPr="002454F5" w14:paraId="7602ACC9" w14:textId="77777777" w:rsidTr="00214B14">
        <w:trPr>
          <w:trHeight w:val="405"/>
          <w:jc w:val="center"/>
        </w:trPr>
        <w:tc>
          <w:tcPr>
            <w:tcW w:w="3353" w:type="dxa"/>
          </w:tcPr>
          <w:p w14:paraId="26427131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ބޮންޑު ހަމަވާ ތާރީޚު:</w:t>
            </w:r>
          </w:p>
        </w:tc>
        <w:tc>
          <w:tcPr>
            <w:tcW w:w="3150" w:type="dxa"/>
          </w:tcPr>
          <w:p w14:paraId="5DFD2D68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</w:p>
        </w:tc>
        <w:tc>
          <w:tcPr>
            <w:tcW w:w="3820" w:type="dxa"/>
          </w:tcPr>
          <w:p w14:paraId="54C3C8FE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ބޮންޑުކުރެވިފައިވާ އިދާރާ:</w:t>
            </w:r>
          </w:p>
        </w:tc>
      </w:tr>
    </w:tbl>
    <w:p w14:paraId="5FAB862A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10"/>
          <w:szCs w:val="10"/>
          <w:lang w:eastAsia="ja-JP"/>
        </w:rPr>
      </w:pPr>
    </w:p>
    <w:tbl>
      <w:tblPr>
        <w:tblpPr w:leftFromText="180" w:rightFromText="180" w:vertAnchor="page" w:horzAnchor="margin" w:tblpXSpec="center" w:tblpY="1741"/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0"/>
        <w:gridCol w:w="8406"/>
        <w:gridCol w:w="486"/>
      </w:tblGrid>
      <w:tr w:rsidR="002454F5" w:rsidRPr="002454F5" w14:paraId="1F8F9685" w14:textId="77777777" w:rsidTr="00214B14">
        <w:tc>
          <w:tcPr>
            <w:tcW w:w="10323" w:type="dxa"/>
            <w:gridSpan w:val="4"/>
            <w:shd w:val="clear" w:color="auto" w:fill="BFBFBF"/>
          </w:tcPr>
          <w:p w14:paraId="5246EFDE" w14:textId="77777777" w:rsidR="002454F5" w:rsidRPr="002454F5" w:rsidRDefault="002454F5" w:rsidP="002454F5">
            <w:pPr>
              <w:numPr>
                <w:ilvl w:val="0"/>
                <w:numId w:val="11"/>
              </w:numPr>
              <w:bidi/>
              <w:spacing w:after="0" w:line="279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eastAsia="ja-JP" w:bidi="dv-MV"/>
              </w:rPr>
              <w:lastRenderedPageBreak/>
              <w:t>ވަޒީފާއަށް އެދި ހުށަހަޅާ ހުރިހާ ލިޔުންތައް ބަޔާންކުރާ ޗެކްލިސްޓ</w:t>
            </w:r>
            <w:r w:rsidRPr="002454F5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eastAsia="ja-JP" w:bidi="dv-MV"/>
              </w:rPr>
              <w:t>ު</w:t>
            </w:r>
            <w:r w:rsidRPr="002454F5"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eastAsia="ja-JP" w:bidi="dv-MV"/>
              </w:rPr>
              <w:t xml:space="preserve"> </w:t>
            </w:r>
          </w:p>
          <w:p w14:paraId="066D0619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ޅާ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ހުރިހާ ލިޔުންތައް މި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ބައިގައި ލިސްޓުކ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ުރާށެވެ.)</w:t>
            </w:r>
          </w:p>
        </w:tc>
      </w:tr>
      <w:tr w:rsidR="002454F5" w:rsidRPr="002454F5" w14:paraId="19E79802" w14:textId="77777777" w:rsidTr="002454F5">
        <w:trPr>
          <w:trHeight w:val="342"/>
        </w:trPr>
        <w:tc>
          <w:tcPr>
            <w:tcW w:w="286" w:type="dxa"/>
            <w:shd w:val="clear" w:color="auto" w:fill="BFBFBF"/>
            <w:vAlign w:val="center"/>
          </w:tcPr>
          <w:p w14:paraId="628E30F3" w14:textId="77777777" w:rsidR="002454F5" w:rsidRPr="002454F5" w:rsidRDefault="002454F5" w:rsidP="002454F5">
            <w:pPr>
              <w:bidi/>
              <w:spacing w:after="0" w:line="279" w:lineRule="auto"/>
              <w:jc w:val="center"/>
              <w:rPr>
                <w:rFonts w:ascii="Faruma" w:eastAsia="Times New Roman" w:hAnsi="Faruma" w:cs="Faruma"/>
                <w:sz w:val="18"/>
                <w:szCs w:val="18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18"/>
                <w:szCs w:val="18"/>
                <w:rtl/>
                <w:lang w:eastAsia="ja-JP" w:bidi="dv-MV"/>
              </w:rPr>
              <w:t>އިދާރާއަށް ލިބިފައި</w:t>
            </w:r>
          </w:p>
        </w:tc>
        <w:tc>
          <w:tcPr>
            <w:tcW w:w="703" w:type="dxa"/>
            <w:shd w:val="clear" w:color="auto" w:fill="BFBFBF"/>
            <w:vAlign w:val="center"/>
          </w:tcPr>
          <w:p w14:paraId="03F8C2CE" w14:textId="77777777" w:rsidR="002454F5" w:rsidRPr="002454F5" w:rsidRDefault="002454F5" w:rsidP="002454F5">
            <w:pPr>
              <w:bidi/>
              <w:spacing w:after="0" w:line="279" w:lineRule="auto"/>
              <w:jc w:val="center"/>
              <w:rPr>
                <w:rFonts w:ascii="Faruma" w:eastAsia="Times New Roman" w:hAnsi="Faruma" w:cs="Faruma"/>
                <w:sz w:val="16"/>
                <w:szCs w:val="16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16"/>
                <w:szCs w:val="16"/>
                <w:rtl/>
                <w:lang w:eastAsia="ja-JP"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/>
            <w:vAlign w:val="center"/>
          </w:tcPr>
          <w:p w14:paraId="79561B38" w14:textId="77777777" w:rsidR="002454F5" w:rsidRPr="002454F5" w:rsidRDefault="002454F5" w:rsidP="002454F5">
            <w:pPr>
              <w:bidi/>
              <w:spacing w:after="0" w:line="279" w:lineRule="auto"/>
              <w:jc w:val="center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/>
            <w:vAlign w:val="center"/>
          </w:tcPr>
          <w:p w14:paraId="775F30FF" w14:textId="77777777" w:rsidR="002454F5" w:rsidRPr="002454F5" w:rsidRDefault="002454F5" w:rsidP="002454F5">
            <w:pPr>
              <w:bidi/>
              <w:spacing w:after="0" w:line="279" w:lineRule="auto"/>
              <w:jc w:val="center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#</w:t>
            </w:r>
          </w:p>
        </w:tc>
      </w:tr>
      <w:tr w:rsidR="002454F5" w:rsidRPr="002454F5" w14:paraId="7C0265F0" w14:textId="77777777" w:rsidTr="00214B14">
        <w:trPr>
          <w:trHeight w:val="432"/>
        </w:trPr>
        <w:tc>
          <w:tcPr>
            <w:tcW w:w="286" w:type="dxa"/>
          </w:tcPr>
          <w:p w14:paraId="64BF3175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5D94034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4A80D78B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4BD9C25E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</w:t>
            </w:r>
          </w:p>
        </w:tc>
      </w:tr>
      <w:tr w:rsidR="002454F5" w:rsidRPr="002454F5" w14:paraId="76443B93" w14:textId="77777777" w:rsidTr="00214B14">
        <w:trPr>
          <w:trHeight w:val="432"/>
        </w:trPr>
        <w:tc>
          <w:tcPr>
            <w:tcW w:w="286" w:type="dxa"/>
          </w:tcPr>
          <w:p w14:paraId="030DA792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3DE2376C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A750A99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67244A5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2</w:t>
            </w:r>
          </w:p>
        </w:tc>
      </w:tr>
      <w:tr w:rsidR="002454F5" w:rsidRPr="002454F5" w14:paraId="291A341A" w14:textId="77777777" w:rsidTr="00214B14">
        <w:trPr>
          <w:trHeight w:val="432"/>
        </w:trPr>
        <w:tc>
          <w:tcPr>
            <w:tcW w:w="286" w:type="dxa"/>
          </w:tcPr>
          <w:p w14:paraId="32AE660C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678DA6B6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4041717A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ޕާސްޕޯޓް ސައިޒުގެ (03 މަސްދުވަސް ނުވާ) ފޮޓޯ</w:t>
            </w:r>
          </w:p>
        </w:tc>
        <w:tc>
          <w:tcPr>
            <w:tcW w:w="490" w:type="dxa"/>
          </w:tcPr>
          <w:p w14:paraId="29AB3B99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3</w:t>
            </w:r>
          </w:p>
        </w:tc>
      </w:tr>
      <w:tr w:rsidR="002454F5" w:rsidRPr="002454F5" w14:paraId="2C2A60AC" w14:textId="77777777" w:rsidTr="00214B14">
        <w:trPr>
          <w:trHeight w:val="432"/>
        </w:trPr>
        <w:tc>
          <w:tcPr>
            <w:tcW w:w="286" w:type="dxa"/>
          </w:tcPr>
          <w:p w14:paraId="6D4D82EA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51A4310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2FAF59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10ABDC2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4</w:t>
            </w:r>
          </w:p>
        </w:tc>
      </w:tr>
      <w:tr w:rsidR="002454F5" w:rsidRPr="002454F5" w14:paraId="635A1DAE" w14:textId="77777777" w:rsidTr="00214B14">
        <w:trPr>
          <w:trHeight w:val="432"/>
        </w:trPr>
        <w:tc>
          <w:tcPr>
            <w:tcW w:w="286" w:type="dxa"/>
          </w:tcPr>
          <w:p w14:paraId="70CB7468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483DB66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028AD081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226DA4DB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5</w:t>
            </w:r>
          </w:p>
        </w:tc>
      </w:tr>
      <w:tr w:rsidR="002454F5" w:rsidRPr="002454F5" w14:paraId="4AEF18B0" w14:textId="77777777" w:rsidTr="00214B14">
        <w:trPr>
          <w:trHeight w:val="432"/>
        </w:trPr>
        <w:tc>
          <w:tcPr>
            <w:tcW w:w="286" w:type="dxa"/>
          </w:tcPr>
          <w:p w14:paraId="13318EEE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6F44F775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43D629C8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0A0DB54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6</w:t>
            </w:r>
          </w:p>
        </w:tc>
      </w:tr>
      <w:tr w:rsidR="002454F5" w:rsidRPr="002454F5" w14:paraId="68CD9F03" w14:textId="77777777" w:rsidTr="00214B14">
        <w:trPr>
          <w:trHeight w:val="432"/>
        </w:trPr>
        <w:tc>
          <w:tcPr>
            <w:tcW w:w="286" w:type="dxa"/>
          </w:tcPr>
          <w:p w14:paraId="5192F9DE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0E88A30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AE1F95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3A26426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7</w:t>
            </w:r>
          </w:p>
        </w:tc>
      </w:tr>
      <w:tr w:rsidR="002454F5" w:rsidRPr="002454F5" w14:paraId="6AF3CE30" w14:textId="77777777" w:rsidTr="00214B14">
        <w:trPr>
          <w:trHeight w:val="432"/>
        </w:trPr>
        <w:tc>
          <w:tcPr>
            <w:tcW w:w="286" w:type="dxa"/>
          </w:tcPr>
          <w:p w14:paraId="335A2822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24C2655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50B75F6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25D4ACBE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8</w:t>
            </w:r>
          </w:p>
        </w:tc>
      </w:tr>
      <w:tr w:rsidR="002454F5" w:rsidRPr="002454F5" w14:paraId="1BE6B9A6" w14:textId="77777777" w:rsidTr="00214B14">
        <w:trPr>
          <w:trHeight w:val="432"/>
        </w:trPr>
        <w:tc>
          <w:tcPr>
            <w:tcW w:w="286" w:type="dxa"/>
          </w:tcPr>
          <w:p w14:paraId="2639E71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6646875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507FBF7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3E59F3B2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9</w:t>
            </w:r>
          </w:p>
        </w:tc>
      </w:tr>
      <w:tr w:rsidR="002454F5" w:rsidRPr="002454F5" w14:paraId="2DC5AF3A" w14:textId="77777777" w:rsidTr="00214B14">
        <w:trPr>
          <w:trHeight w:val="432"/>
        </w:trPr>
        <w:tc>
          <w:tcPr>
            <w:tcW w:w="286" w:type="dxa"/>
          </w:tcPr>
          <w:p w14:paraId="7D6CE1CE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551F8722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3590016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70920B3A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10</w:t>
            </w:r>
          </w:p>
        </w:tc>
      </w:tr>
      <w:tr w:rsidR="002454F5" w:rsidRPr="002454F5" w14:paraId="1170BCA4" w14:textId="77777777" w:rsidTr="00214B14">
        <w:trPr>
          <w:trHeight w:val="432"/>
        </w:trPr>
        <w:tc>
          <w:tcPr>
            <w:tcW w:w="286" w:type="dxa"/>
          </w:tcPr>
          <w:p w14:paraId="13E000F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392B73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7E8C6404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6AE5EAE1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11</w:t>
            </w:r>
          </w:p>
        </w:tc>
      </w:tr>
      <w:tr w:rsidR="002454F5" w:rsidRPr="002454F5" w14:paraId="1315551F" w14:textId="77777777" w:rsidTr="00214B14">
        <w:trPr>
          <w:trHeight w:val="432"/>
        </w:trPr>
        <w:tc>
          <w:tcPr>
            <w:tcW w:w="286" w:type="dxa"/>
          </w:tcPr>
          <w:p w14:paraId="2D019FA5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32563C08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3149D68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78B6ACE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12</w:t>
            </w:r>
          </w:p>
        </w:tc>
      </w:tr>
      <w:tr w:rsidR="002454F5" w:rsidRPr="002454F5" w14:paraId="602C79C0" w14:textId="77777777" w:rsidTr="00214B14">
        <w:trPr>
          <w:trHeight w:val="432"/>
        </w:trPr>
        <w:tc>
          <w:tcPr>
            <w:tcW w:w="286" w:type="dxa"/>
          </w:tcPr>
          <w:p w14:paraId="346F495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2C5CBE6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7D027486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623D2E77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13</w:t>
            </w:r>
          </w:p>
        </w:tc>
      </w:tr>
      <w:tr w:rsidR="002454F5" w:rsidRPr="002454F5" w14:paraId="532AE0D8" w14:textId="77777777" w:rsidTr="00214B14">
        <w:trPr>
          <w:trHeight w:val="432"/>
        </w:trPr>
        <w:tc>
          <w:tcPr>
            <w:tcW w:w="286" w:type="dxa"/>
          </w:tcPr>
          <w:p w14:paraId="25479185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45A65BD4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1A1DBCEB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01E5423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14</w:t>
            </w:r>
          </w:p>
        </w:tc>
      </w:tr>
      <w:tr w:rsidR="002454F5" w:rsidRPr="002454F5" w14:paraId="0B58F93E" w14:textId="77777777" w:rsidTr="00214B14">
        <w:trPr>
          <w:trHeight w:val="432"/>
        </w:trPr>
        <w:tc>
          <w:tcPr>
            <w:tcW w:w="286" w:type="dxa"/>
          </w:tcPr>
          <w:p w14:paraId="2F00B1A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48AB8BA9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7819BD3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0E7DCE1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15</w:t>
            </w:r>
          </w:p>
        </w:tc>
      </w:tr>
      <w:tr w:rsidR="002454F5" w:rsidRPr="002454F5" w14:paraId="1FC4D4AC" w14:textId="77777777" w:rsidTr="00214B14">
        <w:trPr>
          <w:trHeight w:val="432"/>
        </w:trPr>
        <w:tc>
          <w:tcPr>
            <w:tcW w:w="286" w:type="dxa"/>
          </w:tcPr>
          <w:p w14:paraId="6F5E76AB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5FB7256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6A5E1C97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377BB468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16</w:t>
            </w:r>
          </w:p>
        </w:tc>
      </w:tr>
      <w:tr w:rsidR="002454F5" w:rsidRPr="002454F5" w14:paraId="7CA64BE4" w14:textId="77777777" w:rsidTr="00214B14">
        <w:trPr>
          <w:trHeight w:val="432"/>
        </w:trPr>
        <w:tc>
          <w:tcPr>
            <w:tcW w:w="286" w:type="dxa"/>
          </w:tcPr>
          <w:p w14:paraId="5D1F8A9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E15E22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4892F88B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4955D3AC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17</w:t>
            </w:r>
          </w:p>
        </w:tc>
      </w:tr>
      <w:tr w:rsidR="002454F5" w:rsidRPr="002454F5" w14:paraId="30C13257" w14:textId="77777777" w:rsidTr="00214B14">
        <w:trPr>
          <w:trHeight w:val="432"/>
        </w:trPr>
        <w:tc>
          <w:tcPr>
            <w:tcW w:w="286" w:type="dxa"/>
          </w:tcPr>
          <w:p w14:paraId="12BA64F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3BF0F7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3C07476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2940A9DC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18</w:t>
            </w:r>
          </w:p>
        </w:tc>
      </w:tr>
      <w:tr w:rsidR="002454F5" w:rsidRPr="002454F5" w14:paraId="4CF85AD6" w14:textId="77777777" w:rsidTr="00214B14">
        <w:trPr>
          <w:trHeight w:val="432"/>
        </w:trPr>
        <w:tc>
          <w:tcPr>
            <w:tcW w:w="286" w:type="dxa"/>
          </w:tcPr>
          <w:p w14:paraId="7EB51023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03391B6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40DE2998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25EE95DF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19</w:t>
            </w:r>
          </w:p>
        </w:tc>
      </w:tr>
      <w:tr w:rsidR="002454F5" w:rsidRPr="002454F5" w14:paraId="681EC05B" w14:textId="77777777" w:rsidTr="00214B14">
        <w:trPr>
          <w:trHeight w:val="432"/>
        </w:trPr>
        <w:tc>
          <w:tcPr>
            <w:tcW w:w="286" w:type="dxa"/>
          </w:tcPr>
          <w:p w14:paraId="6EC1A0E0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703" w:type="dxa"/>
          </w:tcPr>
          <w:p w14:paraId="1545A91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8844" w:type="dxa"/>
          </w:tcPr>
          <w:p w14:paraId="2C757B34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490" w:type="dxa"/>
          </w:tcPr>
          <w:p w14:paraId="3204402D" w14:textId="77777777" w:rsidR="002454F5" w:rsidRPr="002454F5" w:rsidRDefault="002454F5" w:rsidP="002454F5">
            <w:pPr>
              <w:bidi/>
              <w:spacing w:after="0" w:line="279" w:lineRule="auto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20</w:t>
            </w:r>
          </w:p>
        </w:tc>
      </w:tr>
    </w:tbl>
    <w:p w14:paraId="7EC6643B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p w14:paraId="1C003155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p w14:paraId="4E715422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6CB5766A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088CA717" w14:textId="77777777" w:rsidR="002454F5" w:rsidRPr="002454F5" w:rsidRDefault="002454F5" w:rsidP="002454F5">
      <w:pPr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16F2C419" w14:textId="77777777" w:rsidR="002454F5" w:rsidRPr="002454F5" w:rsidRDefault="002454F5" w:rsidP="002454F5">
      <w:pPr>
        <w:tabs>
          <w:tab w:val="left" w:pos="9744"/>
        </w:tabs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  <w:r w:rsidRPr="002454F5">
        <w:rPr>
          <w:rFonts w:ascii="Calibri" w:eastAsia="Times New Roman" w:hAnsi="Calibri" w:cs="Arial"/>
          <w:sz w:val="24"/>
          <w:szCs w:val="24"/>
          <w:lang w:val="en-GB" w:eastAsia="ja-JP"/>
        </w:rPr>
        <w:tab/>
      </w:r>
    </w:p>
    <w:p w14:paraId="7A59A308" w14:textId="77777777" w:rsidR="002454F5" w:rsidRPr="002454F5" w:rsidRDefault="002454F5" w:rsidP="002454F5">
      <w:pPr>
        <w:tabs>
          <w:tab w:val="left" w:pos="9744"/>
        </w:tabs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5BD073B3" w14:textId="77777777" w:rsidR="002454F5" w:rsidRPr="002454F5" w:rsidRDefault="002454F5" w:rsidP="002454F5">
      <w:pPr>
        <w:tabs>
          <w:tab w:val="left" w:pos="9744"/>
        </w:tabs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p w14:paraId="66F3755D" w14:textId="77777777" w:rsidR="002454F5" w:rsidRPr="002454F5" w:rsidRDefault="002454F5" w:rsidP="002454F5">
      <w:pPr>
        <w:tabs>
          <w:tab w:val="left" w:pos="9744"/>
        </w:tabs>
        <w:spacing w:after="160" w:line="279" w:lineRule="auto"/>
        <w:rPr>
          <w:rFonts w:ascii="Calibri" w:eastAsia="Times New Roman" w:hAnsi="Calibri" w:cs="Arial"/>
          <w:sz w:val="24"/>
          <w:szCs w:val="24"/>
          <w:lang w:val="en-GB" w:eastAsia="ja-JP"/>
        </w:rPr>
      </w:pPr>
    </w:p>
    <w:tbl>
      <w:tblPr>
        <w:tblpPr w:leftFromText="180" w:rightFromText="180" w:vertAnchor="text" w:horzAnchor="margin" w:tblpXSpec="center" w:tblpY="-662"/>
        <w:tblW w:w="8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727"/>
        <w:gridCol w:w="2299"/>
        <w:gridCol w:w="2351"/>
        <w:gridCol w:w="3033"/>
      </w:tblGrid>
      <w:tr w:rsidR="002454F5" w:rsidRPr="002454F5" w14:paraId="4DA7B1FE" w14:textId="77777777" w:rsidTr="00214B14">
        <w:tc>
          <w:tcPr>
            <w:tcW w:w="8973" w:type="dxa"/>
            <w:gridSpan w:val="5"/>
            <w:shd w:val="clear" w:color="auto" w:fill="BFBFBF"/>
          </w:tcPr>
          <w:p w14:paraId="24EA5ABC" w14:textId="77777777" w:rsidR="002454F5" w:rsidRPr="002454F5" w:rsidRDefault="002454F5" w:rsidP="002454F5">
            <w:pPr>
              <w:numPr>
                <w:ilvl w:val="0"/>
                <w:numId w:val="11"/>
              </w:numPr>
              <w:bidi/>
              <w:spacing w:after="0" w:line="279" w:lineRule="auto"/>
              <w:rPr>
                <w:rFonts w:ascii="Faruma" w:eastAsia="Times New Roman" w:hAnsi="Faruma" w:cs="Faruma"/>
                <w:b/>
                <w:bCs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eastAsia="ja-JP" w:bidi="dv-MV"/>
              </w:rPr>
              <w:t>ވަޒީފާއަށް އެދޭ ފަރާތުގެ އިޤްރާރު</w:t>
            </w:r>
          </w:p>
        </w:tc>
      </w:tr>
      <w:tr w:rsidR="002454F5" w:rsidRPr="002454F5" w14:paraId="60050C51" w14:textId="77777777" w:rsidTr="00214B14">
        <w:tc>
          <w:tcPr>
            <w:tcW w:w="8973" w:type="dxa"/>
            <w:gridSpan w:val="5"/>
            <w:vAlign w:val="bottom"/>
          </w:tcPr>
          <w:p w14:paraId="356432FE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2454F5">
              <w:rPr>
                <w:rFonts w:ascii="Faruma" w:eastAsia="Times New Roman" w:hAnsi="Faruma" w:cs="Faruma" w:hint="cs"/>
                <w:sz w:val="24"/>
                <w:szCs w:val="24"/>
                <w:lang w:eastAsia="ja-JP" w:bidi="dv-MV"/>
              </w:rPr>
              <w:sym w:font="Wingdings" w:char="F06F"/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  ނޫން </w:t>
            </w:r>
            <w:r w:rsidRPr="002454F5">
              <w:rPr>
                <w:rFonts w:ascii="Faruma" w:eastAsia="Times New Roman" w:hAnsi="Faruma" w:cs="Faruma" w:hint="cs"/>
                <w:sz w:val="24"/>
                <w:szCs w:val="24"/>
                <w:lang w:eastAsia="ja-JP" w:bidi="dv-MV"/>
              </w:rPr>
              <w:sym w:font="Wingdings" w:char="F06F"/>
            </w:r>
            <w:r w:rsidRPr="002454F5">
              <w:rPr>
                <w:rFonts w:ascii="Faruma" w:eastAsia="Times New Roman" w:hAnsi="Faruma" w:cs="Faruma" w:hint="cs"/>
                <w:sz w:val="24"/>
                <w:szCs w:val="24"/>
                <w:rtl/>
                <w:lang w:eastAsia="ja-JP" w:bidi="dv-MV"/>
              </w:rPr>
              <w:t xml:space="preserve">  </w:t>
            </w:r>
            <w:r w:rsidRPr="002454F5">
              <w:rPr>
                <w:rFonts w:ascii="Faruma" w:eastAsia="Times New Roman" w:hAnsi="Faruma" w:cs="Faruma" w:hint="cs"/>
                <w:b/>
                <w:bCs/>
                <w:sz w:val="20"/>
                <w:szCs w:val="20"/>
                <w:rtl/>
                <w:lang w:eastAsia="ja-JP"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454F5" w:rsidRPr="002454F5" w14:paraId="46E3B314" w14:textId="77777777" w:rsidTr="00214B14">
        <w:tc>
          <w:tcPr>
            <w:tcW w:w="3589" w:type="dxa"/>
            <w:gridSpan w:val="3"/>
          </w:tcPr>
          <w:p w14:paraId="3CB67BA8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</w:tcPr>
          <w:p w14:paraId="3FB2BC0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ގުޅުން އޮތް ފަރާތުގެ ނަން:</w:t>
            </w:r>
          </w:p>
        </w:tc>
      </w:tr>
      <w:tr w:rsidR="002454F5" w:rsidRPr="002454F5" w14:paraId="1BFFB196" w14:textId="77777777" w:rsidTr="00214B14">
        <w:trPr>
          <w:trHeight w:val="218"/>
        </w:trPr>
        <w:tc>
          <w:tcPr>
            <w:tcW w:w="8973" w:type="dxa"/>
            <w:gridSpan w:val="5"/>
            <w:shd w:val="clear" w:color="auto" w:fill="FFFFFF"/>
          </w:tcPr>
          <w:p w14:paraId="2859E700" w14:textId="77777777" w:rsidR="002454F5" w:rsidRPr="002454F5" w:rsidRDefault="002454F5" w:rsidP="002454F5">
            <w:pPr>
              <w:bidi/>
              <w:spacing w:before="120" w:after="0" w:line="279" w:lineRule="auto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ފޯމުގައި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އަޅުގަނޑު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ދީފައިވާ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މަޢުލޫމާތަކީ</w:t>
            </w:r>
            <w:r w:rsidRPr="002454F5">
              <w:rPr>
                <w:rFonts w:ascii="Faruma" w:eastAsia="Times New Roman" w:hAnsi="Faruma" w:cs="Arial" w:hint="eastAsia"/>
                <w:sz w:val="20"/>
                <w:szCs w:val="20"/>
                <w:rtl/>
                <w:lang w:eastAsia="ja-JP"/>
              </w:rPr>
              <w:t>،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ތެދު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މަޢުލޫމާތެވެ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.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ފޯމުގައިވާ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މަޢުލޫމާތު އަދި ފޯމާއެކު ހުށަހަޅާ ލިޔެކިޔުންތައް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ތެދުނޫން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ކަމަށް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ސާބިތުވެއްޖެ ނަމަ</w:t>
            </w:r>
            <w:r w:rsidRPr="002454F5">
              <w:rPr>
                <w:rFonts w:ascii="Faruma" w:eastAsia="Times New Roman" w:hAnsi="Faruma" w:cs="Arial" w:hint="eastAsia"/>
                <w:sz w:val="20"/>
                <w:szCs w:val="20"/>
                <w:rtl/>
                <w:lang w:eastAsia="ja-JP"/>
              </w:rPr>
              <w:t>،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ބާޠިލުކުރުމާއެކު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ފޯމުގައިވާ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މަޢުލޫމާތުގެ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މައްޗަށް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ބުރަވެ</w:t>
            </w:r>
            <w:r w:rsidRPr="002454F5">
              <w:rPr>
                <w:rFonts w:ascii="Faruma" w:eastAsia="Times New Roman" w:hAnsi="Faruma" w:cs="Arial" w:hint="eastAsia"/>
                <w:sz w:val="20"/>
                <w:szCs w:val="20"/>
                <w:rtl/>
                <w:lang w:eastAsia="ja-JP"/>
              </w:rPr>
              <w:t>،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ނިންމާފައިވާ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ނިންމުން ވެސް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ބާޠިލުކުރެވޭނެއެވެ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.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އަދި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ދޮގު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މަޢުލޫމާތު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ދީފައިވާ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މައްސަލައާ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ގުޅިގެން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ޤާނޫނީގޮތުން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އަޅަންޖެހޭ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ފިޔަވަޅު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އެޅުމަށް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ކަމާބެހޭ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ފަރާތަށް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 xml:space="preserve"> </w:t>
            </w: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ފޮނުވޭނެއެވެ</w:t>
            </w:r>
            <w:r w:rsidRPr="002454F5"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  <w:t>.</w:t>
            </w:r>
          </w:p>
        </w:tc>
      </w:tr>
      <w:tr w:rsidR="002454F5" w:rsidRPr="002454F5" w14:paraId="502BF48E" w14:textId="77777777" w:rsidTr="00214B14">
        <w:trPr>
          <w:trHeight w:val="530"/>
        </w:trPr>
        <w:tc>
          <w:tcPr>
            <w:tcW w:w="563" w:type="dxa"/>
            <w:shd w:val="clear" w:color="auto" w:fill="FFFFFF"/>
            <w:vAlign w:val="center"/>
          </w:tcPr>
          <w:p w14:paraId="3B4C7F0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00B186C9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358C87B0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6B3E4D6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ވަޒީފާއަށް އެދޭ ފަރާތުގެ ސޮއި:</w:t>
            </w:r>
          </w:p>
        </w:tc>
      </w:tr>
    </w:tbl>
    <w:p w14:paraId="4151D5E9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tbl>
      <w:tblPr>
        <w:tblpPr w:leftFromText="180" w:rightFromText="180" w:vertAnchor="text" w:horzAnchor="margin" w:tblpXSpec="center" w:tblpY="239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6340"/>
      </w:tblGrid>
      <w:tr w:rsidR="002454F5" w:rsidRPr="002454F5" w14:paraId="2FA00867" w14:textId="77777777" w:rsidTr="00214B14">
        <w:trPr>
          <w:trHeight w:val="426"/>
        </w:trPr>
        <w:tc>
          <w:tcPr>
            <w:tcW w:w="9315" w:type="dxa"/>
            <w:gridSpan w:val="2"/>
            <w:shd w:val="clear" w:color="auto" w:fill="0D0D0D"/>
          </w:tcPr>
          <w:p w14:paraId="7B881BD1" w14:textId="77777777" w:rsidR="002454F5" w:rsidRPr="002454F5" w:rsidRDefault="002454F5" w:rsidP="002454F5">
            <w:pPr>
              <w:bidi/>
              <w:spacing w:after="0"/>
              <w:jc w:val="center"/>
              <w:rPr>
                <w:rFonts w:ascii="Faruma" w:eastAsia="Times New Roman" w:hAnsi="Faruma" w:cs="Faruma"/>
                <w:b/>
                <w:bCs/>
                <w:color w:val="FFFFFF"/>
                <w:sz w:val="24"/>
                <w:szCs w:val="24"/>
                <w:rtl/>
                <w:lang w:eastAsia="ja-JP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އިދާރާގެ ބޭނުމަށް</w:t>
            </w:r>
          </w:p>
        </w:tc>
      </w:tr>
      <w:tr w:rsidR="002454F5" w:rsidRPr="002454F5" w14:paraId="6649B038" w14:textId="77777777" w:rsidTr="00214B14">
        <w:trPr>
          <w:trHeight w:val="435"/>
        </w:trPr>
        <w:tc>
          <w:tcPr>
            <w:tcW w:w="2975" w:type="dxa"/>
            <w:shd w:val="clear" w:color="auto" w:fill="D9D9D9"/>
          </w:tcPr>
          <w:p w14:paraId="296F2B6A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28E14CBD" w14:textId="77777777" w:rsidR="002454F5" w:rsidRPr="002454F5" w:rsidRDefault="002454F5" w:rsidP="002454F5">
            <w:pPr>
              <w:bidi/>
              <w:spacing w:after="0"/>
              <w:jc w:val="both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 އޮފީހަށް ބަލައިގަތް ފަރާތުގެ ނަން:</w:t>
            </w:r>
          </w:p>
        </w:tc>
      </w:tr>
      <w:tr w:rsidR="002454F5" w:rsidRPr="002454F5" w14:paraId="0F2CA468" w14:textId="77777777" w:rsidTr="00214B14">
        <w:trPr>
          <w:trHeight w:val="424"/>
        </w:trPr>
        <w:tc>
          <w:tcPr>
            <w:tcW w:w="2975" w:type="dxa"/>
            <w:shd w:val="clear" w:color="auto" w:fill="D9D9D9"/>
          </w:tcPr>
          <w:p w14:paraId="33FA5213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52B74CD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 ބަލައިގަތް ތާރީޚު:</w:t>
            </w:r>
          </w:p>
        </w:tc>
      </w:tr>
    </w:tbl>
    <w:p w14:paraId="3EABEBA5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p w14:paraId="647BE5D1" w14:textId="77777777" w:rsidR="002454F5" w:rsidRPr="002454F5" w:rsidRDefault="002454F5" w:rsidP="002454F5">
      <w:pPr>
        <w:bidi/>
        <w:spacing w:after="0" w:line="279" w:lineRule="auto"/>
        <w:jc w:val="right"/>
        <w:rPr>
          <w:rFonts w:ascii="Calibri" w:eastAsia="Times New Roman" w:hAnsi="Calibri" w:cs="Arial"/>
          <w:sz w:val="24"/>
          <w:szCs w:val="24"/>
          <w:lang w:eastAsia="ja-JP"/>
        </w:rPr>
      </w:pPr>
      <w:r w:rsidRPr="002454F5">
        <w:rPr>
          <w:rFonts w:ascii="Faruma" w:eastAsia="Times New Roman" w:hAnsi="Faruma" w:cs="Faruma" w:hint="cs"/>
          <w:sz w:val="20"/>
          <w:szCs w:val="20"/>
          <w:rtl/>
          <w:lang w:eastAsia="ja-JP" w:bidi="dv-MV"/>
        </w:rPr>
        <w:t>---------------------------------------------------------------------------------------------------------------------------------------------</w:t>
      </w:r>
      <w:r w:rsidRPr="002454F5">
        <w:rPr>
          <w:rFonts w:ascii="Faruma" w:eastAsia="Times New Roman" w:hAnsi="Faruma" w:cs="Faruma" w:hint="cs"/>
          <w:sz w:val="20"/>
          <w:szCs w:val="20"/>
          <w:lang w:eastAsia="ja-JP" w:bidi="dv-MV"/>
        </w:rPr>
        <w:sym w:font="Wingdings" w:char="F022"/>
      </w:r>
    </w:p>
    <w:tbl>
      <w:tblPr>
        <w:tblpPr w:leftFromText="180" w:rightFromText="180" w:vertAnchor="text" w:horzAnchor="margin" w:tblpXSpec="center" w:tblpY="52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980"/>
        <w:gridCol w:w="4630"/>
      </w:tblGrid>
      <w:tr w:rsidR="002454F5" w:rsidRPr="002454F5" w14:paraId="430644D2" w14:textId="77777777" w:rsidTr="00214B14">
        <w:trPr>
          <w:trHeight w:val="426"/>
        </w:trPr>
        <w:tc>
          <w:tcPr>
            <w:tcW w:w="9495" w:type="dxa"/>
            <w:gridSpan w:val="3"/>
            <w:shd w:val="clear" w:color="auto" w:fill="0D0D0D"/>
          </w:tcPr>
          <w:p w14:paraId="002C6AB5" w14:textId="77777777" w:rsidR="002454F5" w:rsidRPr="002454F5" w:rsidRDefault="002454F5" w:rsidP="002454F5">
            <w:pPr>
              <w:bidi/>
              <w:spacing w:after="0"/>
              <w:jc w:val="center"/>
              <w:rPr>
                <w:rFonts w:ascii="Faruma" w:eastAsia="Times New Roman" w:hAnsi="Faruma" w:cs="Faruma"/>
                <w:b/>
                <w:bCs/>
                <w:color w:val="FFFFFF"/>
                <w:sz w:val="24"/>
                <w:szCs w:val="24"/>
                <w:lang w:eastAsia="ja-JP"/>
              </w:rPr>
            </w:pPr>
            <w:r w:rsidRPr="002454F5">
              <w:rPr>
                <w:rFonts w:ascii="Faruma" w:eastAsia="Times New Roman" w:hAnsi="Faruma" w:cs="Faruma" w:hint="cs"/>
                <w:sz w:val="24"/>
                <w:szCs w:val="24"/>
                <w:rtl/>
                <w:lang w:eastAsia="ja-JP" w:bidi="dv-MV"/>
              </w:rPr>
              <w:t>ވަޒީފާއަށް އެދި ހުށަހަޅާ ފަރާތަށް ދޫކުރާ ސްލިޕް</w:t>
            </w:r>
          </w:p>
        </w:tc>
      </w:tr>
      <w:tr w:rsidR="002454F5" w:rsidRPr="002454F5" w14:paraId="0A827F88" w14:textId="77777777" w:rsidTr="00214B14">
        <w:trPr>
          <w:trHeight w:val="426"/>
        </w:trPr>
        <w:tc>
          <w:tcPr>
            <w:tcW w:w="9495" w:type="dxa"/>
            <w:gridSpan w:val="3"/>
            <w:shd w:val="clear" w:color="auto" w:fill="D0CECE"/>
          </w:tcPr>
          <w:p w14:paraId="628B066D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4"/>
                <w:szCs w:val="24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4"/>
                <w:szCs w:val="24"/>
                <w:rtl/>
                <w:lang w:eastAsia="ja-JP"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454F5" w:rsidRPr="002454F5" w14:paraId="03AB1B0D" w14:textId="77777777" w:rsidTr="00214B14">
        <w:trPr>
          <w:trHeight w:val="548"/>
        </w:trPr>
        <w:tc>
          <w:tcPr>
            <w:tcW w:w="2885" w:type="dxa"/>
            <w:shd w:val="clear" w:color="auto" w:fill="D9D9D9"/>
            <w:vAlign w:val="center"/>
          </w:tcPr>
          <w:p w14:paraId="4B634884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AE1CE10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ވަޒީފާއަށް އެދި ހުށަހަޅާ ފަރާތުގެ ނަން:</w:t>
            </w:r>
          </w:p>
        </w:tc>
      </w:tr>
      <w:tr w:rsidR="002454F5" w:rsidRPr="002454F5" w14:paraId="748BA01F" w14:textId="77777777" w:rsidTr="00214B14">
        <w:trPr>
          <w:trHeight w:val="503"/>
        </w:trPr>
        <w:tc>
          <w:tcPr>
            <w:tcW w:w="9495" w:type="dxa"/>
            <w:gridSpan w:val="3"/>
            <w:shd w:val="clear" w:color="auto" w:fill="D9D9D9"/>
            <w:vAlign w:val="center"/>
          </w:tcPr>
          <w:p w14:paraId="56397007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އިޢުލާން ނަންބަރު: </w:t>
            </w:r>
          </w:p>
        </w:tc>
      </w:tr>
      <w:tr w:rsidR="002454F5" w:rsidRPr="002454F5" w14:paraId="0253BF9C" w14:textId="77777777" w:rsidTr="00214B14">
        <w:trPr>
          <w:trHeight w:val="557"/>
        </w:trPr>
        <w:tc>
          <w:tcPr>
            <w:tcW w:w="9495" w:type="dxa"/>
            <w:gridSpan w:val="3"/>
            <w:shd w:val="clear" w:color="auto" w:fill="D9D9D9"/>
            <w:vAlign w:val="center"/>
          </w:tcPr>
          <w:p w14:paraId="2B8AAE76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ވަޒީފާއަށް އެދި ފޯމު ހުށަހެޅި އިދާރާގެ ނަން:</w:t>
            </w:r>
          </w:p>
        </w:tc>
      </w:tr>
      <w:tr w:rsidR="002454F5" w:rsidRPr="002454F5" w14:paraId="7AB8E0AD" w14:textId="77777777" w:rsidTr="00214B14">
        <w:trPr>
          <w:trHeight w:val="557"/>
        </w:trPr>
        <w:tc>
          <w:tcPr>
            <w:tcW w:w="9495" w:type="dxa"/>
            <w:gridSpan w:val="3"/>
            <w:shd w:val="clear" w:color="auto" w:fill="D9D9D9"/>
            <w:vAlign w:val="center"/>
          </w:tcPr>
          <w:p w14:paraId="61EA75DF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b/>
                <w:bCs/>
                <w:sz w:val="20"/>
                <w:szCs w:val="20"/>
                <w:rtl/>
                <w:lang w:eastAsia="ja-JP" w:bidi="dv-MV"/>
              </w:rPr>
              <w:t>ކެންޑިޑޭޓުގެ ކޯޑު ނަންބަރު:</w:t>
            </w:r>
          </w:p>
        </w:tc>
      </w:tr>
      <w:tr w:rsidR="002454F5" w:rsidRPr="002454F5" w14:paraId="3C356DC1" w14:textId="77777777" w:rsidTr="00214B14">
        <w:trPr>
          <w:trHeight w:val="530"/>
        </w:trPr>
        <w:tc>
          <w:tcPr>
            <w:tcW w:w="2885" w:type="dxa"/>
            <w:shd w:val="clear" w:color="auto" w:fill="D9D9D9"/>
            <w:vAlign w:val="center"/>
          </w:tcPr>
          <w:p w14:paraId="21903693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b/>
                <w:bCs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48A6445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 އޮފީހަށް ބަލައިގަތް ފަރާތުގެ ނަން:</w:t>
            </w:r>
          </w:p>
        </w:tc>
      </w:tr>
      <w:tr w:rsidR="002454F5" w:rsidRPr="002454F5" w14:paraId="215B3316" w14:textId="77777777" w:rsidTr="00214B14">
        <w:trPr>
          <w:trHeight w:val="576"/>
        </w:trPr>
        <w:tc>
          <w:tcPr>
            <w:tcW w:w="2885" w:type="dxa"/>
            <w:shd w:val="clear" w:color="auto" w:fill="D9D9D9"/>
          </w:tcPr>
          <w:p w14:paraId="68C051EA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rtl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35135ED1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4329457A" w14:textId="77777777" w:rsidR="002454F5" w:rsidRPr="002454F5" w:rsidRDefault="002454F5" w:rsidP="002454F5">
            <w:pPr>
              <w:bidi/>
              <w:spacing w:after="0"/>
              <w:rPr>
                <w:rFonts w:ascii="Faruma" w:eastAsia="Times New Roman" w:hAnsi="Faruma" w:cs="Faruma"/>
                <w:sz w:val="20"/>
                <w:szCs w:val="20"/>
                <w:lang w:eastAsia="ja-JP" w:bidi="dv-MV"/>
              </w:rPr>
            </w:pPr>
            <w:r w:rsidRPr="002454F5">
              <w:rPr>
                <w:rFonts w:ascii="Faruma" w:eastAsia="Times New Roman" w:hAnsi="Faruma" w:cs="Faruma" w:hint="cs"/>
                <w:sz w:val="20"/>
                <w:szCs w:val="20"/>
                <w:rtl/>
                <w:lang w:eastAsia="ja-JP" w:bidi="dv-MV"/>
              </w:rPr>
              <w:t>ފޯމު ބަލައިގަތް ތާރީޚު:</w:t>
            </w:r>
          </w:p>
        </w:tc>
      </w:tr>
    </w:tbl>
    <w:p w14:paraId="42C39DB2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p w14:paraId="6585932C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p w14:paraId="506BF333" w14:textId="77777777" w:rsidR="002454F5" w:rsidRPr="002454F5" w:rsidRDefault="002454F5" w:rsidP="002454F5">
      <w:pPr>
        <w:spacing w:after="0" w:line="279" w:lineRule="auto"/>
        <w:rPr>
          <w:rFonts w:ascii="Calibri" w:eastAsia="Times New Roman" w:hAnsi="Calibri" w:cs="Arial"/>
          <w:sz w:val="24"/>
          <w:szCs w:val="24"/>
          <w:lang w:eastAsia="ja-JP"/>
        </w:rPr>
      </w:pPr>
    </w:p>
    <w:sectPr w:rsidR="002454F5" w:rsidRPr="002454F5" w:rsidSect="00883D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52" w:right="1181" w:bottom="1152" w:left="1181" w:header="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60ECB" w14:textId="77777777" w:rsidR="00A67B65" w:rsidRDefault="00A67B65">
      <w:pPr>
        <w:spacing w:after="0" w:line="240" w:lineRule="auto"/>
      </w:pPr>
      <w:r>
        <w:separator/>
      </w:r>
    </w:p>
  </w:endnote>
  <w:endnote w:type="continuationSeparator" w:id="0">
    <w:p w14:paraId="7D393CFD" w14:textId="77777777" w:rsidR="00A67B65" w:rsidRDefault="00A67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9FDE0" w14:textId="77777777" w:rsidR="00883DEF" w:rsidRDefault="0088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6AB5" w14:textId="77777777" w:rsidR="00883DEF" w:rsidRPr="002454F5" w:rsidRDefault="00883DEF" w:rsidP="002454F5">
    <w:pPr>
      <w:pBdr>
        <w:left w:val="single" w:sz="12" w:space="11" w:color="4472C4"/>
      </w:pBdr>
      <w:tabs>
        <w:tab w:val="left" w:pos="622"/>
      </w:tabs>
      <w:spacing w:after="0"/>
      <w:rPr>
        <w:rFonts w:ascii="Calibri Light" w:eastAsia="Times New Roman" w:hAnsi="Calibri Light" w:cs="Times New Roman"/>
        <w:color w:val="00B050"/>
        <w:sz w:val="26"/>
        <w:szCs w:val="26"/>
      </w:rPr>
    </w:pPr>
    <w:r w:rsidRPr="002454F5">
      <w:rPr>
        <w:rFonts w:ascii="Calibri Light" w:eastAsia="Times New Roman" w:hAnsi="Calibri Light" w:cs="Times New Roman"/>
        <w:color w:val="00B050"/>
        <w:sz w:val="26"/>
        <w:szCs w:val="26"/>
      </w:rPr>
      <w:fldChar w:fldCharType="begin"/>
    </w:r>
    <w:r w:rsidRPr="002454F5">
      <w:rPr>
        <w:rFonts w:ascii="Calibri Light" w:eastAsia="Times New Roman" w:hAnsi="Calibri Light" w:cs="Times New Roman"/>
        <w:color w:val="00B050"/>
        <w:sz w:val="26"/>
        <w:szCs w:val="26"/>
      </w:rPr>
      <w:instrText xml:space="preserve"> PAGE   \* MERGEFORMAT </w:instrText>
    </w:r>
    <w:r w:rsidRPr="002454F5">
      <w:rPr>
        <w:rFonts w:ascii="Calibri Light" w:eastAsia="Times New Roman" w:hAnsi="Calibri Light" w:cs="Times New Roman"/>
        <w:color w:val="00B050"/>
        <w:sz w:val="26"/>
        <w:szCs w:val="26"/>
      </w:rPr>
      <w:fldChar w:fldCharType="separate"/>
    </w:r>
    <w:r w:rsidRPr="002454F5">
      <w:rPr>
        <w:rFonts w:ascii="Calibri Light" w:eastAsia="Times New Roman" w:hAnsi="Calibri Light" w:cs="Times New Roman"/>
        <w:noProof/>
        <w:color w:val="00B050"/>
        <w:sz w:val="26"/>
        <w:szCs w:val="26"/>
      </w:rPr>
      <w:t>2</w:t>
    </w:r>
    <w:r w:rsidRPr="002454F5">
      <w:rPr>
        <w:rFonts w:ascii="Calibri Light" w:eastAsia="Times New Roman" w:hAnsi="Calibri Light" w:cs="Times New Roman"/>
        <w:noProof/>
        <w:color w:val="00B050"/>
        <w:sz w:val="26"/>
        <w:szCs w:val="26"/>
      </w:rPr>
      <w:fldChar w:fldCharType="end"/>
    </w:r>
  </w:p>
  <w:p w14:paraId="218BADEB" w14:textId="770A288C" w:rsidR="002B436E" w:rsidRDefault="002B436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8CF9A" w14:textId="77777777" w:rsidR="00883DEF" w:rsidRDefault="00883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35A23" w14:textId="77777777" w:rsidR="00A67B65" w:rsidRDefault="00A67B65">
      <w:pPr>
        <w:spacing w:after="0" w:line="240" w:lineRule="auto"/>
      </w:pPr>
      <w:r>
        <w:separator/>
      </w:r>
    </w:p>
  </w:footnote>
  <w:footnote w:type="continuationSeparator" w:id="0">
    <w:p w14:paraId="71BA8DE1" w14:textId="77777777" w:rsidR="00A67B65" w:rsidRDefault="00A67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3B45" w14:textId="77777777" w:rsidR="00883DEF" w:rsidRDefault="0088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CA64" w14:textId="77777777" w:rsidR="002B436E" w:rsidRDefault="00964D61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FF05E33" wp14:editId="435AC90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5" cy="10692003"/>
          <wp:effectExtent l="0" t="0" r="0" b="0"/>
          <wp:wrapNone/>
          <wp:docPr id="461421228" name="Letterhead background 2" descr="Civil Service Commission letterhead 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5" cy="10692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5CF3E" w14:textId="77777777" w:rsidR="002B436E" w:rsidRDefault="00964D61">
    <w:pPr>
      <w:pStyle w:val="Header"/>
    </w:pPr>
    <w:r>
      <w:rPr>
        <w:noProof/>
      </w:rPr>
      <w:drawing>
        <wp:anchor distT="0" distB="0" distL="0" distR="0" simplePos="0" relativeHeight="251657216" behindDoc="1" locked="0" layoutInCell="1" allowOverlap="1" wp14:anchorId="0CDE1C95" wp14:editId="3FFB453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5" cy="10692003"/>
          <wp:effectExtent l="0" t="0" r="0" b="0"/>
          <wp:wrapNone/>
          <wp:docPr id="616135636" name="Letterhead background 1" descr="Civil Service Commission letterhead 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5" cy="10692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683724">
    <w:abstractNumId w:val="8"/>
  </w:num>
  <w:num w:numId="2" w16cid:durableId="548104975">
    <w:abstractNumId w:val="6"/>
  </w:num>
  <w:num w:numId="3" w16cid:durableId="558131761">
    <w:abstractNumId w:val="5"/>
  </w:num>
  <w:num w:numId="4" w16cid:durableId="563100502">
    <w:abstractNumId w:val="4"/>
  </w:num>
  <w:num w:numId="5" w16cid:durableId="202989367">
    <w:abstractNumId w:val="7"/>
  </w:num>
  <w:num w:numId="6" w16cid:durableId="944768599">
    <w:abstractNumId w:val="3"/>
  </w:num>
  <w:num w:numId="7" w16cid:durableId="915213956">
    <w:abstractNumId w:val="2"/>
  </w:num>
  <w:num w:numId="8" w16cid:durableId="968441219">
    <w:abstractNumId w:val="1"/>
  </w:num>
  <w:num w:numId="9" w16cid:durableId="1836144675">
    <w:abstractNumId w:val="0"/>
  </w:num>
  <w:num w:numId="10" w16cid:durableId="453867660">
    <w:abstractNumId w:val="9"/>
  </w:num>
  <w:num w:numId="11" w16cid:durableId="1976442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4F5"/>
    <w:rsid w:val="00286CB7"/>
    <w:rsid w:val="0029639D"/>
    <w:rsid w:val="002B436E"/>
    <w:rsid w:val="00326F90"/>
    <w:rsid w:val="00883DEF"/>
    <w:rsid w:val="00A67B6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71B4E1"/>
  <w14:defaultImageDpi w14:val="300"/>
  <w15:docId w15:val="{66AF22C6-B9C5-43D3-9243-E2462E70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714d54-8e97-4214-b2ce-9ea96e98c9f6">
      <Terms xmlns="http://schemas.microsoft.com/office/infopath/2007/PartnerControls"/>
    </lcf76f155ced4ddcb4097134ff3c332f>
    <TaxCatchAll xmlns="cf4cf78f-b024-4fff-b318-d6cee6b114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51C3C6-9FAF-4305-9956-900EC5431718}">
  <ds:schemaRefs>
    <ds:schemaRef ds:uri="http://schemas.microsoft.com/office/2006/metadata/properties"/>
    <ds:schemaRef ds:uri="http://schemas.microsoft.com/office/infopath/2007/PartnerControls"/>
    <ds:schemaRef ds:uri="5a714d54-8e97-4214-b2ce-9ea96e98c9f6"/>
    <ds:schemaRef ds:uri="cf4cf78f-b024-4fff-b318-d6cee6b11464"/>
  </ds:schemaRefs>
</ds:datastoreItem>
</file>

<file path=customXml/itemProps2.xml><?xml version="1.0" encoding="utf-8"?>
<ds:datastoreItem xmlns:ds="http://schemas.openxmlformats.org/officeDocument/2006/customXml" ds:itemID="{94A04220-84DB-409B-9A52-3FBB4A0D9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DF932-F8CD-49AE-B91D-617AFFAB2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cf78f-b024-4fff-b318-d6cee6b11464"/>
    <ds:schemaRef ds:uri="5a714d54-8e97-4214-b2ce-9ea96e98c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Khadheeja Shiufa</cp:lastModifiedBy>
  <cp:revision>5</cp:revision>
  <dcterms:created xsi:type="dcterms:W3CDTF">2013-12-23T23:15:00Z</dcterms:created>
  <dcterms:modified xsi:type="dcterms:W3CDTF">2026-10-06T10:42:00Z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0x010100A9356299A5D20E4D8499CE5E6622B4B6</vt:lpwstr>
  </property>
</Properties>
</file>