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7C718" w14:textId="77777777" w:rsidR="00587553" w:rsidRDefault="00587553">
      <w:pPr>
        <w:pStyle w:val="Heading1"/>
      </w:pPr>
    </w:p>
    <w:p w14:paraId="7DDDBA42" w14:textId="3C50DA31" w:rsidR="00587553" w:rsidRPr="00587553" w:rsidRDefault="00587553" w:rsidP="00587553">
      <w:pPr>
        <w:rPr>
          <w:rFonts w:ascii="Arial" w:eastAsia="Arial" w:hAnsi="Arial" w:cs="Arial"/>
          <w:position w:val="-1"/>
        </w:rPr>
      </w:pPr>
    </w:p>
    <w:p w14:paraId="3E3F6E50" w14:textId="77777777" w:rsidR="00587553" w:rsidRPr="00587553" w:rsidRDefault="00587553" w:rsidP="00587553">
      <w:pPr>
        <w:suppressAutoHyphens/>
        <w:spacing w:after="0" w:line="1" w:lineRule="atLeast"/>
        <w:ind w:leftChars="-1" w:hangingChars="1" w:hanging="2"/>
        <w:textDirection w:val="btLr"/>
        <w:textAlignment w:val="top"/>
        <w:outlineLvl w:val="0"/>
        <w:rPr>
          <w:rFonts w:ascii="Arial" w:eastAsia="Arial" w:hAnsi="Arial" w:cs="Arial"/>
          <w:position w:val="-1"/>
        </w:rPr>
      </w:pPr>
    </w:p>
    <w:p w14:paraId="0C89550D" w14:textId="77777777" w:rsidR="00181380" w:rsidRDefault="00181380" w:rsidP="00587553">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noProof/>
          <w:position w:val="-1"/>
          <w:sz w:val="24"/>
          <w:szCs w:val="24"/>
          <w:lang w:val="en-IE" w:eastAsia="en-IE"/>
        </w:rPr>
      </w:pPr>
    </w:p>
    <w:p w14:paraId="2277C21D" w14:textId="1EB7552A" w:rsidR="00587553" w:rsidRPr="00587553" w:rsidRDefault="00181380" w:rsidP="00587553">
      <w:pPr>
        <w:suppressAutoHyphens/>
        <w:spacing w:after="0" w:line="1" w:lineRule="atLeast"/>
        <w:ind w:leftChars="-1" w:hangingChars="1" w:hanging="2"/>
        <w:jc w:val="center"/>
        <w:textDirection w:val="btLr"/>
        <w:textAlignment w:val="top"/>
        <w:outlineLvl w:val="0"/>
        <w:rPr>
          <w:rFonts w:ascii="Arial" w:eastAsia="Arial" w:hAnsi="Arial" w:cs="Arial"/>
          <w:position w:val="-1"/>
          <w:sz w:val="96"/>
          <w:szCs w:val="96"/>
        </w:rPr>
      </w:pPr>
      <w:r w:rsidRPr="00B71338">
        <w:rPr>
          <w:rFonts w:ascii="Calibri" w:hAnsi="Calibri" w:cs="Calibri"/>
          <w:noProof/>
          <w:color w:val="1F497D" w:themeColor="text2"/>
        </w:rPr>
        <w:drawing>
          <wp:inline distT="0" distB="0" distL="0" distR="0" wp14:anchorId="7A4AFC5A" wp14:editId="29C00F91">
            <wp:extent cx="3143790" cy="822960"/>
            <wp:effectExtent l="0" t="0" r="0" b="0"/>
            <wp:docPr id="4" name="Picture 8" descr="Text&#10;&#10;Description automatically generated">
              <a:extLst xmlns:a="http://schemas.openxmlformats.org/drawingml/2006/main">
                <a:ext uri="{FF2B5EF4-FFF2-40B4-BE49-F238E27FC236}">
                  <a16:creationId xmlns:a16="http://schemas.microsoft.com/office/drawing/2014/main" id="{FE2E26FC-2EDA-4557-B5FB-C4B4E450E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8" descr="Text&#10;&#10;Description automatically generated">
                      <a:extLst>
                        <a:ext uri="{FF2B5EF4-FFF2-40B4-BE49-F238E27FC236}">
                          <a16:creationId xmlns:a16="http://schemas.microsoft.com/office/drawing/2014/main" id="{FE2E26FC-2EDA-4557-B5FB-C4B4E450EDD5}"/>
                        </a:ext>
                      </a:extLst>
                    </pic:cNvPr>
                    <pic:cNvPicPr>
                      <a:picLocks noChangeAspect="1"/>
                    </pic:cNvPicPr>
                  </pic:nvPicPr>
                  <pic:blipFill>
                    <a:blip r:embed="rId8"/>
                    <a:stretch>
                      <a:fillRect/>
                    </a:stretch>
                  </pic:blipFill>
                  <pic:spPr>
                    <a:xfrm>
                      <a:off x="0" y="0"/>
                      <a:ext cx="3182754" cy="833160"/>
                    </a:xfrm>
                    <a:prstGeom prst="rect">
                      <a:avLst/>
                    </a:prstGeom>
                    <a:noFill/>
                    <a:ln cap="flat">
                      <a:noFill/>
                    </a:ln>
                  </pic:spPr>
                </pic:pic>
              </a:graphicData>
            </a:graphic>
          </wp:inline>
        </w:drawing>
      </w:r>
    </w:p>
    <w:p w14:paraId="675E9E36" w14:textId="77777777" w:rsidR="00587553" w:rsidRPr="00587553" w:rsidRDefault="00587553" w:rsidP="00587553">
      <w:pPr>
        <w:suppressAutoHyphens/>
        <w:spacing w:after="0" w:line="1" w:lineRule="atLeast"/>
        <w:ind w:leftChars="-1" w:left="5" w:hangingChars="1" w:hanging="7"/>
        <w:jc w:val="center"/>
        <w:textDirection w:val="btLr"/>
        <w:textAlignment w:val="top"/>
        <w:outlineLvl w:val="0"/>
        <w:rPr>
          <w:rFonts w:ascii="Verdana" w:eastAsia="Verdana" w:hAnsi="Verdana" w:cs="Verdana"/>
          <w:position w:val="-1"/>
          <w:sz w:val="72"/>
          <w:szCs w:val="72"/>
        </w:rPr>
      </w:pPr>
    </w:p>
    <w:p w14:paraId="33E868FE" w14:textId="77777777" w:rsidR="00587553" w:rsidRPr="00587553" w:rsidRDefault="00587553" w:rsidP="00587553">
      <w:pPr>
        <w:suppressAutoHyphens/>
        <w:spacing w:after="0" w:line="1" w:lineRule="atLeast"/>
        <w:ind w:leftChars="-1" w:left="5" w:hangingChars="1" w:hanging="7"/>
        <w:jc w:val="center"/>
        <w:textDirection w:val="btLr"/>
        <w:textAlignment w:val="top"/>
        <w:outlineLvl w:val="0"/>
        <w:rPr>
          <w:rFonts w:ascii="Arial" w:eastAsia="Arial" w:hAnsi="Arial" w:cs="Arial"/>
          <w:position w:val="-1"/>
        </w:rPr>
      </w:pPr>
      <w:r w:rsidRPr="00587553">
        <w:rPr>
          <w:rFonts w:ascii="Verdana" w:eastAsia="Verdana" w:hAnsi="Verdana" w:cs="Verdana"/>
          <w:b/>
          <w:position w:val="-1"/>
          <w:sz w:val="72"/>
          <w:szCs w:val="72"/>
        </w:rPr>
        <w:t xml:space="preserve">Code of </w:t>
      </w:r>
      <w:proofErr w:type="spellStart"/>
      <w:r w:rsidRPr="00587553">
        <w:rPr>
          <w:rFonts w:ascii="Verdana" w:eastAsia="Verdana" w:hAnsi="Verdana" w:cs="Verdana"/>
          <w:b/>
          <w:position w:val="-1"/>
          <w:sz w:val="72"/>
          <w:szCs w:val="72"/>
        </w:rPr>
        <w:t>Behaviour</w:t>
      </w:r>
      <w:proofErr w:type="spellEnd"/>
    </w:p>
    <w:p w14:paraId="761096E9" w14:textId="77777777" w:rsidR="00587553" w:rsidRPr="00587553" w:rsidRDefault="00587553" w:rsidP="00587553">
      <w:pPr>
        <w:suppressAutoHyphens/>
        <w:spacing w:after="0" w:line="1" w:lineRule="atLeast"/>
        <w:ind w:leftChars="-1" w:hangingChars="1" w:hanging="2"/>
        <w:jc w:val="center"/>
        <w:textDirection w:val="btLr"/>
        <w:textAlignment w:val="top"/>
        <w:outlineLvl w:val="0"/>
        <w:rPr>
          <w:rFonts w:ascii="Arial" w:eastAsia="Arial" w:hAnsi="Arial" w:cs="Arial"/>
          <w:position w:val="-1"/>
        </w:rPr>
      </w:pPr>
    </w:p>
    <w:p w14:paraId="757A6326" w14:textId="77777777" w:rsidR="00587553" w:rsidRPr="00587553" w:rsidRDefault="00587553" w:rsidP="00587553">
      <w:pPr>
        <w:pBdr>
          <w:top w:val="nil"/>
          <w:left w:val="nil"/>
          <w:bottom w:val="nil"/>
          <w:right w:val="nil"/>
          <w:between w:val="nil"/>
        </w:pBdr>
        <w:suppressAutoHyphens/>
        <w:spacing w:before="280" w:after="280" w:line="240" w:lineRule="auto"/>
        <w:ind w:leftChars="-1" w:left="1" w:hangingChars="1" w:hanging="3"/>
        <w:jc w:val="center"/>
        <w:textDirection w:val="btLr"/>
        <w:textAlignment w:val="top"/>
        <w:outlineLvl w:val="0"/>
        <w:rPr>
          <w:rFonts w:ascii="Times New Roman" w:eastAsia="Times New Roman" w:hAnsi="Times New Roman" w:cs="Times New Roman"/>
          <w:color w:val="000000"/>
          <w:position w:val="-1"/>
          <w:sz w:val="28"/>
          <w:szCs w:val="28"/>
        </w:rPr>
      </w:pPr>
      <w:r w:rsidRPr="00587553">
        <w:rPr>
          <w:rFonts w:ascii="Times New Roman" w:eastAsia="Times New Roman" w:hAnsi="Times New Roman" w:cs="Times New Roman"/>
          <w:b/>
          <w:color w:val="000000"/>
          <w:position w:val="-1"/>
          <w:sz w:val="28"/>
          <w:szCs w:val="28"/>
        </w:rPr>
        <w:t>Amended and Updated</w:t>
      </w:r>
    </w:p>
    <w:p w14:paraId="733AA868" w14:textId="787C649D" w:rsidR="00587553" w:rsidRPr="00587553" w:rsidRDefault="00587553" w:rsidP="00587553">
      <w:pPr>
        <w:pBdr>
          <w:top w:val="nil"/>
          <w:left w:val="nil"/>
          <w:bottom w:val="nil"/>
          <w:right w:val="nil"/>
          <w:between w:val="nil"/>
        </w:pBdr>
        <w:suppressAutoHyphens/>
        <w:spacing w:before="280" w:after="280" w:line="240" w:lineRule="auto"/>
        <w:ind w:leftChars="-1" w:left="1" w:hangingChars="1" w:hanging="3"/>
        <w:jc w:val="center"/>
        <w:textDirection w:val="btLr"/>
        <w:textAlignment w:val="top"/>
        <w:outlineLvl w:val="0"/>
        <w:rPr>
          <w:rFonts w:ascii="Times New Roman" w:eastAsia="Times New Roman" w:hAnsi="Times New Roman" w:cs="Times New Roman"/>
          <w:color w:val="000000"/>
          <w:position w:val="-1"/>
          <w:sz w:val="28"/>
          <w:szCs w:val="28"/>
        </w:rPr>
      </w:pPr>
      <w:r>
        <w:rPr>
          <w:rFonts w:ascii="Times New Roman" w:eastAsia="Times New Roman" w:hAnsi="Times New Roman" w:cs="Times New Roman"/>
          <w:b/>
          <w:position w:val="-1"/>
          <w:sz w:val="28"/>
          <w:szCs w:val="28"/>
        </w:rPr>
        <w:t>202</w:t>
      </w:r>
      <w:r w:rsidR="00E22D01">
        <w:rPr>
          <w:rFonts w:ascii="Times New Roman" w:eastAsia="Times New Roman" w:hAnsi="Times New Roman" w:cs="Times New Roman"/>
          <w:b/>
          <w:position w:val="-1"/>
          <w:sz w:val="28"/>
          <w:szCs w:val="28"/>
        </w:rPr>
        <w:t>6</w:t>
      </w:r>
      <w:r>
        <w:rPr>
          <w:rFonts w:ascii="Times New Roman" w:eastAsia="Times New Roman" w:hAnsi="Times New Roman" w:cs="Times New Roman"/>
          <w:b/>
          <w:position w:val="-1"/>
          <w:sz w:val="28"/>
          <w:szCs w:val="28"/>
        </w:rPr>
        <w:t>/</w:t>
      </w:r>
      <w:r w:rsidR="00E22D01">
        <w:rPr>
          <w:rFonts w:ascii="Times New Roman" w:eastAsia="Times New Roman" w:hAnsi="Times New Roman" w:cs="Times New Roman"/>
          <w:b/>
          <w:position w:val="-1"/>
          <w:sz w:val="28"/>
          <w:szCs w:val="28"/>
        </w:rPr>
        <w:t>2027</w:t>
      </w:r>
    </w:p>
    <w:p w14:paraId="2C5B8482" w14:textId="77777777" w:rsidR="00587553" w:rsidRPr="00587553" w:rsidRDefault="00587553" w:rsidP="00587553">
      <w:pPr>
        <w:suppressAutoHyphens/>
        <w:spacing w:after="0" w:line="1" w:lineRule="atLeast"/>
        <w:ind w:leftChars="-1" w:hangingChars="1" w:hanging="2"/>
        <w:jc w:val="center"/>
        <w:textDirection w:val="btLr"/>
        <w:textAlignment w:val="top"/>
        <w:outlineLvl w:val="0"/>
        <w:rPr>
          <w:rFonts w:ascii="Arial" w:eastAsia="Arial" w:hAnsi="Arial" w:cs="Arial"/>
          <w:position w:val="-1"/>
        </w:rPr>
      </w:pPr>
    </w:p>
    <w:p w14:paraId="4DF74A44" w14:textId="77777777" w:rsidR="00587553" w:rsidRPr="00587553" w:rsidRDefault="00587553" w:rsidP="00587553">
      <w:pPr>
        <w:suppressAutoHyphens/>
        <w:spacing w:after="0" w:line="1" w:lineRule="atLeast"/>
        <w:ind w:leftChars="-1" w:hangingChars="1" w:hanging="2"/>
        <w:textDirection w:val="btLr"/>
        <w:textAlignment w:val="top"/>
        <w:outlineLvl w:val="0"/>
        <w:rPr>
          <w:rFonts w:ascii="Arial" w:eastAsia="Arial" w:hAnsi="Arial" w:cs="Arial"/>
          <w:position w:val="-1"/>
        </w:rPr>
      </w:pPr>
    </w:p>
    <w:p w14:paraId="22E8E0C8" w14:textId="77777777" w:rsidR="00587553" w:rsidRPr="00587553" w:rsidRDefault="00587553" w:rsidP="00587553">
      <w:pPr>
        <w:suppressAutoHyphens/>
        <w:spacing w:after="0" w:line="1" w:lineRule="atLeast"/>
        <w:ind w:leftChars="-1" w:hangingChars="1" w:hanging="2"/>
        <w:textDirection w:val="btLr"/>
        <w:textAlignment w:val="top"/>
        <w:outlineLvl w:val="0"/>
        <w:rPr>
          <w:rFonts w:ascii="Arial" w:eastAsia="Arial" w:hAnsi="Arial" w:cs="Arial"/>
          <w:position w:val="-1"/>
        </w:rPr>
      </w:pPr>
    </w:p>
    <w:p w14:paraId="5B041679" w14:textId="77777777" w:rsidR="00587553" w:rsidRPr="00587553" w:rsidRDefault="00587553" w:rsidP="00587553">
      <w:pPr>
        <w:suppressAutoHyphens/>
        <w:spacing w:after="0" w:line="1" w:lineRule="atLeast"/>
        <w:ind w:leftChars="-1" w:hangingChars="1" w:hanging="2"/>
        <w:textDirection w:val="btLr"/>
        <w:textAlignment w:val="top"/>
        <w:outlineLvl w:val="0"/>
        <w:rPr>
          <w:rFonts w:ascii="Arial" w:eastAsia="Arial" w:hAnsi="Arial" w:cs="Arial"/>
          <w:position w:val="-1"/>
        </w:rPr>
      </w:pPr>
    </w:p>
    <w:p w14:paraId="46DEF42D" w14:textId="77777777" w:rsidR="00587553" w:rsidRPr="00587553" w:rsidRDefault="00587553" w:rsidP="00587553">
      <w:pPr>
        <w:suppressAutoHyphens/>
        <w:spacing w:after="0" w:line="1" w:lineRule="atLeast"/>
        <w:ind w:leftChars="-1" w:hangingChars="1" w:hanging="2"/>
        <w:textDirection w:val="btLr"/>
        <w:textAlignment w:val="top"/>
        <w:outlineLvl w:val="0"/>
        <w:rPr>
          <w:rFonts w:ascii="Arial" w:eastAsia="Arial" w:hAnsi="Arial" w:cs="Arial"/>
          <w:position w:val="-1"/>
        </w:rPr>
      </w:pPr>
    </w:p>
    <w:p w14:paraId="724A427A" w14:textId="77777777" w:rsidR="00587553" w:rsidRPr="00587553" w:rsidRDefault="00587553" w:rsidP="00587553">
      <w:pPr>
        <w:suppressAutoHyphens/>
        <w:spacing w:after="0" w:line="1" w:lineRule="atLeast"/>
        <w:ind w:leftChars="-1" w:hangingChars="1" w:hanging="2"/>
        <w:textDirection w:val="btLr"/>
        <w:textAlignment w:val="top"/>
        <w:outlineLvl w:val="0"/>
        <w:rPr>
          <w:rFonts w:ascii="Arial" w:eastAsia="Arial" w:hAnsi="Arial" w:cs="Arial"/>
          <w:position w:val="-1"/>
        </w:rPr>
      </w:pPr>
    </w:p>
    <w:p w14:paraId="25E5443F" w14:textId="77777777" w:rsidR="00587553" w:rsidRPr="00587553" w:rsidRDefault="00587553" w:rsidP="00587553">
      <w:pPr>
        <w:suppressAutoHyphens/>
        <w:spacing w:after="0" w:line="1" w:lineRule="atLeast"/>
        <w:ind w:leftChars="-1" w:hangingChars="1" w:hanging="2"/>
        <w:textDirection w:val="btLr"/>
        <w:textAlignment w:val="top"/>
        <w:outlineLvl w:val="0"/>
        <w:rPr>
          <w:rFonts w:ascii="Arial" w:eastAsia="Arial" w:hAnsi="Arial" w:cs="Arial"/>
          <w:position w:val="-1"/>
        </w:rPr>
      </w:pPr>
    </w:p>
    <w:p w14:paraId="6777FD86" w14:textId="77777777" w:rsidR="00587553" w:rsidRPr="00587553" w:rsidRDefault="00587553" w:rsidP="00587553">
      <w:pPr>
        <w:suppressAutoHyphens/>
        <w:spacing w:after="0" w:line="1" w:lineRule="atLeast"/>
        <w:ind w:leftChars="-1" w:hangingChars="1" w:hanging="2"/>
        <w:textDirection w:val="btLr"/>
        <w:textAlignment w:val="top"/>
        <w:outlineLvl w:val="0"/>
        <w:rPr>
          <w:rFonts w:ascii="Arial" w:eastAsia="Arial" w:hAnsi="Arial" w:cs="Arial"/>
          <w:position w:val="-1"/>
        </w:rPr>
      </w:pPr>
    </w:p>
    <w:p w14:paraId="0145F951" w14:textId="77777777" w:rsidR="00587553" w:rsidRPr="00587553" w:rsidRDefault="00587553" w:rsidP="00587553">
      <w:pPr>
        <w:suppressAutoHyphens/>
        <w:spacing w:after="0" w:line="1" w:lineRule="atLeast"/>
        <w:ind w:leftChars="-1" w:hangingChars="1" w:hanging="2"/>
        <w:textDirection w:val="btLr"/>
        <w:textAlignment w:val="top"/>
        <w:outlineLvl w:val="0"/>
        <w:rPr>
          <w:rFonts w:ascii="Arial" w:eastAsia="Arial" w:hAnsi="Arial" w:cs="Arial"/>
          <w:position w:val="-1"/>
        </w:rPr>
      </w:pPr>
    </w:p>
    <w:p w14:paraId="747A40A9" w14:textId="5FFC86C1" w:rsidR="00587553" w:rsidRDefault="00587553" w:rsidP="00587553">
      <w:pPr>
        <w:suppressAutoHyphens/>
        <w:spacing w:after="0" w:line="1" w:lineRule="atLeast"/>
        <w:ind w:leftChars="-1" w:hangingChars="1" w:hanging="2"/>
        <w:textDirection w:val="btLr"/>
        <w:textAlignment w:val="top"/>
        <w:outlineLvl w:val="0"/>
        <w:rPr>
          <w:rFonts w:ascii="Arial" w:eastAsia="Arial" w:hAnsi="Arial" w:cs="Arial"/>
          <w:position w:val="-1"/>
        </w:rPr>
      </w:pPr>
    </w:p>
    <w:p w14:paraId="75CA7C7E" w14:textId="7416DA91" w:rsidR="00AD1707" w:rsidRDefault="00AD1707" w:rsidP="00587553">
      <w:pPr>
        <w:suppressAutoHyphens/>
        <w:spacing w:after="0" w:line="1" w:lineRule="atLeast"/>
        <w:ind w:leftChars="-1" w:hangingChars="1" w:hanging="2"/>
        <w:textDirection w:val="btLr"/>
        <w:textAlignment w:val="top"/>
        <w:outlineLvl w:val="0"/>
        <w:rPr>
          <w:rFonts w:ascii="Arial" w:eastAsia="Arial" w:hAnsi="Arial" w:cs="Arial"/>
          <w:position w:val="-1"/>
        </w:rPr>
      </w:pPr>
    </w:p>
    <w:p w14:paraId="2BCBE2FD" w14:textId="47CFD68E" w:rsidR="00AD1707" w:rsidRDefault="00AD1707" w:rsidP="00587553">
      <w:pPr>
        <w:suppressAutoHyphens/>
        <w:spacing w:after="0" w:line="1" w:lineRule="atLeast"/>
        <w:ind w:leftChars="-1" w:hangingChars="1" w:hanging="2"/>
        <w:textDirection w:val="btLr"/>
        <w:textAlignment w:val="top"/>
        <w:outlineLvl w:val="0"/>
        <w:rPr>
          <w:rFonts w:ascii="Arial" w:eastAsia="Arial" w:hAnsi="Arial" w:cs="Arial"/>
          <w:position w:val="-1"/>
        </w:rPr>
      </w:pPr>
    </w:p>
    <w:p w14:paraId="0B66ECD7" w14:textId="0698B320" w:rsidR="00AD1707" w:rsidRDefault="00AD1707" w:rsidP="00587553">
      <w:pPr>
        <w:suppressAutoHyphens/>
        <w:spacing w:after="0" w:line="1" w:lineRule="atLeast"/>
        <w:ind w:leftChars="-1" w:hangingChars="1" w:hanging="2"/>
        <w:textDirection w:val="btLr"/>
        <w:textAlignment w:val="top"/>
        <w:outlineLvl w:val="0"/>
        <w:rPr>
          <w:rFonts w:ascii="Arial" w:eastAsia="Arial" w:hAnsi="Arial" w:cs="Arial"/>
          <w:position w:val="-1"/>
        </w:rPr>
      </w:pPr>
    </w:p>
    <w:p w14:paraId="2B1C7CE3" w14:textId="7EEFD505" w:rsidR="00AD1707" w:rsidRDefault="00AD1707" w:rsidP="00587553">
      <w:pPr>
        <w:suppressAutoHyphens/>
        <w:spacing w:after="0" w:line="1" w:lineRule="atLeast"/>
        <w:ind w:leftChars="-1" w:hangingChars="1" w:hanging="2"/>
        <w:textDirection w:val="btLr"/>
        <w:textAlignment w:val="top"/>
        <w:outlineLvl w:val="0"/>
        <w:rPr>
          <w:rFonts w:ascii="Arial" w:eastAsia="Arial" w:hAnsi="Arial" w:cs="Arial"/>
          <w:position w:val="-1"/>
        </w:rPr>
      </w:pPr>
    </w:p>
    <w:p w14:paraId="51CC28BC" w14:textId="2043A152" w:rsidR="00AD1707" w:rsidRDefault="00AD1707" w:rsidP="00587553">
      <w:pPr>
        <w:suppressAutoHyphens/>
        <w:spacing w:after="0" w:line="1" w:lineRule="atLeast"/>
        <w:ind w:leftChars="-1" w:hangingChars="1" w:hanging="2"/>
        <w:textDirection w:val="btLr"/>
        <w:textAlignment w:val="top"/>
        <w:outlineLvl w:val="0"/>
        <w:rPr>
          <w:rFonts w:ascii="Arial" w:eastAsia="Arial" w:hAnsi="Arial" w:cs="Arial"/>
          <w:position w:val="-1"/>
        </w:rPr>
      </w:pPr>
    </w:p>
    <w:p w14:paraId="5D908547" w14:textId="0C55E15E" w:rsidR="00AD1707" w:rsidRDefault="00AD1707" w:rsidP="00587553">
      <w:pPr>
        <w:suppressAutoHyphens/>
        <w:spacing w:after="0" w:line="1" w:lineRule="atLeast"/>
        <w:ind w:leftChars="-1" w:hangingChars="1" w:hanging="2"/>
        <w:textDirection w:val="btLr"/>
        <w:textAlignment w:val="top"/>
        <w:outlineLvl w:val="0"/>
        <w:rPr>
          <w:rFonts w:ascii="Arial" w:eastAsia="Arial" w:hAnsi="Arial" w:cs="Arial"/>
          <w:position w:val="-1"/>
        </w:rPr>
      </w:pPr>
    </w:p>
    <w:p w14:paraId="55B38E31" w14:textId="6462CCBC" w:rsidR="00AD1707" w:rsidRDefault="00AD1707" w:rsidP="00587553">
      <w:pPr>
        <w:suppressAutoHyphens/>
        <w:spacing w:after="0" w:line="1" w:lineRule="atLeast"/>
        <w:ind w:leftChars="-1" w:hangingChars="1" w:hanging="2"/>
        <w:textDirection w:val="btLr"/>
        <w:textAlignment w:val="top"/>
        <w:outlineLvl w:val="0"/>
        <w:rPr>
          <w:rFonts w:ascii="Arial" w:eastAsia="Arial" w:hAnsi="Arial" w:cs="Arial"/>
          <w:position w:val="-1"/>
        </w:rPr>
      </w:pPr>
    </w:p>
    <w:p w14:paraId="3D552775" w14:textId="06D78135" w:rsidR="00AD1707" w:rsidRDefault="00AD1707" w:rsidP="00587553">
      <w:pPr>
        <w:suppressAutoHyphens/>
        <w:spacing w:after="0" w:line="1" w:lineRule="atLeast"/>
        <w:ind w:leftChars="-1" w:hangingChars="1" w:hanging="2"/>
        <w:textDirection w:val="btLr"/>
        <w:textAlignment w:val="top"/>
        <w:outlineLvl w:val="0"/>
        <w:rPr>
          <w:rFonts w:ascii="Arial" w:eastAsia="Arial" w:hAnsi="Arial" w:cs="Arial"/>
          <w:position w:val="-1"/>
        </w:rPr>
      </w:pPr>
    </w:p>
    <w:p w14:paraId="14848F98" w14:textId="3C857CAE" w:rsidR="00AD1707" w:rsidRDefault="00AD1707" w:rsidP="00587553">
      <w:pPr>
        <w:suppressAutoHyphens/>
        <w:spacing w:after="0" w:line="1" w:lineRule="atLeast"/>
        <w:ind w:leftChars="-1" w:hangingChars="1" w:hanging="2"/>
        <w:textDirection w:val="btLr"/>
        <w:textAlignment w:val="top"/>
        <w:outlineLvl w:val="0"/>
        <w:rPr>
          <w:rFonts w:ascii="Arial" w:eastAsia="Arial" w:hAnsi="Arial" w:cs="Arial"/>
          <w:position w:val="-1"/>
        </w:rPr>
      </w:pPr>
    </w:p>
    <w:p w14:paraId="680CFD78" w14:textId="5564D1C3" w:rsidR="00AD1707" w:rsidRDefault="00AD1707" w:rsidP="00587553">
      <w:pPr>
        <w:suppressAutoHyphens/>
        <w:spacing w:after="0" w:line="1" w:lineRule="atLeast"/>
        <w:ind w:leftChars="-1" w:hangingChars="1" w:hanging="2"/>
        <w:textDirection w:val="btLr"/>
        <w:textAlignment w:val="top"/>
        <w:outlineLvl w:val="0"/>
        <w:rPr>
          <w:rFonts w:ascii="Arial" w:eastAsia="Arial" w:hAnsi="Arial" w:cs="Arial"/>
          <w:position w:val="-1"/>
        </w:rPr>
      </w:pPr>
    </w:p>
    <w:p w14:paraId="17D018A2" w14:textId="77777777" w:rsidR="00AD1707" w:rsidRPr="00587553" w:rsidRDefault="00AD1707" w:rsidP="00587553">
      <w:pPr>
        <w:suppressAutoHyphens/>
        <w:spacing w:after="0" w:line="1" w:lineRule="atLeast"/>
        <w:ind w:leftChars="-1" w:hangingChars="1" w:hanging="2"/>
        <w:textDirection w:val="btLr"/>
        <w:textAlignment w:val="top"/>
        <w:outlineLvl w:val="0"/>
        <w:rPr>
          <w:rFonts w:ascii="Arial" w:eastAsia="Arial" w:hAnsi="Arial" w:cs="Arial"/>
          <w:position w:val="-1"/>
        </w:rPr>
      </w:pPr>
    </w:p>
    <w:p w14:paraId="110F81FE" w14:textId="77777777" w:rsidR="00587553" w:rsidRPr="00587553" w:rsidRDefault="00587553" w:rsidP="00587553">
      <w:pPr>
        <w:suppressAutoHyphens/>
        <w:spacing w:after="0" w:line="1" w:lineRule="atLeast"/>
        <w:ind w:leftChars="-1" w:hangingChars="1" w:hanging="2"/>
        <w:textDirection w:val="btLr"/>
        <w:textAlignment w:val="top"/>
        <w:outlineLvl w:val="0"/>
        <w:rPr>
          <w:rFonts w:ascii="Arial" w:eastAsia="Arial" w:hAnsi="Arial" w:cs="Arial"/>
          <w:position w:val="-1"/>
        </w:rPr>
      </w:pPr>
    </w:p>
    <w:p w14:paraId="1AFAB030" w14:textId="77777777" w:rsidR="00587553" w:rsidRPr="00587553" w:rsidRDefault="00587553" w:rsidP="00587553">
      <w:pPr>
        <w:suppressAutoHyphens/>
        <w:spacing w:after="0" w:line="1" w:lineRule="atLeast"/>
        <w:ind w:leftChars="-1" w:hangingChars="1" w:hanging="2"/>
        <w:textDirection w:val="btLr"/>
        <w:textAlignment w:val="top"/>
        <w:outlineLvl w:val="0"/>
        <w:rPr>
          <w:rFonts w:ascii="Arial" w:eastAsia="Arial" w:hAnsi="Arial" w:cs="Arial"/>
          <w:position w:val="-1"/>
        </w:rPr>
      </w:pPr>
    </w:p>
    <w:p w14:paraId="1E45DCC8" w14:textId="77777777" w:rsidR="00587553" w:rsidRPr="00587553" w:rsidRDefault="00587553" w:rsidP="00587553">
      <w:pPr>
        <w:suppressAutoHyphens/>
        <w:spacing w:after="0" w:line="1" w:lineRule="atLeast"/>
        <w:ind w:leftChars="-1" w:hangingChars="1" w:hanging="2"/>
        <w:jc w:val="center"/>
        <w:textDirection w:val="btLr"/>
        <w:textAlignment w:val="top"/>
        <w:outlineLvl w:val="0"/>
        <w:rPr>
          <w:rFonts w:ascii="Arial" w:eastAsia="Arial" w:hAnsi="Arial" w:cs="Arial"/>
          <w:position w:val="-1"/>
        </w:rPr>
      </w:pPr>
      <w:r w:rsidRPr="00587553">
        <w:rPr>
          <w:rFonts w:ascii="Arial" w:eastAsia="Arial" w:hAnsi="Arial" w:cs="Arial"/>
          <w:b/>
          <w:position w:val="-1"/>
        </w:rPr>
        <w:t>Be the best that you can be</w:t>
      </w:r>
    </w:p>
    <w:p w14:paraId="7933B919" w14:textId="77777777" w:rsidR="00587553" w:rsidRPr="00587553" w:rsidRDefault="00587553" w:rsidP="00587553">
      <w:pPr>
        <w:suppressAutoHyphens/>
        <w:spacing w:after="0" w:line="1" w:lineRule="atLeast"/>
        <w:ind w:leftChars="-1" w:hangingChars="1" w:hanging="2"/>
        <w:textDirection w:val="btLr"/>
        <w:textAlignment w:val="top"/>
        <w:outlineLvl w:val="0"/>
        <w:rPr>
          <w:rFonts w:ascii="Arial" w:eastAsia="Arial" w:hAnsi="Arial" w:cs="Arial"/>
          <w:position w:val="-1"/>
        </w:rPr>
      </w:pPr>
    </w:p>
    <w:p w14:paraId="4B0C199C" w14:textId="24CACF1E" w:rsidR="00272862" w:rsidRDefault="004A5339">
      <w:pPr>
        <w:pStyle w:val="Heading1"/>
      </w:pPr>
      <w:proofErr w:type="spellStart"/>
      <w:r>
        <w:t>Scoil</w:t>
      </w:r>
      <w:proofErr w:type="spellEnd"/>
      <w:r>
        <w:t xml:space="preserve"> </w:t>
      </w:r>
      <w:proofErr w:type="spellStart"/>
      <w:r>
        <w:t>Chaitríona</w:t>
      </w:r>
      <w:proofErr w:type="spellEnd"/>
      <w:r>
        <w:t xml:space="preserve"> Junior – </w:t>
      </w:r>
      <w:r w:rsidR="00250971">
        <w:t xml:space="preserve">Code of </w:t>
      </w:r>
      <w:proofErr w:type="spellStart"/>
      <w:r w:rsidR="00250971">
        <w:t>Behaviour</w:t>
      </w:r>
      <w:proofErr w:type="spellEnd"/>
      <w:r w:rsidR="00474601">
        <w:t xml:space="preserve"> 202</w:t>
      </w:r>
      <w:r w:rsidR="00E22D01">
        <w:t>6</w:t>
      </w:r>
      <w:r w:rsidR="00587553">
        <w:t>/2</w:t>
      </w:r>
      <w:r w:rsidR="00E22D01">
        <w:t>027</w:t>
      </w:r>
    </w:p>
    <w:p w14:paraId="2A3F5D39" w14:textId="77777777" w:rsidR="00272862" w:rsidRDefault="00272862"/>
    <w:p w14:paraId="5BE82E98" w14:textId="77777777" w:rsidR="003026D2" w:rsidRPr="003026D2" w:rsidRDefault="003026D2" w:rsidP="003026D2">
      <w:r w:rsidRPr="003026D2">
        <w:rPr>
          <w:b/>
        </w:rPr>
        <w:t>INTRODUCTORY STATEMENT</w:t>
      </w:r>
    </w:p>
    <w:p w14:paraId="755063B8" w14:textId="7C3B5730" w:rsidR="00F459F2" w:rsidRDefault="003026D2">
      <w:r w:rsidRPr="003026D2">
        <w:t xml:space="preserve">This Code of </w:t>
      </w:r>
      <w:proofErr w:type="spellStart"/>
      <w:r w:rsidRPr="003026D2">
        <w:t>Behaviour</w:t>
      </w:r>
      <w:proofErr w:type="spellEnd"/>
      <w:r w:rsidRPr="003026D2">
        <w:t xml:space="preserve"> has been devised in consultation and collaboration with the school community of </w:t>
      </w:r>
      <w:proofErr w:type="spellStart"/>
      <w:r w:rsidRPr="003026D2">
        <w:t>Scoil</w:t>
      </w:r>
      <w:proofErr w:type="spellEnd"/>
      <w:r w:rsidRPr="003026D2">
        <w:t xml:space="preserve"> </w:t>
      </w:r>
      <w:proofErr w:type="spellStart"/>
      <w:r w:rsidRPr="003026D2">
        <w:t>Chaitríona</w:t>
      </w:r>
      <w:proofErr w:type="spellEnd"/>
      <w:r w:rsidRPr="003026D2">
        <w:t xml:space="preserve"> Junior. It was devised reviewed over the cour</w:t>
      </w:r>
      <w:r>
        <w:t>se of the school year 2025-2</w:t>
      </w:r>
      <w:r w:rsidR="00E22D01">
        <w:t>02</w:t>
      </w:r>
      <w:r>
        <w:t xml:space="preserve">6. </w:t>
      </w:r>
      <w:r w:rsidR="00E22D01">
        <w:t xml:space="preserve"> </w:t>
      </w:r>
      <w:r w:rsidRPr="003026D2">
        <w:t xml:space="preserve">Affirmation and reward of good </w:t>
      </w:r>
      <w:proofErr w:type="spellStart"/>
      <w:r w:rsidRPr="003026D2">
        <w:t>behaviour</w:t>
      </w:r>
      <w:proofErr w:type="spellEnd"/>
      <w:r w:rsidRPr="003026D2">
        <w:t xml:space="preserve"> by school and home is a fundamental part of our Code of </w:t>
      </w:r>
      <w:proofErr w:type="spellStart"/>
      <w:r w:rsidRPr="003026D2">
        <w:t>Behaviour</w:t>
      </w:r>
      <w:proofErr w:type="spellEnd"/>
      <w:r w:rsidRPr="003026D2">
        <w:t xml:space="preserve">. The Code of </w:t>
      </w:r>
      <w:proofErr w:type="spellStart"/>
      <w:r w:rsidRPr="003026D2">
        <w:t>Behaviour</w:t>
      </w:r>
      <w:proofErr w:type="spellEnd"/>
      <w:r w:rsidRPr="003026D2">
        <w:t xml:space="preserve"> and the expectations set out in the Code</w:t>
      </w:r>
      <w:r>
        <w:t>,</w:t>
      </w:r>
      <w:r w:rsidRPr="003026D2">
        <w:t xml:space="preserve"> are based on respect for others, a commitment to study and participation in the life of the school.</w:t>
      </w:r>
      <w:r>
        <w:t xml:space="preserve"> </w:t>
      </w:r>
      <w:r w:rsidRPr="003026D2">
        <w:t>The Code applies to all aspects of school life and all school related activities before, during and after school.</w:t>
      </w:r>
    </w:p>
    <w:p w14:paraId="280E7644" w14:textId="77777777" w:rsidR="00272862" w:rsidRPr="00E22D01" w:rsidRDefault="00250971">
      <w:pPr>
        <w:rPr>
          <w:b/>
          <w:bCs/>
        </w:rPr>
      </w:pPr>
      <w:r w:rsidRPr="00E22D01">
        <w:rPr>
          <w:b/>
          <w:bCs/>
        </w:rPr>
        <w:t xml:space="preserve">This Code of </w:t>
      </w:r>
      <w:proofErr w:type="spellStart"/>
      <w:r w:rsidRPr="00E22D01">
        <w:rPr>
          <w:b/>
          <w:bCs/>
        </w:rPr>
        <w:t>Behaviour</w:t>
      </w:r>
      <w:proofErr w:type="spellEnd"/>
      <w:r w:rsidRPr="00E22D01">
        <w:rPr>
          <w:b/>
          <w:bCs/>
        </w:rPr>
        <w:t xml:space="preserve"> is developed in accordance with:</w:t>
      </w:r>
    </w:p>
    <w:p w14:paraId="4DDBE23F" w14:textId="77777777" w:rsidR="00272862" w:rsidRDefault="00250971">
      <w:r>
        <w:t xml:space="preserve">• Section 23 of the Education (Welfare) Act 2000  </w:t>
      </w:r>
    </w:p>
    <w:p w14:paraId="07837909" w14:textId="77777777" w:rsidR="00272862" w:rsidRDefault="00250971">
      <w:r>
        <w:t xml:space="preserve">• Developing a Code of </w:t>
      </w:r>
      <w:proofErr w:type="spellStart"/>
      <w:r>
        <w:t>Behaviour</w:t>
      </w:r>
      <w:proofErr w:type="spellEnd"/>
      <w:r>
        <w:t xml:space="preserve">: Guidelines for Schools (TUSLA/NEWB, 2008)  </w:t>
      </w:r>
    </w:p>
    <w:p w14:paraId="59C70232" w14:textId="77777777" w:rsidR="00272862" w:rsidRDefault="00250971">
      <w:r>
        <w:t xml:space="preserve">• </w:t>
      </w:r>
      <w:proofErr w:type="spellStart"/>
      <w:r>
        <w:t>Behaviours</w:t>
      </w:r>
      <w:proofErr w:type="spellEnd"/>
      <w:r>
        <w:t xml:space="preserve"> of Concern: Guidelines for Primary and Post‑Primary Schools (Department of Education &amp; NEPS, 2024)  </w:t>
      </w:r>
    </w:p>
    <w:p w14:paraId="42AC0D48" w14:textId="77777777" w:rsidR="000F7291" w:rsidRDefault="00205D0D">
      <w:r>
        <w:t xml:space="preserve">• </w:t>
      </w:r>
      <w:proofErr w:type="spellStart"/>
      <w:r>
        <w:t>Bí</w:t>
      </w:r>
      <w:proofErr w:type="spellEnd"/>
      <w:r>
        <w:t xml:space="preserve"> </w:t>
      </w:r>
      <w:proofErr w:type="spellStart"/>
      <w:r>
        <w:t>Cinéalta</w:t>
      </w:r>
      <w:proofErr w:type="spellEnd"/>
      <w:r>
        <w:t xml:space="preserve"> Policy – Procedures to prevent and Address Bullying (Department of Education, 2024)</w:t>
      </w:r>
    </w:p>
    <w:p w14:paraId="5D866A2E" w14:textId="77777777" w:rsidR="00205D0D" w:rsidRDefault="00205D0D">
      <w:r>
        <w:t xml:space="preserve">• Relate Document - A Regulation </w:t>
      </w:r>
      <w:r w:rsidRPr="00205D0D">
        <w:t xml:space="preserve">First Approach to Reframing </w:t>
      </w:r>
      <w:proofErr w:type="spellStart"/>
      <w:r w:rsidRPr="00205D0D">
        <w:t>Behaviour</w:t>
      </w:r>
      <w:proofErr w:type="spellEnd"/>
      <w:r w:rsidRPr="00205D0D">
        <w:t xml:space="preserve"> and Supporting Student Engagement and Participation </w:t>
      </w:r>
      <w:r>
        <w:t>(NCSE, 2025)</w:t>
      </w:r>
    </w:p>
    <w:p w14:paraId="08A45D8D" w14:textId="77777777" w:rsidR="00272862" w:rsidRDefault="00250971">
      <w:r>
        <w:t>• Child Protection Procedures, Equal Status Acts, EPSEN Act, and other relevant legislation.</w:t>
      </w:r>
    </w:p>
    <w:p w14:paraId="24A5A0D9" w14:textId="77777777" w:rsidR="00272862" w:rsidRDefault="00272862"/>
    <w:p w14:paraId="01186846" w14:textId="0B8CC6E0" w:rsidR="00272862" w:rsidRDefault="00250971">
      <w:r>
        <w:t xml:space="preserve">As a DEIS Band 2 school, we </w:t>
      </w:r>
      <w:proofErr w:type="spellStart"/>
      <w:r>
        <w:t>recognise</w:t>
      </w:r>
      <w:proofErr w:type="spellEnd"/>
      <w:r>
        <w:t xml:space="preserve"> that socio‑economic context plays an important role in supporting children’s wellbeing, </w:t>
      </w:r>
      <w:proofErr w:type="spellStart"/>
      <w:r>
        <w:t>behaviour</w:t>
      </w:r>
      <w:proofErr w:type="spellEnd"/>
      <w:r>
        <w:t xml:space="preserve"> and learning. This Code includes enhanced focus on:</w:t>
      </w:r>
    </w:p>
    <w:p w14:paraId="2064E4D4" w14:textId="77777777" w:rsidR="00272862" w:rsidRDefault="00250971">
      <w:r>
        <w:t xml:space="preserve">• Relationship‑building  </w:t>
      </w:r>
    </w:p>
    <w:p w14:paraId="59AB509D" w14:textId="77777777" w:rsidR="00272862" w:rsidRDefault="00250971">
      <w:r>
        <w:t xml:space="preserve">• Restorative practice  </w:t>
      </w:r>
    </w:p>
    <w:p w14:paraId="1C4073D6" w14:textId="77777777" w:rsidR="00272862" w:rsidRDefault="00250971">
      <w:r>
        <w:t xml:space="preserve">• Social and emotional learning  </w:t>
      </w:r>
    </w:p>
    <w:p w14:paraId="6FA89DF9" w14:textId="77777777" w:rsidR="00272862" w:rsidRDefault="00250971">
      <w:r>
        <w:t xml:space="preserve">• Early intervention and family engagement  </w:t>
      </w:r>
    </w:p>
    <w:p w14:paraId="3DA80501" w14:textId="32518015" w:rsidR="00272862" w:rsidRDefault="00250971">
      <w:r>
        <w:t xml:space="preserve">• Supportive and trauma-informed </w:t>
      </w:r>
      <w:proofErr w:type="spellStart"/>
      <w:r>
        <w:t>approache</w:t>
      </w:r>
      <w:proofErr w:type="spellEnd"/>
    </w:p>
    <w:p w14:paraId="11AA33CE" w14:textId="77777777" w:rsidR="00E22D01" w:rsidRDefault="00E22D01"/>
    <w:p w14:paraId="71D4D89E" w14:textId="77777777" w:rsidR="003026D2" w:rsidRPr="003026D2" w:rsidRDefault="003026D2" w:rsidP="003026D2">
      <w:r w:rsidRPr="003026D2">
        <w:rPr>
          <w:b/>
        </w:rPr>
        <w:t>AIMS</w:t>
      </w:r>
    </w:p>
    <w:p w14:paraId="0D871CC3" w14:textId="77777777" w:rsidR="003026D2" w:rsidRPr="003026D2" w:rsidRDefault="003026D2" w:rsidP="003026D2">
      <w:r w:rsidRPr="003026D2">
        <w:t xml:space="preserve">In devising this code, consideration has been given to the particular needs and circumstances of this school. The aim is to create an orderly environment in which pupils can, through developing self-discipline, feel secure and make progress in all aspects of their development. This Code of </w:t>
      </w:r>
      <w:proofErr w:type="spellStart"/>
      <w:r w:rsidRPr="003026D2">
        <w:t>Behaviour</w:t>
      </w:r>
      <w:proofErr w:type="spellEnd"/>
      <w:r w:rsidRPr="003026D2">
        <w:t xml:space="preserve"> describes the school’s expectations about how each member of the school community will help to make the school a good place for teaching and learning. Every effort will be made by all members of staff to adopt a positive approach to the question of </w:t>
      </w:r>
      <w:proofErr w:type="spellStart"/>
      <w:r w:rsidRPr="003026D2">
        <w:t>behaviour</w:t>
      </w:r>
      <w:proofErr w:type="spellEnd"/>
      <w:r w:rsidRPr="003026D2">
        <w:t xml:space="preserve"> in the school and the overriding aims will be: </w:t>
      </w:r>
    </w:p>
    <w:p w14:paraId="136725F5" w14:textId="77777777" w:rsidR="003026D2" w:rsidRPr="003026D2" w:rsidRDefault="003026D2" w:rsidP="003026D2">
      <w:pPr>
        <w:numPr>
          <w:ilvl w:val="0"/>
          <w:numId w:val="10"/>
        </w:numPr>
        <w:spacing w:line="240" w:lineRule="auto"/>
        <w:ind w:leftChars="-1" w:left="0" w:hangingChars="1" w:hanging="2"/>
      </w:pPr>
      <w:r w:rsidRPr="003026D2">
        <w:t>To ensure an educational environment that is guided by our vision statement;</w:t>
      </w:r>
    </w:p>
    <w:p w14:paraId="7727D58F" w14:textId="77777777" w:rsidR="003026D2" w:rsidRPr="003026D2" w:rsidRDefault="003026D2" w:rsidP="003026D2">
      <w:pPr>
        <w:numPr>
          <w:ilvl w:val="0"/>
          <w:numId w:val="10"/>
        </w:numPr>
        <w:spacing w:line="240" w:lineRule="auto"/>
        <w:ind w:leftChars="-1" w:left="0" w:hangingChars="1" w:hanging="2"/>
      </w:pPr>
      <w:r w:rsidRPr="003026D2">
        <w:t xml:space="preserve">To promote positive </w:t>
      </w:r>
      <w:proofErr w:type="spellStart"/>
      <w:r w:rsidRPr="003026D2">
        <w:t>behaviour</w:t>
      </w:r>
      <w:proofErr w:type="spellEnd"/>
      <w:r w:rsidRPr="003026D2">
        <w:t xml:space="preserve"> and self-discipline </w:t>
      </w:r>
      <w:proofErr w:type="spellStart"/>
      <w:r w:rsidRPr="003026D2">
        <w:t>recognising</w:t>
      </w:r>
      <w:proofErr w:type="spellEnd"/>
      <w:r w:rsidRPr="003026D2">
        <w:t xml:space="preserve"> the differences between children and the need to accommodate these differences;</w:t>
      </w:r>
    </w:p>
    <w:p w14:paraId="4E38B992" w14:textId="77777777" w:rsidR="003026D2" w:rsidRPr="003026D2" w:rsidRDefault="003026D2" w:rsidP="003026D2">
      <w:pPr>
        <w:numPr>
          <w:ilvl w:val="0"/>
          <w:numId w:val="10"/>
        </w:numPr>
        <w:spacing w:line="240" w:lineRule="auto"/>
        <w:ind w:leftChars="-1" w:left="0" w:hangingChars="1" w:hanging="2"/>
      </w:pPr>
      <w:r w:rsidRPr="003026D2">
        <w:t>To create an atmosphere of respect, tolerance and consideration of others;</w:t>
      </w:r>
    </w:p>
    <w:p w14:paraId="71340228" w14:textId="49C05211" w:rsidR="003026D2" w:rsidRPr="003026D2" w:rsidRDefault="003026D2" w:rsidP="003026D2">
      <w:pPr>
        <w:numPr>
          <w:ilvl w:val="0"/>
          <w:numId w:val="10"/>
        </w:numPr>
        <w:spacing w:line="240" w:lineRule="auto"/>
        <w:ind w:leftChars="-1" w:left="0" w:hangingChars="1" w:hanging="2"/>
      </w:pPr>
      <w:r w:rsidRPr="003026D2">
        <w:t xml:space="preserve">To enhance the learning environment and allow the school to function in an </w:t>
      </w:r>
      <w:proofErr w:type="gramStart"/>
      <w:r w:rsidRPr="003026D2">
        <w:t xml:space="preserve">orderly </w:t>
      </w:r>
      <w:r w:rsidR="00F43F9A">
        <w:t xml:space="preserve"> </w:t>
      </w:r>
      <w:r w:rsidRPr="003026D2">
        <w:t>way</w:t>
      </w:r>
      <w:proofErr w:type="gramEnd"/>
      <w:r w:rsidR="00F43F9A">
        <w:t xml:space="preserve">, </w:t>
      </w:r>
      <w:r w:rsidRPr="003026D2">
        <w:t xml:space="preserve"> where children can make progress in all aspects of their development;</w:t>
      </w:r>
    </w:p>
    <w:p w14:paraId="7343BCDA" w14:textId="77777777" w:rsidR="003026D2" w:rsidRPr="003026D2" w:rsidRDefault="003026D2" w:rsidP="003026D2">
      <w:pPr>
        <w:numPr>
          <w:ilvl w:val="0"/>
          <w:numId w:val="10"/>
        </w:numPr>
        <w:spacing w:line="240" w:lineRule="auto"/>
        <w:ind w:leftChars="-1" w:left="0" w:hangingChars="1" w:hanging="2"/>
      </w:pPr>
      <w:r w:rsidRPr="003026D2">
        <w:t>To ensure the safety and wellbeing of all members of the school community;</w:t>
      </w:r>
    </w:p>
    <w:p w14:paraId="08B0EF02" w14:textId="77777777" w:rsidR="003026D2" w:rsidRPr="003026D2" w:rsidRDefault="003026D2" w:rsidP="003026D2">
      <w:pPr>
        <w:numPr>
          <w:ilvl w:val="0"/>
          <w:numId w:val="10"/>
        </w:numPr>
        <w:spacing w:line="240" w:lineRule="auto"/>
        <w:ind w:leftChars="-1" w:left="0" w:hangingChars="1" w:hanging="2"/>
      </w:pPr>
      <w:r w:rsidRPr="003026D2">
        <w:t>To assist the parents and children in understanding the systems and procedures that form part of the Code and to seek their cooperation in the application of these procedures;</w:t>
      </w:r>
    </w:p>
    <w:p w14:paraId="06CDE44A" w14:textId="77777777" w:rsidR="003026D2" w:rsidRDefault="003026D2" w:rsidP="003026D2">
      <w:pPr>
        <w:numPr>
          <w:ilvl w:val="0"/>
          <w:numId w:val="10"/>
        </w:numPr>
        <w:spacing w:line="240" w:lineRule="auto"/>
        <w:ind w:leftChars="-1" w:left="0" w:hangingChars="1" w:hanging="2"/>
      </w:pPr>
      <w:r w:rsidRPr="003026D2">
        <w:t>To ensure that the system of rules, rewards and sanctions are implemented in a fair and consistent manner throughout the school.</w:t>
      </w:r>
    </w:p>
    <w:p w14:paraId="23BBA614" w14:textId="77777777" w:rsidR="006E1C76" w:rsidRDefault="006E1C76" w:rsidP="006E1C76">
      <w:pPr>
        <w:spacing w:line="240" w:lineRule="auto"/>
      </w:pPr>
    </w:p>
    <w:p w14:paraId="70DF13C5" w14:textId="77777777" w:rsidR="00272862" w:rsidRDefault="006E1C76" w:rsidP="006E1C76">
      <w:pPr>
        <w:spacing w:line="240" w:lineRule="auto"/>
      </w:pPr>
      <w:r>
        <w:t xml:space="preserve">This code will be reviewed every 2 years, or earlier if required by the needs of the school or due to legislation changes. </w:t>
      </w:r>
    </w:p>
    <w:p w14:paraId="4C876D49" w14:textId="77777777" w:rsidR="00F43F9A" w:rsidRDefault="00F43F9A"/>
    <w:p w14:paraId="34F58F24" w14:textId="6AB2B6E7" w:rsidR="00272862" w:rsidRPr="00F43F9A" w:rsidRDefault="00250971" w:rsidP="00F43F9A">
      <w:pPr>
        <w:pStyle w:val="ListParagraph"/>
        <w:numPr>
          <w:ilvl w:val="0"/>
          <w:numId w:val="18"/>
        </w:numPr>
        <w:rPr>
          <w:b/>
          <w:bCs/>
        </w:rPr>
      </w:pPr>
      <w:r w:rsidRPr="00F43F9A">
        <w:rPr>
          <w:b/>
          <w:bCs/>
        </w:rPr>
        <w:t>GUIDING PRINCIPLES</w:t>
      </w:r>
    </w:p>
    <w:p w14:paraId="7F368C56" w14:textId="77777777" w:rsidR="00F43F9A" w:rsidRPr="00F43F9A" w:rsidRDefault="00F43F9A" w:rsidP="00F43F9A">
      <w:pPr>
        <w:pStyle w:val="ListParagraph"/>
        <w:rPr>
          <w:b/>
          <w:bCs/>
        </w:rPr>
      </w:pPr>
    </w:p>
    <w:p w14:paraId="4B812208" w14:textId="0BCB28C4" w:rsidR="00272862" w:rsidRDefault="00250971">
      <w:r>
        <w:t xml:space="preserve">Our </w:t>
      </w:r>
      <w:proofErr w:type="spellStart"/>
      <w:r>
        <w:t>behaviour</w:t>
      </w:r>
      <w:proofErr w:type="spellEnd"/>
      <w:r>
        <w:t xml:space="preserve"> expectations and responses are guided by:</w:t>
      </w:r>
    </w:p>
    <w:p w14:paraId="0BE793DD" w14:textId="77777777" w:rsidR="00F43F9A" w:rsidRDefault="00F43F9A"/>
    <w:p w14:paraId="34037176" w14:textId="77777777" w:rsidR="00272862" w:rsidRDefault="00250971">
      <w:r>
        <w:t xml:space="preserve">• Respect and dignity for every member of the school community.  </w:t>
      </w:r>
    </w:p>
    <w:p w14:paraId="03248C92" w14:textId="77777777" w:rsidR="00272862" w:rsidRDefault="00250971">
      <w:r>
        <w:t xml:space="preserve">• Equality, inclusion and fairness.  </w:t>
      </w:r>
    </w:p>
    <w:p w14:paraId="2C316234" w14:textId="77777777" w:rsidR="00272862" w:rsidRDefault="00250971">
      <w:r>
        <w:t xml:space="preserve">• Predictable routines and clear expectations suitable for young children.  </w:t>
      </w:r>
    </w:p>
    <w:p w14:paraId="7D914253" w14:textId="77777777" w:rsidR="00272862" w:rsidRDefault="00250971">
      <w:r>
        <w:lastRenderedPageBreak/>
        <w:t xml:space="preserve">• Positive reinforcement and modelling of desired </w:t>
      </w:r>
      <w:proofErr w:type="spellStart"/>
      <w:r>
        <w:t>behaviour</w:t>
      </w:r>
      <w:proofErr w:type="spellEnd"/>
      <w:r>
        <w:t xml:space="preserve">.  </w:t>
      </w:r>
    </w:p>
    <w:p w14:paraId="48AA6E67" w14:textId="77777777" w:rsidR="00272862" w:rsidRDefault="00250971">
      <w:r>
        <w:t xml:space="preserve">• Partnership with parents, consistent with DEIS planning.  </w:t>
      </w:r>
    </w:p>
    <w:p w14:paraId="4D5A2FD2" w14:textId="77777777" w:rsidR="00272862" w:rsidRDefault="00250971">
      <w:r>
        <w:t xml:space="preserve">• Safety and wellbeing as central priorities.  </w:t>
      </w:r>
    </w:p>
    <w:p w14:paraId="17E9734B" w14:textId="77777777" w:rsidR="00272862" w:rsidRDefault="00250971">
      <w:r>
        <w:t xml:space="preserve">• Restorative, supportive approaches before sanctions.  </w:t>
      </w:r>
    </w:p>
    <w:p w14:paraId="71F8BC37" w14:textId="77777777" w:rsidR="00272862" w:rsidRDefault="00250971">
      <w:r>
        <w:t>• Compliance with legislation and current Department of Education guidance.</w:t>
      </w:r>
    </w:p>
    <w:p w14:paraId="6E597E1E" w14:textId="77777777" w:rsidR="00AF30DB" w:rsidRDefault="00AF30DB"/>
    <w:p w14:paraId="7A4833B7" w14:textId="77777777" w:rsidR="00AF30DB" w:rsidRPr="00AF30DB" w:rsidRDefault="00AF30DB" w:rsidP="00AF30DB">
      <w:pPr>
        <w:spacing w:after="160" w:line="259" w:lineRule="auto"/>
        <w:rPr>
          <w:rFonts w:ascii="Times New Roman" w:eastAsia="Aptos" w:hAnsi="Times New Roman" w:cs="Times New Roman"/>
          <w:b/>
          <w:bCs/>
          <w:kern w:val="2"/>
          <w:sz w:val="24"/>
          <w:szCs w:val="24"/>
          <w:lang w:val="en-IE"/>
          <w14:ligatures w14:val="standardContextual"/>
        </w:rPr>
      </w:pPr>
      <w:r w:rsidRPr="00AF30DB">
        <w:rPr>
          <w:rFonts w:ascii="Times New Roman" w:eastAsia="Aptos" w:hAnsi="Times New Roman" w:cs="Times New Roman"/>
          <w:b/>
          <w:bCs/>
          <w:kern w:val="2"/>
          <w:sz w:val="24"/>
          <w:szCs w:val="24"/>
          <w:lang w:val="en-IE"/>
          <w14:ligatures w14:val="standardContextual"/>
        </w:rPr>
        <w:t>Supporting Pupils with Additional Needs</w:t>
      </w:r>
    </w:p>
    <w:p w14:paraId="542FE999" w14:textId="29390A2D" w:rsidR="00272862" w:rsidRPr="00F43F9A" w:rsidRDefault="00AF30DB" w:rsidP="00F43F9A">
      <w:pPr>
        <w:spacing w:after="160" w:line="259" w:lineRule="auto"/>
        <w:rPr>
          <w:rFonts w:ascii="Times New Roman" w:eastAsia="Aptos" w:hAnsi="Times New Roman" w:cs="Times New Roman"/>
          <w:kern w:val="2"/>
          <w:sz w:val="24"/>
          <w:szCs w:val="24"/>
          <w:lang w:val="en-IE"/>
          <w14:ligatures w14:val="standardContextual"/>
        </w:rPr>
      </w:pPr>
      <w:r w:rsidRPr="00AF30DB">
        <w:rPr>
          <w:rFonts w:ascii="Times New Roman" w:eastAsia="Aptos" w:hAnsi="Times New Roman" w:cs="Times New Roman"/>
          <w:kern w:val="2"/>
          <w:sz w:val="24"/>
          <w:szCs w:val="24"/>
          <w:lang w:val="en-IE"/>
          <w14:ligatures w14:val="standardContextual"/>
        </w:rPr>
        <w:t>The school recognises that some pupils may present with behaviours linked to additional educational needs, neuro</w:t>
      </w:r>
      <w:r>
        <w:rPr>
          <w:rFonts w:ascii="Times New Roman" w:eastAsia="Aptos" w:hAnsi="Times New Roman" w:cs="Times New Roman"/>
          <w:kern w:val="2"/>
          <w:sz w:val="24"/>
          <w:szCs w:val="24"/>
          <w:lang w:val="en-IE"/>
          <w14:ligatures w14:val="standardContextual"/>
        </w:rPr>
        <w:t>-</w:t>
      </w:r>
      <w:r w:rsidRPr="00AF30DB">
        <w:rPr>
          <w:rFonts w:ascii="Times New Roman" w:eastAsia="Aptos" w:hAnsi="Times New Roman" w:cs="Times New Roman"/>
          <w:kern w:val="2"/>
          <w:sz w:val="24"/>
          <w:szCs w:val="24"/>
          <w:lang w:val="en-IE"/>
          <w14:ligatures w14:val="standardContextual"/>
        </w:rPr>
        <w:t>divergence, trauma experiences, communication difficulties or</w:t>
      </w:r>
      <w:r w:rsidRPr="00AF30DB">
        <w:rPr>
          <w:rFonts w:ascii="Times New Roman" w:eastAsia="Aptos" w:hAnsi="Times New Roman" w:cs="Times New Roman"/>
          <w:b/>
          <w:bCs/>
          <w:kern w:val="2"/>
          <w:sz w:val="24"/>
          <w:szCs w:val="24"/>
          <w:lang w:val="en-IE"/>
          <w14:ligatures w14:val="standardContextual"/>
        </w:rPr>
        <w:t xml:space="preserve"> </w:t>
      </w:r>
      <w:r w:rsidRPr="00AF30DB">
        <w:rPr>
          <w:rFonts w:ascii="Times New Roman" w:eastAsia="Aptos" w:hAnsi="Times New Roman" w:cs="Times New Roman"/>
          <w:kern w:val="2"/>
          <w:sz w:val="24"/>
          <w:szCs w:val="24"/>
          <w:lang w:val="en-IE"/>
          <w14:ligatures w14:val="standardContextual"/>
        </w:rPr>
        <w:t>sensory regulation challenges. In these situations, behaviour will be understood as a form of</w:t>
      </w:r>
      <w:r w:rsidRPr="00AF30DB">
        <w:rPr>
          <w:rFonts w:ascii="Times New Roman" w:eastAsia="Aptos" w:hAnsi="Times New Roman" w:cs="Times New Roman"/>
          <w:b/>
          <w:bCs/>
          <w:kern w:val="2"/>
          <w:sz w:val="24"/>
          <w:szCs w:val="24"/>
          <w:lang w:val="en-IE"/>
          <w14:ligatures w14:val="standardContextual"/>
        </w:rPr>
        <w:t xml:space="preserve"> </w:t>
      </w:r>
      <w:r w:rsidRPr="00AF30DB">
        <w:rPr>
          <w:rFonts w:ascii="Times New Roman" w:eastAsia="Aptos" w:hAnsi="Times New Roman" w:cs="Times New Roman"/>
          <w:kern w:val="2"/>
          <w:sz w:val="24"/>
          <w:szCs w:val="24"/>
          <w:lang w:val="en-IE"/>
          <w14:ligatures w14:val="standardContextual"/>
        </w:rPr>
        <w:t xml:space="preserve">communication. The school will prioritise supportive, educational and therapeutic responses, including the use of behaviour support planning, </w:t>
      </w:r>
      <w:r>
        <w:rPr>
          <w:rFonts w:ascii="Times New Roman" w:eastAsia="Aptos" w:hAnsi="Times New Roman" w:cs="Times New Roman"/>
          <w:kern w:val="2"/>
          <w:sz w:val="24"/>
          <w:szCs w:val="24"/>
          <w:lang w:val="en-IE"/>
          <w14:ligatures w14:val="standardContextual"/>
        </w:rPr>
        <w:t xml:space="preserve">risk assessments, </w:t>
      </w:r>
      <w:r w:rsidRPr="00AF30DB">
        <w:rPr>
          <w:rFonts w:ascii="Times New Roman" w:eastAsia="Aptos" w:hAnsi="Times New Roman" w:cs="Times New Roman"/>
          <w:kern w:val="2"/>
          <w:sz w:val="24"/>
          <w:szCs w:val="24"/>
          <w:lang w:val="en-IE"/>
          <w14:ligatures w14:val="standardContextual"/>
        </w:rPr>
        <w:t>environmental supports, and collaboration with parents and external professionals where appropriate.</w:t>
      </w:r>
    </w:p>
    <w:p w14:paraId="1931BB6A" w14:textId="7BD4AE8B" w:rsidR="00272862" w:rsidRPr="00F43F9A" w:rsidRDefault="00272862">
      <w:pPr>
        <w:rPr>
          <w:b/>
          <w:bCs/>
        </w:rPr>
      </w:pPr>
    </w:p>
    <w:p w14:paraId="23EF8B5B" w14:textId="77777777" w:rsidR="00272862" w:rsidRPr="00F43F9A" w:rsidRDefault="00250971">
      <w:pPr>
        <w:rPr>
          <w:b/>
          <w:bCs/>
        </w:rPr>
      </w:pPr>
      <w:r w:rsidRPr="00F43F9A">
        <w:rPr>
          <w:b/>
          <w:bCs/>
        </w:rPr>
        <w:t>2. ROLES &amp; RESPONSIBILITIES</w:t>
      </w:r>
    </w:p>
    <w:p w14:paraId="37C1DE3A" w14:textId="77777777" w:rsidR="00272862" w:rsidRDefault="00272862"/>
    <w:p w14:paraId="23772B71" w14:textId="77777777" w:rsidR="003026D2" w:rsidRPr="003026D2" w:rsidRDefault="003026D2" w:rsidP="003026D2">
      <w:r w:rsidRPr="003026D2">
        <w:rPr>
          <w:b/>
        </w:rPr>
        <w:t>Students/ Children</w:t>
      </w:r>
    </w:p>
    <w:p w14:paraId="2DCA55C2" w14:textId="77777777" w:rsidR="003026D2" w:rsidRPr="003026D2" w:rsidRDefault="003026D2" w:rsidP="003026D2">
      <w:r w:rsidRPr="003026D2">
        <w:t xml:space="preserve">Every child must give a commitment to accept the Code of </w:t>
      </w:r>
      <w:proofErr w:type="spellStart"/>
      <w:r w:rsidRPr="003026D2">
        <w:t>Behaviour</w:t>
      </w:r>
      <w:proofErr w:type="spellEnd"/>
      <w:r w:rsidRPr="003026D2">
        <w:t xml:space="preserve"> and to fulfill the expectations as set out in the Code. This will ensure the creation and maintenance of a good learning environment.</w:t>
      </w:r>
    </w:p>
    <w:p w14:paraId="4648C6CC" w14:textId="77777777" w:rsidR="003026D2" w:rsidRPr="003026D2" w:rsidRDefault="003026D2" w:rsidP="003026D2"/>
    <w:p w14:paraId="70FF5959" w14:textId="77777777" w:rsidR="003026D2" w:rsidRPr="003026D2" w:rsidRDefault="003026D2" w:rsidP="003026D2">
      <w:r w:rsidRPr="003026D2">
        <w:rPr>
          <w:b/>
        </w:rPr>
        <w:t>Parents/Guardians</w:t>
      </w:r>
    </w:p>
    <w:p w14:paraId="0F1391FD" w14:textId="77777777" w:rsidR="003026D2" w:rsidRPr="003026D2" w:rsidRDefault="003026D2" w:rsidP="003026D2">
      <w:r w:rsidRPr="003026D2">
        <w:t xml:space="preserve">Parents/Guardians have a duty to support the school in implementing a fair and just Code of </w:t>
      </w:r>
      <w:proofErr w:type="spellStart"/>
      <w:r w:rsidRPr="003026D2">
        <w:t>Behaviour</w:t>
      </w:r>
      <w:proofErr w:type="spellEnd"/>
      <w:r w:rsidRPr="003026D2">
        <w:t xml:space="preserve">. Acceptance of the Code of </w:t>
      </w:r>
      <w:proofErr w:type="spellStart"/>
      <w:r w:rsidRPr="003026D2">
        <w:t>Behaviour</w:t>
      </w:r>
      <w:proofErr w:type="spellEnd"/>
      <w:r w:rsidRPr="003026D2">
        <w:t xml:space="preserve"> by parents/guardians is required on enrolment of a student in the school. Parents undertake responsibility to educate their children on the Code of </w:t>
      </w:r>
      <w:proofErr w:type="spellStart"/>
      <w:r w:rsidRPr="003026D2">
        <w:t>Behaviour</w:t>
      </w:r>
      <w:proofErr w:type="spellEnd"/>
      <w:r w:rsidRPr="003026D2">
        <w:t>.</w:t>
      </w:r>
    </w:p>
    <w:p w14:paraId="7CD444B0" w14:textId="77777777" w:rsidR="003026D2" w:rsidRPr="003026D2" w:rsidRDefault="003026D2" w:rsidP="003026D2"/>
    <w:p w14:paraId="765C1376" w14:textId="77777777" w:rsidR="003026D2" w:rsidRPr="003026D2" w:rsidRDefault="003026D2" w:rsidP="003026D2">
      <w:r w:rsidRPr="003026D2">
        <w:rPr>
          <w:b/>
        </w:rPr>
        <w:t xml:space="preserve">Teachers </w:t>
      </w:r>
    </w:p>
    <w:p w14:paraId="1966F7F1" w14:textId="44873F6F" w:rsidR="003026D2" w:rsidRPr="003026D2" w:rsidRDefault="003026D2" w:rsidP="003026D2">
      <w:r w:rsidRPr="003026D2">
        <w:t xml:space="preserve">Each Teacher has a responsibility for the maintenance of discipline within his/her own class and share, with every other teacher, a common responsibility for good order within the </w:t>
      </w:r>
      <w:r w:rsidRPr="003026D2">
        <w:lastRenderedPageBreak/>
        <w:t xml:space="preserve">school and school grounds and on all school related activities before, during and after school. Each teacher has the responsibility of teaching the Code of </w:t>
      </w:r>
      <w:proofErr w:type="spellStart"/>
      <w:r w:rsidRPr="003026D2">
        <w:t>Behaviour</w:t>
      </w:r>
      <w:proofErr w:type="spellEnd"/>
      <w:r w:rsidRPr="003026D2">
        <w:t xml:space="preserve"> to their class. </w:t>
      </w:r>
    </w:p>
    <w:p w14:paraId="1E42A222" w14:textId="77777777" w:rsidR="003026D2" w:rsidRPr="003026D2" w:rsidRDefault="003026D2" w:rsidP="003026D2">
      <w:r w:rsidRPr="003026D2">
        <w:rPr>
          <w:b/>
        </w:rPr>
        <w:t xml:space="preserve">SNA’s and Ancillary Staff </w:t>
      </w:r>
    </w:p>
    <w:p w14:paraId="7D52B40F" w14:textId="77777777" w:rsidR="003026D2" w:rsidRPr="003026D2" w:rsidRDefault="003026D2" w:rsidP="003026D2">
      <w:r w:rsidRPr="003026D2">
        <w:t>SNA’s and all ancillary staff have a common responsibility along with the teachers to maintain good discipline and good order within the school and school grounds and on all school related activities before, during and after school and to share responsibility to teach children the Code by example.</w:t>
      </w:r>
    </w:p>
    <w:p w14:paraId="68D2AF1D" w14:textId="77777777" w:rsidR="003026D2" w:rsidRPr="003026D2" w:rsidRDefault="003026D2" w:rsidP="003026D2"/>
    <w:p w14:paraId="7594DB8D" w14:textId="77777777" w:rsidR="003026D2" w:rsidRPr="003026D2" w:rsidRDefault="003026D2" w:rsidP="003026D2">
      <w:r w:rsidRPr="003026D2">
        <w:rPr>
          <w:b/>
        </w:rPr>
        <w:t xml:space="preserve">Principal </w:t>
      </w:r>
    </w:p>
    <w:p w14:paraId="6AB79F44" w14:textId="77777777" w:rsidR="003026D2" w:rsidRPr="003026D2" w:rsidRDefault="003026D2" w:rsidP="003026D2">
      <w:r w:rsidRPr="003026D2">
        <w:t xml:space="preserve">The </w:t>
      </w:r>
      <w:proofErr w:type="gramStart"/>
      <w:r w:rsidRPr="003026D2">
        <w:t>Principal</w:t>
      </w:r>
      <w:proofErr w:type="gramEnd"/>
      <w:r w:rsidRPr="003026D2">
        <w:t xml:space="preserve"> has the overall responsibility for the day-to-day running of the school. The </w:t>
      </w:r>
      <w:proofErr w:type="gramStart"/>
      <w:r w:rsidRPr="003026D2">
        <w:t>Principal</w:t>
      </w:r>
      <w:proofErr w:type="gramEnd"/>
      <w:r w:rsidRPr="003026D2">
        <w:t xml:space="preserve"> ensures that implementing the Code is done in a fair and just manner and that the implementation of sanctions is fair, equitable and appropriate.</w:t>
      </w:r>
    </w:p>
    <w:p w14:paraId="2165D50A" w14:textId="77777777" w:rsidR="003026D2" w:rsidRPr="003026D2" w:rsidRDefault="003026D2" w:rsidP="003026D2"/>
    <w:p w14:paraId="5AAA923C" w14:textId="77777777" w:rsidR="003026D2" w:rsidRPr="003026D2" w:rsidRDefault="003026D2" w:rsidP="003026D2">
      <w:r w:rsidRPr="003026D2">
        <w:rPr>
          <w:b/>
        </w:rPr>
        <w:t xml:space="preserve">The Board of Management </w:t>
      </w:r>
    </w:p>
    <w:p w14:paraId="5CB8EB13" w14:textId="77777777" w:rsidR="003026D2" w:rsidRPr="003026D2" w:rsidRDefault="003026D2" w:rsidP="003026D2">
      <w:r w:rsidRPr="003026D2">
        <w:t xml:space="preserve">The BOM formally approves the Code of </w:t>
      </w:r>
      <w:proofErr w:type="spellStart"/>
      <w:r w:rsidRPr="003026D2">
        <w:t>Behaviour</w:t>
      </w:r>
      <w:proofErr w:type="spellEnd"/>
      <w:r w:rsidRPr="003026D2">
        <w:t xml:space="preserve"> and supports the </w:t>
      </w:r>
      <w:proofErr w:type="gramStart"/>
      <w:r w:rsidRPr="003026D2">
        <w:t>Principal</w:t>
      </w:r>
      <w:proofErr w:type="gramEnd"/>
      <w:r w:rsidRPr="003026D2">
        <w:t xml:space="preserve"> and staff in the implementation of the Code. The Board of Management hears appeals by parents/guardians against the decision of the </w:t>
      </w:r>
      <w:proofErr w:type="gramStart"/>
      <w:r w:rsidRPr="003026D2">
        <w:t>Principal</w:t>
      </w:r>
      <w:proofErr w:type="gramEnd"/>
      <w:r w:rsidRPr="003026D2">
        <w:t xml:space="preserve"> to suspend or expel a student.</w:t>
      </w:r>
    </w:p>
    <w:p w14:paraId="3D1F2B98" w14:textId="77777777" w:rsidR="003026D2" w:rsidRPr="003026D2" w:rsidRDefault="003026D2" w:rsidP="003026D2"/>
    <w:p w14:paraId="6FD82B13" w14:textId="13996576" w:rsidR="003026D2" w:rsidRDefault="003026D2" w:rsidP="003026D2">
      <w:pPr>
        <w:rPr>
          <w:b/>
        </w:rPr>
      </w:pPr>
      <w:r w:rsidRPr="003026D2">
        <w:rPr>
          <w:b/>
        </w:rPr>
        <w:t xml:space="preserve">GUIDELINES FOR BEHAVIOUR </w:t>
      </w:r>
    </w:p>
    <w:p w14:paraId="7ED61510" w14:textId="77777777" w:rsidR="00F43F9A" w:rsidRPr="003026D2" w:rsidRDefault="00F43F9A" w:rsidP="003026D2"/>
    <w:p w14:paraId="52F97555" w14:textId="77777777" w:rsidR="003026D2" w:rsidRPr="003026D2" w:rsidRDefault="003026D2" w:rsidP="003026D2">
      <w:r w:rsidRPr="003026D2">
        <w:t xml:space="preserve">Every effort will be made to ensure that the Code of </w:t>
      </w:r>
      <w:proofErr w:type="spellStart"/>
      <w:r w:rsidRPr="003026D2">
        <w:t>Behaviour</w:t>
      </w:r>
      <w:proofErr w:type="spellEnd"/>
      <w:r w:rsidRPr="003026D2">
        <w:t xml:space="preserve"> is implemented in a reasonable, fair and consistent manner. The limits of </w:t>
      </w:r>
      <w:proofErr w:type="spellStart"/>
      <w:r w:rsidRPr="003026D2">
        <w:t>behaviour</w:t>
      </w:r>
      <w:proofErr w:type="spellEnd"/>
      <w:r w:rsidRPr="003026D2">
        <w:t xml:space="preserve"> are clearly defined and children become familiar with the consequences of </w:t>
      </w:r>
      <w:proofErr w:type="spellStart"/>
      <w:r w:rsidRPr="003026D2">
        <w:t>behaviour</w:t>
      </w:r>
      <w:proofErr w:type="spellEnd"/>
      <w:r w:rsidRPr="003026D2">
        <w:t xml:space="preserve"> beyond these limits. The overriding principle governing this code is respect - respect for ourselves and others and their property.</w:t>
      </w:r>
    </w:p>
    <w:p w14:paraId="47171A6A" w14:textId="77777777" w:rsidR="003026D2" w:rsidRPr="003026D2" w:rsidRDefault="003026D2" w:rsidP="003026D2">
      <w:r w:rsidRPr="003026D2">
        <w:t xml:space="preserve">The school expects the highest standard of </w:t>
      </w:r>
      <w:proofErr w:type="spellStart"/>
      <w:r w:rsidRPr="003026D2">
        <w:t>behaviour</w:t>
      </w:r>
      <w:proofErr w:type="spellEnd"/>
      <w:r w:rsidRPr="003026D2">
        <w:t xml:space="preserve"> from its pupils including the following:</w:t>
      </w:r>
    </w:p>
    <w:p w14:paraId="5C5D3ADC" w14:textId="77777777" w:rsidR="003026D2" w:rsidRPr="003026D2" w:rsidRDefault="003026D2" w:rsidP="003026D2">
      <w:pPr>
        <w:numPr>
          <w:ilvl w:val="0"/>
          <w:numId w:val="12"/>
        </w:numPr>
        <w:ind w:leftChars="-1" w:left="0" w:hangingChars="1" w:hanging="2"/>
      </w:pPr>
      <w:r w:rsidRPr="003026D2">
        <w:t>Each pupil is expected to be well behaved and show consideration for other children and adults;</w:t>
      </w:r>
    </w:p>
    <w:p w14:paraId="7FA7E867" w14:textId="77777777" w:rsidR="003026D2" w:rsidRPr="003026D2" w:rsidRDefault="003026D2" w:rsidP="003026D2">
      <w:pPr>
        <w:numPr>
          <w:ilvl w:val="0"/>
          <w:numId w:val="12"/>
        </w:numPr>
        <w:ind w:leftChars="-1" w:left="0" w:hangingChars="1" w:hanging="2"/>
      </w:pPr>
      <w:r w:rsidRPr="003026D2">
        <w:t>Each pupil is expected to show respect for the property of the school, other children’s and their own belongings;</w:t>
      </w:r>
    </w:p>
    <w:p w14:paraId="678BB97E" w14:textId="77777777" w:rsidR="003026D2" w:rsidRPr="003026D2" w:rsidRDefault="003026D2" w:rsidP="003026D2">
      <w:pPr>
        <w:numPr>
          <w:ilvl w:val="0"/>
          <w:numId w:val="12"/>
        </w:numPr>
        <w:ind w:leftChars="-1" w:left="0" w:hangingChars="1" w:hanging="2"/>
      </w:pPr>
      <w:r w:rsidRPr="003026D2">
        <w:t>Each pupil is expected to attend school on a regular basis and to be punctual;</w:t>
      </w:r>
    </w:p>
    <w:p w14:paraId="289972FB" w14:textId="43F4D6F7" w:rsidR="003026D2" w:rsidRPr="003026D2" w:rsidRDefault="003026D2" w:rsidP="003026D2">
      <w:pPr>
        <w:numPr>
          <w:ilvl w:val="0"/>
          <w:numId w:val="12"/>
        </w:numPr>
        <w:ind w:leftChars="-1" w:left="0" w:hangingChars="1" w:hanging="2"/>
      </w:pPr>
      <w:r w:rsidRPr="003026D2">
        <w:lastRenderedPageBreak/>
        <w:t>Each pupil is expected to do his/her best both in school and for homework. Our school motto is “be the best that you can be”.</w:t>
      </w:r>
    </w:p>
    <w:p w14:paraId="21DCDEED" w14:textId="77777777" w:rsidR="003026D2" w:rsidRPr="003026D2" w:rsidRDefault="003026D2" w:rsidP="003026D2">
      <w:r w:rsidRPr="003026D2">
        <w:t xml:space="preserve">Each class has developed their own class rules or charter, which promotes the principles of the Incredible Years </w:t>
      </w:r>
      <w:proofErr w:type="spellStart"/>
      <w:r w:rsidRPr="003026D2">
        <w:t>programme</w:t>
      </w:r>
      <w:proofErr w:type="spellEnd"/>
      <w:r w:rsidRPr="003026D2">
        <w:t xml:space="preserve">. These rules have been developed to reflect the age and maturity levels of the students in the class. Rules are kept to a minimum, are recorded in simple language and are stated positively. The rules will be referred to regularly and will form part of SPHE lessons. </w:t>
      </w:r>
    </w:p>
    <w:p w14:paraId="3160F879" w14:textId="77777777" w:rsidR="003026D2" w:rsidRPr="003026D2" w:rsidRDefault="003026D2" w:rsidP="003026D2"/>
    <w:p w14:paraId="702913A5" w14:textId="77777777" w:rsidR="003026D2" w:rsidRPr="003026D2" w:rsidRDefault="003026D2" w:rsidP="003026D2">
      <w:r w:rsidRPr="003026D2">
        <w:rPr>
          <w:b/>
        </w:rPr>
        <w:t xml:space="preserve">Whole School Approach to Promoting Positive </w:t>
      </w:r>
      <w:proofErr w:type="spellStart"/>
      <w:r w:rsidRPr="003026D2">
        <w:rPr>
          <w:b/>
        </w:rPr>
        <w:t>Behaviour</w:t>
      </w:r>
      <w:proofErr w:type="spellEnd"/>
    </w:p>
    <w:p w14:paraId="72E38B09" w14:textId="77777777" w:rsidR="003026D2" w:rsidRPr="003026D2" w:rsidRDefault="003026D2" w:rsidP="003026D2"/>
    <w:p w14:paraId="1E59E044" w14:textId="77777777" w:rsidR="003026D2" w:rsidRPr="003026D2" w:rsidRDefault="003026D2" w:rsidP="003026D2">
      <w:r w:rsidRPr="003026D2">
        <w:t xml:space="preserve">The Board of Management and the Principal have overall responsibility for the implementation and on-going monitoring of this policy. However, all staff members have responsibility for their own classes and for the general school population when on yard duty or on any </w:t>
      </w:r>
      <w:proofErr w:type="spellStart"/>
      <w:r w:rsidRPr="003026D2">
        <w:t>organised</w:t>
      </w:r>
      <w:proofErr w:type="spellEnd"/>
      <w:r w:rsidRPr="003026D2">
        <w:t xml:space="preserve"> out-of-school activity. This code will be made available to parents and shall apply to all students during </w:t>
      </w:r>
      <w:r w:rsidRPr="003026D2">
        <w:rPr>
          <w:b/>
          <w:i/>
          <w:u w:val="single"/>
        </w:rPr>
        <w:t xml:space="preserve">all </w:t>
      </w:r>
      <w:r w:rsidRPr="003026D2">
        <w:t>school related activities.</w:t>
      </w:r>
    </w:p>
    <w:p w14:paraId="78FD5E40" w14:textId="77777777" w:rsidR="003026D2" w:rsidRPr="003026D2" w:rsidRDefault="003026D2" w:rsidP="003026D2"/>
    <w:p w14:paraId="2B15BD61" w14:textId="77777777" w:rsidR="003026D2" w:rsidRPr="003026D2" w:rsidRDefault="003026D2" w:rsidP="003026D2">
      <w:r w:rsidRPr="003026D2">
        <w:rPr>
          <w:b/>
        </w:rPr>
        <w:t xml:space="preserve">It is the policy of this school to actively promote good </w:t>
      </w:r>
      <w:proofErr w:type="spellStart"/>
      <w:r w:rsidRPr="003026D2">
        <w:rPr>
          <w:b/>
        </w:rPr>
        <w:t>behaviour</w:t>
      </w:r>
      <w:proofErr w:type="spellEnd"/>
      <w:r w:rsidRPr="003026D2">
        <w:rPr>
          <w:b/>
        </w:rPr>
        <w:t xml:space="preserve">. The principles of the Incredible Years </w:t>
      </w:r>
      <w:proofErr w:type="spellStart"/>
      <w:r w:rsidRPr="003026D2">
        <w:rPr>
          <w:b/>
        </w:rPr>
        <w:t>Programme</w:t>
      </w:r>
      <w:proofErr w:type="spellEnd"/>
      <w:r w:rsidRPr="003026D2">
        <w:rPr>
          <w:b/>
        </w:rPr>
        <w:t xml:space="preserve"> permeate the whole school approach to discipline. Children learn best by being rewarded. Teachers are encouraged to participate in Incredible Years training. This </w:t>
      </w:r>
      <w:proofErr w:type="spellStart"/>
      <w:r w:rsidRPr="003026D2">
        <w:rPr>
          <w:b/>
        </w:rPr>
        <w:t>programme</w:t>
      </w:r>
      <w:proofErr w:type="spellEnd"/>
      <w:r w:rsidRPr="003026D2">
        <w:rPr>
          <w:b/>
        </w:rPr>
        <w:t xml:space="preserve"> is being implemented in the junior end of the school. </w:t>
      </w:r>
    </w:p>
    <w:p w14:paraId="7C0EFD17" w14:textId="77777777" w:rsidR="003026D2" w:rsidRPr="003026D2" w:rsidRDefault="003026D2" w:rsidP="003026D2"/>
    <w:p w14:paraId="661046CD" w14:textId="77777777" w:rsidR="003026D2" w:rsidRPr="003026D2" w:rsidRDefault="003026D2" w:rsidP="003026D2">
      <w:r w:rsidRPr="003026D2">
        <w:t xml:space="preserve">To facilitate new members of staff become familiar with practices within the school, discussion regarding the implementation of the Code will be encouraged. All documents relating to the Code will be made available and communicated thoroughly. A copy of the Code will be included in all teachers’ documents. The full copy of the Code will be made available to parents. All parents will receive a shortened version of the Code </w:t>
      </w:r>
      <w:r>
        <w:t>at enrolment</w:t>
      </w:r>
      <w:r w:rsidRPr="003026D2">
        <w:t xml:space="preserve">, which will be signed and stored for future referral.  </w:t>
      </w:r>
    </w:p>
    <w:p w14:paraId="19791299" w14:textId="77777777" w:rsidR="003026D2" w:rsidRPr="003026D2" w:rsidRDefault="003026D2" w:rsidP="003026D2"/>
    <w:p w14:paraId="54CB2F2E" w14:textId="77777777" w:rsidR="003026D2" w:rsidRPr="003026D2" w:rsidRDefault="003026D2" w:rsidP="003026D2">
      <w:r w:rsidRPr="003026D2">
        <w:t xml:space="preserve">A copy of the code for parents is included in </w:t>
      </w:r>
      <w:r>
        <w:rPr>
          <w:i/>
        </w:rPr>
        <w:t>Appendix</w:t>
      </w:r>
      <w:r w:rsidRPr="003026D2">
        <w:rPr>
          <w:i/>
        </w:rPr>
        <w:t xml:space="preserve">. </w:t>
      </w:r>
    </w:p>
    <w:p w14:paraId="11DDC903" w14:textId="7BAB7D84" w:rsidR="003026D2" w:rsidRDefault="003026D2" w:rsidP="003026D2"/>
    <w:p w14:paraId="7CFB33A0" w14:textId="4BF878EF" w:rsidR="00AD1707" w:rsidRDefault="00AD1707" w:rsidP="003026D2"/>
    <w:p w14:paraId="164453C0" w14:textId="77777777" w:rsidR="00AD1707" w:rsidRPr="003026D2" w:rsidRDefault="00AD1707" w:rsidP="003026D2"/>
    <w:p w14:paraId="1E8B060C" w14:textId="564DA7F1" w:rsidR="003026D2" w:rsidRPr="003026D2" w:rsidRDefault="003026D2" w:rsidP="003026D2">
      <w:r w:rsidRPr="003026D2">
        <w:rPr>
          <w:b/>
        </w:rPr>
        <w:lastRenderedPageBreak/>
        <w:t xml:space="preserve">POSITIVE STRATEGIES FOR MANAGING BEHAVIOUR </w:t>
      </w:r>
    </w:p>
    <w:p w14:paraId="5673C43D" w14:textId="77777777" w:rsidR="003026D2" w:rsidRPr="003026D2" w:rsidRDefault="003026D2" w:rsidP="003026D2">
      <w:pPr>
        <w:numPr>
          <w:ilvl w:val="0"/>
          <w:numId w:val="11"/>
        </w:numPr>
        <w:ind w:leftChars="-1" w:left="0" w:hangingChars="1" w:hanging="2"/>
      </w:pPr>
      <w:r w:rsidRPr="003026D2">
        <w:t>Class rules are clearly displayed in</w:t>
      </w:r>
      <w:r>
        <w:t xml:space="preserve"> every classroom in the school</w:t>
      </w:r>
    </w:p>
    <w:p w14:paraId="323C35BF" w14:textId="77777777" w:rsidR="003026D2" w:rsidRPr="003026D2" w:rsidRDefault="003026D2" w:rsidP="003026D2">
      <w:pPr>
        <w:numPr>
          <w:ilvl w:val="0"/>
          <w:numId w:val="11"/>
        </w:numPr>
        <w:ind w:leftChars="-1" w:left="0" w:hangingChars="1" w:hanging="2"/>
      </w:pPr>
      <w:r w:rsidRPr="003026D2">
        <w:t>Rules are stated positively and are designed to promo</w:t>
      </w:r>
      <w:r>
        <w:t>te and encourage good behavior</w:t>
      </w:r>
    </w:p>
    <w:p w14:paraId="4AE6B535" w14:textId="77777777" w:rsidR="003026D2" w:rsidRPr="003026D2" w:rsidRDefault="003026D2" w:rsidP="003026D2">
      <w:pPr>
        <w:numPr>
          <w:ilvl w:val="0"/>
          <w:numId w:val="11"/>
        </w:numPr>
        <w:ind w:leftChars="-1" w:left="0" w:hangingChars="1" w:hanging="2"/>
      </w:pPr>
      <w:r w:rsidRPr="003026D2">
        <w:t>Specific rewards systems have been devised and are in use throughout the school</w:t>
      </w:r>
    </w:p>
    <w:p w14:paraId="0FC27D69" w14:textId="77777777" w:rsidR="003026D2" w:rsidRPr="003026D2" w:rsidRDefault="003026D2" w:rsidP="003026D2">
      <w:pPr>
        <w:numPr>
          <w:ilvl w:val="0"/>
          <w:numId w:val="11"/>
        </w:numPr>
        <w:ind w:leftChars="-1" w:left="0" w:hangingChars="1" w:hanging="2"/>
      </w:pPr>
      <w:r w:rsidRPr="003026D2">
        <w:t xml:space="preserve">A post holder has been given responsibility for </w:t>
      </w:r>
      <w:proofErr w:type="spellStart"/>
      <w:r w:rsidRPr="003026D2">
        <w:t>co</w:t>
      </w:r>
      <w:r>
        <w:t>-</w:t>
      </w:r>
      <w:r w:rsidRPr="003026D2">
        <w:t>ordinating</w:t>
      </w:r>
      <w:proofErr w:type="spellEnd"/>
      <w:r w:rsidRPr="003026D2">
        <w:t xml:space="preserve"> the Code of </w:t>
      </w:r>
      <w:proofErr w:type="spellStart"/>
      <w:r w:rsidRPr="003026D2">
        <w:t>Behaviour</w:t>
      </w:r>
      <w:proofErr w:type="spellEnd"/>
      <w:r w:rsidRPr="003026D2">
        <w:t xml:space="preserve">, developing resources and ensuring that all staff are kept informed </w:t>
      </w:r>
    </w:p>
    <w:p w14:paraId="3351DFBD" w14:textId="77777777" w:rsidR="003026D2" w:rsidRPr="003026D2" w:rsidRDefault="003026D2" w:rsidP="003026D2">
      <w:pPr>
        <w:numPr>
          <w:ilvl w:val="0"/>
          <w:numId w:val="11"/>
        </w:numPr>
        <w:ind w:leftChars="-1" w:left="0" w:hangingChars="1" w:hanging="2"/>
      </w:pPr>
      <w:r w:rsidRPr="003026D2">
        <w:t xml:space="preserve">Regular meetings have been held to ensure that each staff member has had input into this Code and the promotion of positive </w:t>
      </w:r>
      <w:proofErr w:type="spellStart"/>
      <w:r w:rsidRPr="003026D2">
        <w:t>behaviour</w:t>
      </w:r>
      <w:proofErr w:type="spellEnd"/>
      <w:r w:rsidRPr="003026D2">
        <w:t xml:space="preserve"> throughout the school.</w:t>
      </w:r>
    </w:p>
    <w:p w14:paraId="67013125" w14:textId="77777777" w:rsidR="00272862" w:rsidRDefault="003026D2" w:rsidP="003026D2">
      <w:pPr>
        <w:numPr>
          <w:ilvl w:val="0"/>
          <w:numId w:val="11"/>
        </w:numPr>
        <w:ind w:leftChars="-1" w:left="0" w:hangingChars="1" w:hanging="2"/>
      </w:pPr>
      <w:r w:rsidRPr="003026D2">
        <w:t xml:space="preserve">Whole school approaches have been developed and communicated to ensure that the whole school community is aware of the importance of positive </w:t>
      </w:r>
      <w:proofErr w:type="spellStart"/>
      <w:r w:rsidRPr="003026D2">
        <w:t>behaviour</w:t>
      </w:r>
      <w:proofErr w:type="spellEnd"/>
      <w:r w:rsidRPr="003026D2">
        <w:t xml:space="preserve">. </w:t>
      </w:r>
    </w:p>
    <w:p w14:paraId="6AAFF432" w14:textId="77777777" w:rsidR="00F43F9A" w:rsidRDefault="00F43F9A"/>
    <w:p w14:paraId="743B1850" w14:textId="035B134D" w:rsidR="003026D2" w:rsidRPr="00F43F9A" w:rsidRDefault="00250971" w:rsidP="003026D2">
      <w:pPr>
        <w:rPr>
          <w:b/>
          <w:bCs/>
        </w:rPr>
      </w:pPr>
      <w:r w:rsidRPr="00F43F9A">
        <w:rPr>
          <w:b/>
          <w:bCs/>
        </w:rPr>
        <w:t>3. WHOLE‑SCHOOL APPROACH TO POSITIVE BEHAVIOUR</w:t>
      </w:r>
    </w:p>
    <w:p w14:paraId="31BF6D84" w14:textId="58002C8A" w:rsidR="00F43F9A" w:rsidRDefault="003026D2" w:rsidP="003026D2">
      <w:r w:rsidRPr="003026D2">
        <w:t xml:space="preserve">The following is a list of strategies and </w:t>
      </w:r>
      <w:proofErr w:type="spellStart"/>
      <w:r w:rsidRPr="003026D2">
        <w:t>programmes</w:t>
      </w:r>
      <w:proofErr w:type="spellEnd"/>
      <w:r w:rsidRPr="003026D2">
        <w:t xml:space="preserve"> that are in place to promote and encourage positive </w:t>
      </w:r>
      <w:proofErr w:type="spellStart"/>
      <w:r w:rsidRPr="003026D2">
        <w:t>behaviour</w:t>
      </w:r>
      <w:proofErr w:type="spellEnd"/>
      <w:r w:rsidRPr="003026D2">
        <w:t xml:space="preserve"> on a whole-school basis.</w:t>
      </w:r>
    </w:p>
    <w:p w14:paraId="19B9937C" w14:textId="77777777" w:rsidR="00F43F9A" w:rsidRPr="003026D2" w:rsidRDefault="00F43F9A" w:rsidP="003026D2"/>
    <w:tbl>
      <w:tblPr>
        <w:tblW w:w="6345" w:type="dxa"/>
        <w:tblInd w:w="1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45"/>
      </w:tblGrid>
      <w:tr w:rsidR="003026D2" w:rsidRPr="003026D2" w14:paraId="12D9DA39" w14:textId="77777777" w:rsidTr="003333E8">
        <w:tc>
          <w:tcPr>
            <w:tcW w:w="6345" w:type="dxa"/>
          </w:tcPr>
          <w:p w14:paraId="74F9164F" w14:textId="77777777" w:rsidR="003026D2" w:rsidRPr="003026D2" w:rsidRDefault="003026D2" w:rsidP="003026D2">
            <w:r w:rsidRPr="003026D2">
              <w:rPr>
                <w:b/>
              </w:rPr>
              <w:t>All Classes</w:t>
            </w:r>
          </w:p>
        </w:tc>
      </w:tr>
      <w:tr w:rsidR="003026D2" w:rsidRPr="003026D2" w14:paraId="01F37A33" w14:textId="77777777" w:rsidTr="003026D2">
        <w:trPr>
          <w:trHeight w:val="983"/>
        </w:trPr>
        <w:tc>
          <w:tcPr>
            <w:tcW w:w="6345" w:type="dxa"/>
          </w:tcPr>
          <w:p w14:paraId="4A958A8F" w14:textId="77777777" w:rsidR="003026D2" w:rsidRPr="003026D2" w:rsidRDefault="003026D2" w:rsidP="003026D2">
            <w:pPr>
              <w:numPr>
                <w:ilvl w:val="0"/>
                <w:numId w:val="13"/>
              </w:numPr>
              <w:spacing w:line="240" w:lineRule="auto"/>
              <w:ind w:leftChars="-1" w:left="0" w:hangingChars="1" w:hanging="2"/>
              <w:rPr>
                <w:lang w:val="en-IE"/>
              </w:rPr>
            </w:pPr>
            <w:r w:rsidRPr="003026D2">
              <w:rPr>
                <w:lang w:val="en-IE"/>
              </w:rPr>
              <w:t>Clear and simple classroom rules and instructions </w:t>
            </w:r>
          </w:p>
          <w:p w14:paraId="65F15F39" w14:textId="77777777" w:rsidR="003026D2" w:rsidRPr="003026D2" w:rsidRDefault="003026D2" w:rsidP="003026D2">
            <w:pPr>
              <w:numPr>
                <w:ilvl w:val="0"/>
                <w:numId w:val="13"/>
              </w:numPr>
              <w:spacing w:line="240" w:lineRule="auto"/>
              <w:ind w:leftChars="-1" w:left="0" w:hangingChars="1" w:hanging="2"/>
              <w:rPr>
                <w:lang w:val="en-IE"/>
              </w:rPr>
            </w:pPr>
            <w:r w:rsidRPr="003026D2">
              <w:rPr>
                <w:lang w:val="en-IE"/>
              </w:rPr>
              <w:t>The use of timers to plan for transitions </w:t>
            </w:r>
          </w:p>
          <w:p w14:paraId="77DEEE49" w14:textId="77777777" w:rsidR="003026D2" w:rsidRPr="003026D2" w:rsidRDefault="003026D2" w:rsidP="003026D2">
            <w:pPr>
              <w:numPr>
                <w:ilvl w:val="0"/>
                <w:numId w:val="13"/>
              </w:numPr>
              <w:spacing w:line="240" w:lineRule="auto"/>
              <w:ind w:leftChars="-1" w:left="0" w:hangingChars="1" w:hanging="2"/>
              <w:rPr>
                <w:lang w:val="en-IE"/>
              </w:rPr>
            </w:pPr>
            <w:r w:rsidRPr="003026D2">
              <w:rPr>
                <w:lang w:val="en-IE"/>
              </w:rPr>
              <w:t>Visual schedules/timetables</w:t>
            </w:r>
          </w:p>
          <w:p w14:paraId="3E686BE4" w14:textId="77777777" w:rsidR="003026D2" w:rsidRPr="003026D2" w:rsidRDefault="003026D2" w:rsidP="003026D2">
            <w:pPr>
              <w:numPr>
                <w:ilvl w:val="0"/>
                <w:numId w:val="13"/>
              </w:numPr>
              <w:spacing w:line="240" w:lineRule="auto"/>
              <w:ind w:leftChars="-1" w:left="0" w:hangingChars="1" w:hanging="2"/>
              <w:rPr>
                <w:lang w:val="en-IE"/>
              </w:rPr>
            </w:pPr>
            <w:r w:rsidRPr="003026D2">
              <w:rPr>
                <w:lang w:val="en-IE"/>
              </w:rPr>
              <w:t>Giving choices or choice boards </w:t>
            </w:r>
          </w:p>
          <w:p w14:paraId="46FFEFF5" w14:textId="77777777" w:rsidR="003026D2" w:rsidRPr="003026D2" w:rsidRDefault="003026D2" w:rsidP="003026D2">
            <w:pPr>
              <w:numPr>
                <w:ilvl w:val="0"/>
                <w:numId w:val="13"/>
              </w:numPr>
              <w:spacing w:line="240" w:lineRule="auto"/>
              <w:ind w:leftChars="-1" w:left="0" w:hangingChars="1" w:hanging="2"/>
              <w:rPr>
                <w:lang w:val="en-IE"/>
              </w:rPr>
            </w:pPr>
            <w:r w:rsidRPr="003026D2">
              <w:rPr>
                <w:lang w:val="en-IE"/>
              </w:rPr>
              <w:t xml:space="preserve">Regular communication with parents – </w:t>
            </w:r>
            <w:r w:rsidR="00B4354F" w:rsidRPr="003026D2">
              <w:rPr>
                <w:lang w:val="en-IE"/>
              </w:rPr>
              <w:t>e.g.</w:t>
            </w:r>
            <w:r w:rsidRPr="003026D2">
              <w:rPr>
                <w:lang w:val="en-IE"/>
              </w:rPr>
              <w:t>: daily journal </w:t>
            </w:r>
          </w:p>
          <w:p w14:paraId="63A55395" w14:textId="77777777" w:rsidR="003026D2" w:rsidRPr="003026D2" w:rsidRDefault="003026D2" w:rsidP="003026D2">
            <w:pPr>
              <w:numPr>
                <w:ilvl w:val="0"/>
                <w:numId w:val="13"/>
              </w:numPr>
              <w:spacing w:line="240" w:lineRule="auto"/>
              <w:ind w:leftChars="-1" w:left="0" w:hangingChars="1" w:hanging="2"/>
              <w:rPr>
                <w:lang w:val="en-IE"/>
              </w:rPr>
            </w:pPr>
            <w:r w:rsidRPr="003026D2">
              <w:rPr>
                <w:lang w:val="en-IE"/>
              </w:rPr>
              <w:t>Explicit teaching of social skills </w:t>
            </w:r>
          </w:p>
          <w:p w14:paraId="58846334" w14:textId="77777777" w:rsidR="003026D2" w:rsidRPr="003026D2" w:rsidRDefault="003026D2" w:rsidP="003026D2">
            <w:pPr>
              <w:numPr>
                <w:ilvl w:val="0"/>
                <w:numId w:val="13"/>
              </w:numPr>
              <w:spacing w:line="240" w:lineRule="auto"/>
              <w:ind w:leftChars="-1" w:left="0" w:hangingChars="1" w:hanging="2"/>
              <w:rPr>
                <w:lang w:val="en-IE"/>
              </w:rPr>
            </w:pPr>
            <w:r w:rsidRPr="003026D2">
              <w:rPr>
                <w:lang w:val="en-IE"/>
              </w:rPr>
              <w:t>Use of social stories </w:t>
            </w:r>
          </w:p>
          <w:p w14:paraId="69DEA731" w14:textId="77777777" w:rsidR="003026D2" w:rsidRPr="003026D2" w:rsidRDefault="003026D2" w:rsidP="003026D2">
            <w:pPr>
              <w:numPr>
                <w:ilvl w:val="0"/>
                <w:numId w:val="13"/>
              </w:numPr>
              <w:spacing w:line="240" w:lineRule="auto"/>
              <w:ind w:leftChars="-1" w:left="0" w:hangingChars="1" w:hanging="2"/>
              <w:rPr>
                <w:lang w:val="en-IE"/>
              </w:rPr>
            </w:pPr>
            <w:r w:rsidRPr="003026D2">
              <w:rPr>
                <w:lang w:val="en-IE"/>
              </w:rPr>
              <w:t>Consistent approaches to behaviour by staff members </w:t>
            </w:r>
          </w:p>
          <w:p w14:paraId="1DC0F2D2" w14:textId="77777777" w:rsidR="003026D2" w:rsidRPr="003026D2" w:rsidRDefault="003026D2" w:rsidP="003026D2">
            <w:pPr>
              <w:numPr>
                <w:ilvl w:val="0"/>
                <w:numId w:val="13"/>
              </w:numPr>
              <w:spacing w:line="240" w:lineRule="auto"/>
              <w:ind w:leftChars="-1" w:left="0" w:hangingChars="1" w:hanging="2"/>
              <w:rPr>
                <w:lang w:val="en-IE"/>
              </w:rPr>
            </w:pPr>
            <w:r w:rsidRPr="003026D2">
              <w:rPr>
                <w:lang w:val="en-IE"/>
              </w:rPr>
              <w:t>Clear, consistent consequences for misbehaviour, as per Code of Behaviour</w:t>
            </w:r>
          </w:p>
          <w:p w14:paraId="0E302AF9" w14:textId="77777777" w:rsidR="003026D2" w:rsidRPr="003026D2" w:rsidRDefault="003026D2" w:rsidP="003026D2">
            <w:pPr>
              <w:numPr>
                <w:ilvl w:val="0"/>
                <w:numId w:val="13"/>
              </w:numPr>
              <w:spacing w:line="240" w:lineRule="auto"/>
              <w:ind w:leftChars="-1" w:left="0" w:hangingChars="1" w:hanging="2"/>
              <w:rPr>
                <w:lang w:val="en-IE"/>
              </w:rPr>
            </w:pPr>
            <w:r w:rsidRPr="003026D2">
              <w:rPr>
                <w:lang w:val="en-IE"/>
              </w:rPr>
              <w:t>Talk and discussion of behaviour with the child (if capable) </w:t>
            </w:r>
          </w:p>
          <w:p w14:paraId="68ED4D46" w14:textId="77777777" w:rsidR="003026D2" w:rsidRPr="003026D2" w:rsidRDefault="003026D2" w:rsidP="003026D2">
            <w:pPr>
              <w:numPr>
                <w:ilvl w:val="0"/>
                <w:numId w:val="13"/>
              </w:numPr>
              <w:spacing w:line="240" w:lineRule="auto"/>
              <w:ind w:leftChars="-1" w:left="0" w:hangingChars="1" w:hanging="2"/>
              <w:rPr>
                <w:lang w:val="en-IE"/>
              </w:rPr>
            </w:pPr>
            <w:r w:rsidRPr="003026D2">
              <w:rPr>
                <w:lang w:val="en-IE"/>
              </w:rPr>
              <w:lastRenderedPageBreak/>
              <w:t>Restorative Practice and Incredible Years used throughout the school </w:t>
            </w:r>
          </w:p>
          <w:p w14:paraId="72BA66D2" w14:textId="77777777" w:rsidR="003026D2" w:rsidRPr="003026D2" w:rsidRDefault="003026D2" w:rsidP="003026D2">
            <w:pPr>
              <w:numPr>
                <w:ilvl w:val="0"/>
                <w:numId w:val="13"/>
              </w:numPr>
              <w:spacing w:line="240" w:lineRule="auto"/>
              <w:ind w:leftChars="-1" w:left="0" w:hangingChars="1" w:hanging="2"/>
              <w:rPr>
                <w:lang w:val="en-IE"/>
              </w:rPr>
            </w:pPr>
            <w:r w:rsidRPr="003026D2">
              <w:rPr>
                <w:lang w:val="en-IE"/>
              </w:rPr>
              <w:t>Reward systems </w:t>
            </w:r>
            <w:r>
              <w:rPr>
                <w:lang w:val="en-IE"/>
              </w:rPr>
              <w:t>(individual, group and class based)</w:t>
            </w:r>
          </w:p>
          <w:p w14:paraId="740771CF" w14:textId="77777777" w:rsidR="003026D2" w:rsidRPr="003026D2" w:rsidRDefault="003026D2" w:rsidP="003026D2">
            <w:pPr>
              <w:numPr>
                <w:ilvl w:val="0"/>
                <w:numId w:val="13"/>
              </w:numPr>
              <w:spacing w:line="240" w:lineRule="auto"/>
              <w:ind w:leftChars="-1" w:left="0" w:hangingChars="1" w:hanging="2"/>
              <w:rPr>
                <w:lang w:val="en-IE"/>
              </w:rPr>
            </w:pPr>
            <w:r w:rsidRPr="003026D2">
              <w:rPr>
                <w:lang w:val="en-IE"/>
              </w:rPr>
              <w:t xml:space="preserve">Zones of Regulation and FRIENDS for Life programme </w:t>
            </w:r>
          </w:p>
          <w:p w14:paraId="5CA60536" w14:textId="77777777" w:rsidR="003026D2" w:rsidRPr="003026D2" w:rsidRDefault="003026D2" w:rsidP="003026D2">
            <w:pPr>
              <w:numPr>
                <w:ilvl w:val="0"/>
                <w:numId w:val="13"/>
              </w:numPr>
              <w:spacing w:line="240" w:lineRule="auto"/>
              <w:ind w:leftChars="-1" w:left="0" w:hangingChars="1" w:hanging="2"/>
              <w:rPr>
                <w:lang w:val="en-IE"/>
              </w:rPr>
            </w:pPr>
            <w:r w:rsidRPr="003026D2">
              <w:rPr>
                <w:lang w:val="en-IE"/>
              </w:rPr>
              <w:t>Coping with Anxiety Strategies </w:t>
            </w:r>
          </w:p>
          <w:p w14:paraId="6822E1ED" w14:textId="77777777" w:rsidR="003026D2" w:rsidRPr="003026D2" w:rsidRDefault="003026D2" w:rsidP="003026D2">
            <w:pPr>
              <w:numPr>
                <w:ilvl w:val="0"/>
                <w:numId w:val="13"/>
              </w:numPr>
              <w:spacing w:line="240" w:lineRule="auto"/>
              <w:ind w:leftChars="-1" w:left="0" w:hangingChars="1" w:hanging="2"/>
              <w:rPr>
                <w:lang w:val="en-IE"/>
              </w:rPr>
            </w:pPr>
            <w:r w:rsidRPr="003026D2">
              <w:rPr>
                <w:lang w:val="en-IE"/>
              </w:rPr>
              <w:t>NEPS, NCSE and PDST resources</w:t>
            </w:r>
          </w:p>
          <w:p w14:paraId="1D421DDC" w14:textId="77777777" w:rsidR="003026D2" w:rsidRPr="003026D2" w:rsidRDefault="003026D2" w:rsidP="003026D2">
            <w:pPr>
              <w:numPr>
                <w:ilvl w:val="0"/>
                <w:numId w:val="13"/>
              </w:numPr>
              <w:spacing w:line="240" w:lineRule="auto"/>
              <w:ind w:leftChars="-1" w:left="0" w:hangingChars="1" w:hanging="2"/>
              <w:rPr>
                <w:lang w:val="en-IE"/>
              </w:rPr>
            </w:pPr>
            <w:r w:rsidRPr="003026D2">
              <w:rPr>
                <w:lang w:val="en-IE"/>
              </w:rPr>
              <w:t>Nurture Room, Sensory Room Art and Play Therapy </w:t>
            </w:r>
          </w:p>
          <w:p w14:paraId="0C8055D2" w14:textId="77777777" w:rsidR="003026D2" w:rsidRPr="003026D2" w:rsidRDefault="003026D2" w:rsidP="003026D2">
            <w:pPr>
              <w:numPr>
                <w:ilvl w:val="0"/>
                <w:numId w:val="13"/>
              </w:numPr>
              <w:spacing w:line="240" w:lineRule="auto"/>
              <w:ind w:leftChars="-1" w:left="0" w:hangingChars="1" w:hanging="2"/>
              <w:rPr>
                <w:lang w:val="en-IE"/>
              </w:rPr>
            </w:pPr>
            <w:r w:rsidRPr="003026D2">
              <w:rPr>
                <w:lang w:val="en-IE"/>
              </w:rPr>
              <w:t>Knowledge and understanding of ACEs</w:t>
            </w:r>
          </w:p>
          <w:p w14:paraId="3269050C" w14:textId="77777777" w:rsidR="003026D2" w:rsidRPr="003026D2" w:rsidRDefault="003026D2" w:rsidP="003026D2">
            <w:pPr>
              <w:numPr>
                <w:ilvl w:val="0"/>
                <w:numId w:val="13"/>
              </w:numPr>
              <w:spacing w:line="240" w:lineRule="auto"/>
              <w:ind w:leftChars="-1" w:left="0" w:hangingChars="1" w:hanging="2"/>
              <w:rPr>
                <w:lang w:val="en-IE"/>
              </w:rPr>
            </w:pPr>
            <w:r w:rsidRPr="003026D2">
              <w:rPr>
                <w:lang w:val="en-IE"/>
              </w:rPr>
              <w:t>Mindfulness, Body Calming and Breathing</w:t>
            </w:r>
          </w:p>
        </w:tc>
      </w:tr>
    </w:tbl>
    <w:p w14:paraId="74A3AC06" w14:textId="77777777" w:rsidR="003026D2" w:rsidRPr="003026D2" w:rsidRDefault="003026D2" w:rsidP="003026D2"/>
    <w:p w14:paraId="460B568C" w14:textId="77777777" w:rsidR="00272862" w:rsidRDefault="003026D2">
      <w:r w:rsidRPr="003026D2">
        <w:t xml:space="preserve">As a school we believe in the rewarding of good </w:t>
      </w:r>
      <w:proofErr w:type="spellStart"/>
      <w:r w:rsidRPr="003026D2">
        <w:t>behaviour</w:t>
      </w:r>
      <w:proofErr w:type="spellEnd"/>
      <w:r w:rsidRPr="003026D2">
        <w:t xml:space="preserve"> through acknowledgment and recognition. We aim to praise pupils for effort whenever possible. We have established specific rewards systems throughout the school. Pupils are made aware of how these systems operate at each class level at the beginning of the school year. These systems are both fair and consistent and ensure that each individual takes personal responsibility for his/her </w:t>
      </w:r>
      <w:proofErr w:type="spellStart"/>
      <w:r w:rsidRPr="003026D2">
        <w:t>behaviour</w:t>
      </w:r>
      <w:proofErr w:type="spellEnd"/>
      <w:r w:rsidRPr="003026D2">
        <w:t xml:space="preserve">. Where a pupil misbehaves and fails to adhere to the class rules there are specific interventions that are put in place. </w:t>
      </w:r>
    </w:p>
    <w:p w14:paraId="7D6033E8" w14:textId="7DA29FBE" w:rsidR="00272862" w:rsidRPr="00F43F9A" w:rsidRDefault="00AF30DB" w:rsidP="00F43F9A">
      <w:pPr>
        <w:spacing w:after="160" w:line="259" w:lineRule="auto"/>
        <w:rPr>
          <w:rFonts w:ascii="Times New Roman" w:eastAsia="Aptos" w:hAnsi="Times New Roman" w:cs="Times New Roman"/>
          <w:kern w:val="2"/>
          <w:sz w:val="24"/>
          <w:szCs w:val="24"/>
          <w:lang w:val="en-IE"/>
          <w14:ligatures w14:val="standardContextual"/>
        </w:rPr>
      </w:pPr>
      <w:r w:rsidRPr="00AF30DB">
        <w:rPr>
          <w:rFonts w:ascii="Times New Roman" w:eastAsia="Aptos" w:hAnsi="Times New Roman" w:cs="Times New Roman"/>
          <w:kern w:val="2"/>
          <w:sz w:val="24"/>
          <w:szCs w:val="24"/>
          <w:lang w:val="en-IE"/>
          <w14:ligatures w14:val="standardContextual"/>
        </w:rPr>
        <w:t>The school adopts a regulation-first approach to behaviour support, recognising that children must feel safe, regulated and supported before they are able to engage in learning or reflect on behaviour.</w:t>
      </w:r>
      <w:r w:rsidR="00B4354F">
        <w:tab/>
      </w:r>
    </w:p>
    <w:p w14:paraId="6EB450A7" w14:textId="77777777" w:rsidR="00B4354F" w:rsidRDefault="00B4354F" w:rsidP="00B4354F">
      <w:pPr>
        <w:tabs>
          <w:tab w:val="left" w:pos="4920"/>
        </w:tabs>
      </w:pPr>
    </w:p>
    <w:p w14:paraId="16870856" w14:textId="62D7316F" w:rsidR="00272862" w:rsidRDefault="00250971">
      <w:pPr>
        <w:rPr>
          <w:b/>
          <w:bCs/>
        </w:rPr>
      </w:pPr>
      <w:r w:rsidRPr="00F43F9A">
        <w:rPr>
          <w:b/>
          <w:bCs/>
        </w:rPr>
        <w:t>4. CLASSROOM RULES</w:t>
      </w:r>
    </w:p>
    <w:p w14:paraId="74906170" w14:textId="77777777" w:rsidR="00F43F9A" w:rsidRPr="00F43F9A" w:rsidRDefault="00F43F9A">
      <w:pPr>
        <w:rPr>
          <w:b/>
          <w:bCs/>
        </w:rPr>
      </w:pPr>
    </w:p>
    <w:p w14:paraId="555793D9" w14:textId="77777777" w:rsidR="00272862" w:rsidRDefault="00250971">
      <w:r>
        <w:t>Each class develop</w:t>
      </w:r>
      <w:r w:rsidR="003026D2">
        <w:t xml:space="preserve">s its own child‑friendly rules, using positive language. </w:t>
      </w:r>
      <w:r>
        <w:t>Examples:</w:t>
      </w:r>
    </w:p>
    <w:p w14:paraId="1BCFC60C" w14:textId="77777777" w:rsidR="00272862" w:rsidRDefault="00272862"/>
    <w:p w14:paraId="0CED8883" w14:textId="77777777" w:rsidR="00272862" w:rsidRPr="00F43F9A" w:rsidRDefault="00250971">
      <w:pPr>
        <w:rPr>
          <w:b/>
          <w:bCs/>
        </w:rPr>
      </w:pPr>
      <w:r w:rsidRPr="00F43F9A">
        <w:rPr>
          <w:b/>
          <w:bCs/>
        </w:rPr>
        <w:t>Junior &amp; Senior Infants:</w:t>
      </w:r>
    </w:p>
    <w:p w14:paraId="0F9ACE61" w14:textId="77777777" w:rsidR="00272862" w:rsidRDefault="00250971">
      <w:r>
        <w:t xml:space="preserve">• I will listen.  </w:t>
      </w:r>
    </w:p>
    <w:p w14:paraId="40EC08F9" w14:textId="77777777" w:rsidR="00272862" w:rsidRDefault="00250971">
      <w:r>
        <w:t xml:space="preserve">• I will walk safely.  </w:t>
      </w:r>
    </w:p>
    <w:p w14:paraId="3A2118F7" w14:textId="77777777" w:rsidR="00272862" w:rsidRDefault="00250971">
      <w:r>
        <w:t xml:space="preserve">• I will be kind.  </w:t>
      </w:r>
    </w:p>
    <w:p w14:paraId="22C793C6" w14:textId="77777777" w:rsidR="00272862" w:rsidRDefault="00250971">
      <w:r>
        <w:t xml:space="preserve">• I will do my best.  </w:t>
      </w:r>
    </w:p>
    <w:p w14:paraId="5D7CD6D0" w14:textId="77777777" w:rsidR="00272862" w:rsidRDefault="00250971">
      <w:r>
        <w:lastRenderedPageBreak/>
        <w:t xml:space="preserve">• I will keep my hands to myself.  </w:t>
      </w:r>
    </w:p>
    <w:p w14:paraId="1949D922" w14:textId="77777777" w:rsidR="00272862" w:rsidRDefault="00272862"/>
    <w:p w14:paraId="411BB296" w14:textId="77777777" w:rsidR="00272862" w:rsidRPr="00F43F9A" w:rsidRDefault="00250971">
      <w:pPr>
        <w:rPr>
          <w:b/>
          <w:bCs/>
        </w:rPr>
      </w:pPr>
      <w:r w:rsidRPr="00F43F9A">
        <w:rPr>
          <w:b/>
          <w:bCs/>
        </w:rPr>
        <w:t>1st Class:</w:t>
      </w:r>
    </w:p>
    <w:p w14:paraId="5E9EF809" w14:textId="77777777" w:rsidR="00272862" w:rsidRDefault="00250971">
      <w:r>
        <w:t xml:space="preserve">• I will listen and try my best.  </w:t>
      </w:r>
    </w:p>
    <w:p w14:paraId="139E5F6B" w14:textId="77777777" w:rsidR="00272862" w:rsidRDefault="00250971">
      <w:r>
        <w:t xml:space="preserve">• I will be polite and kind.  </w:t>
      </w:r>
    </w:p>
    <w:p w14:paraId="3DBF3FCC" w14:textId="77777777" w:rsidR="00272862" w:rsidRDefault="00250971">
      <w:r>
        <w:t xml:space="preserve">• I will walk inside.  </w:t>
      </w:r>
    </w:p>
    <w:p w14:paraId="6CFF4A3A" w14:textId="77777777" w:rsidR="00272862" w:rsidRDefault="00250971">
      <w:r>
        <w:t xml:space="preserve">• I will put my quiet hand up.  </w:t>
      </w:r>
    </w:p>
    <w:p w14:paraId="18CF7A19" w14:textId="77777777" w:rsidR="00272862" w:rsidRDefault="00250971">
      <w:r>
        <w:t xml:space="preserve">• I will keep my hands to myself.  </w:t>
      </w:r>
    </w:p>
    <w:p w14:paraId="6A8BE1A1" w14:textId="77777777" w:rsidR="00272862" w:rsidRPr="00F43F9A" w:rsidRDefault="00272862">
      <w:pPr>
        <w:rPr>
          <w:b/>
          <w:bCs/>
        </w:rPr>
      </w:pPr>
    </w:p>
    <w:p w14:paraId="135BC172" w14:textId="77777777" w:rsidR="00272862" w:rsidRPr="00F43F9A" w:rsidRDefault="00250971">
      <w:pPr>
        <w:rPr>
          <w:b/>
          <w:bCs/>
        </w:rPr>
      </w:pPr>
      <w:r w:rsidRPr="00F43F9A">
        <w:rPr>
          <w:b/>
          <w:bCs/>
        </w:rPr>
        <w:t>2nd Class:</w:t>
      </w:r>
    </w:p>
    <w:p w14:paraId="4218F1BB" w14:textId="77777777" w:rsidR="00272862" w:rsidRDefault="00250971">
      <w:r>
        <w:t xml:space="preserve">• I will listen carefully and follow instructions.  </w:t>
      </w:r>
    </w:p>
    <w:p w14:paraId="51FE5911" w14:textId="77777777" w:rsidR="00272862" w:rsidRDefault="00250971">
      <w:r>
        <w:t xml:space="preserve">• I will be kind in my words and actions.  </w:t>
      </w:r>
    </w:p>
    <w:p w14:paraId="25ABBB9E" w14:textId="77777777" w:rsidR="00272862" w:rsidRDefault="00250971">
      <w:r>
        <w:t xml:space="preserve">• I will use walking feet indoors.  </w:t>
      </w:r>
    </w:p>
    <w:p w14:paraId="48495917" w14:textId="77777777" w:rsidR="00272862" w:rsidRDefault="00250971">
      <w:r>
        <w:t xml:space="preserve">• I will care for school property.  </w:t>
      </w:r>
    </w:p>
    <w:p w14:paraId="40EBA624" w14:textId="77777777" w:rsidR="00272862" w:rsidRDefault="00250971">
      <w:r>
        <w:t>• I will keep hands, feet and objects to myself.</w:t>
      </w:r>
    </w:p>
    <w:p w14:paraId="2B51844D" w14:textId="61F6F807" w:rsidR="00272862" w:rsidRDefault="00272862"/>
    <w:p w14:paraId="714D53EA" w14:textId="77777777" w:rsidR="00B4354F" w:rsidRDefault="00B4354F"/>
    <w:p w14:paraId="3E991EF6" w14:textId="77777777" w:rsidR="00272862" w:rsidRPr="00F43F9A" w:rsidRDefault="00250971">
      <w:pPr>
        <w:rPr>
          <w:b/>
          <w:bCs/>
        </w:rPr>
      </w:pPr>
      <w:r w:rsidRPr="00F43F9A">
        <w:rPr>
          <w:b/>
          <w:bCs/>
        </w:rPr>
        <w:t>5. POSITIVE STRATEGIES USED IN THE SCHOOL</w:t>
      </w:r>
    </w:p>
    <w:p w14:paraId="13458D06" w14:textId="77777777" w:rsidR="00B4354F" w:rsidRDefault="00B4354F"/>
    <w:p w14:paraId="6E3FE7DC" w14:textId="77777777" w:rsidR="00272862" w:rsidRDefault="00250971">
      <w:r>
        <w:t>Whole‑school strategies include:</w:t>
      </w:r>
    </w:p>
    <w:p w14:paraId="24AEC41B" w14:textId="77777777" w:rsidR="00272862" w:rsidRDefault="00250971">
      <w:r>
        <w:t xml:space="preserve">• Show Me 5  </w:t>
      </w:r>
    </w:p>
    <w:p w14:paraId="5FA609E9" w14:textId="77777777" w:rsidR="00272862" w:rsidRDefault="00250971">
      <w:r>
        <w:t xml:space="preserve">• Green Patrol  </w:t>
      </w:r>
    </w:p>
    <w:p w14:paraId="7FD72222" w14:textId="77777777" w:rsidR="00272862" w:rsidRDefault="00250971">
      <w:r>
        <w:t xml:space="preserve">• Treasure Boxes  </w:t>
      </w:r>
    </w:p>
    <w:p w14:paraId="7B45612B" w14:textId="77777777" w:rsidR="00272862" w:rsidRDefault="00250971">
      <w:r>
        <w:t xml:space="preserve">• Golden Time  </w:t>
      </w:r>
    </w:p>
    <w:p w14:paraId="2FADA156" w14:textId="77777777" w:rsidR="00272862" w:rsidRDefault="00250971">
      <w:r>
        <w:t xml:space="preserve">• Golden Tickets  </w:t>
      </w:r>
    </w:p>
    <w:p w14:paraId="33133DAE" w14:textId="77777777" w:rsidR="00272862" w:rsidRDefault="00250971">
      <w:r>
        <w:t xml:space="preserve">• Restorative Chats  </w:t>
      </w:r>
    </w:p>
    <w:p w14:paraId="04320319" w14:textId="77777777" w:rsidR="00272862" w:rsidRDefault="00250971">
      <w:r>
        <w:lastRenderedPageBreak/>
        <w:t xml:space="preserve">• Visual reward charts  </w:t>
      </w:r>
    </w:p>
    <w:p w14:paraId="0DAD831E" w14:textId="77777777" w:rsidR="00272862" w:rsidRDefault="00250971">
      <w:r>
        <w:t xml:space="preserve">• Explicit teaching of routines  </w:t>
      </w:r>
    </w:p>
    <w:p w14:paraId="548BCFBE" w14:textId="77777777" w:rsidR="00272862" w:rsidRDefault="00250971">
      <w:r>
        <w:t xml:space="preserve">• SEN support where needed  </w:t>
      </w:r>
    </w:p>
    <w:p w14:paraId="12AD8E8F" w14:textId="77777777" w:rsidR="00272862" w:rsidRDefault="00250971">
      <w:r>
        <w:t xml:space="preserve">• Early intervention meetings with parents  </w:t>
      </w:r>
    </w:p>
    <w:p w14:paraId="2742B1F5" w14:textId="0606F623" w:rsidR="00272862" w:rsidRDefault="00272862"/>
    <w:p w14:paraId="44B1CBB6" w14:textId="77777777" w:rsidR="00272862" w:rsidRPr="00F43F9A" w:rsidRDefault="00250971">
      <w:pPr>
        <w:rPr>
          <w:b/>
          <w:bCs/>
        </w:rPr>
      </w:pPr>
      <w:r w:rsidRPr="00F43F9A">
        <w:rPr>
          <w:b/>
          <w:bCs/>
        </w:rPr>
        <w:t>6. LEVELS OF MISBEHAVIOUR &amp; RESPONSES</w:t>
      </w:r>
    </w:p>
    <w:p w14:paraId="73E0D86F" w14:textId="77777777" w:rsidR="00B4354F" w:rsidRDefault="00B4354F"/>
    <w:p w14:paraId="13DC19EE" w14:textId="77777777" w:rsidR="00BB0D34" w:rsidRDefault="00BB0D34">
      <w:proofErr w:type="spellStart"/>
      <w:r w:rsidRPr="00BB0D34">
        <w:t>Misbehaviour</w:t>
      </w:r>
      <w:proofErr w:type="spellEnd"/>
      <w:r w:rsidRPr="00BB0D34">
        <w:t xml:space="preserve"> falls into one of four categories – minor, major, serious or gross. We believe that a teacher's professionalism will result in a </w:t>
      </w:r>
      <w:proofErr w:type="gramStart"/>
      <w:r w:rsidRPr="00BB0D34">
        <w:t>common sense</w:t>
      </w:r>
      <w:proofErr w:type="gramEnd"/>
      <w:r w:rsidRPr="00BB0D34">
        <w:t xml:space="preserve"> approach to </w:t>
      </w:r>
      <w:proofErr w:type="spellStart"/>
      <w:r w:rsidRPr="00BB0D34">
        <w:t>misbehaviour</w:t>
      </w:r>
      <w:proofErr w:type="spellEnd"/>
      <w:r w:rsidRPr="00BB0D34">
        <w:t>, taking account of the age, vulnerability and personal circumstance of the pupil(</w:t>
      </w:r>
      <w:r>
        <w:t xml:space="preserve">s) involved in the </w:t>
      </w:r>
      <w:proofErr w:type="spellStart"/>
      <w:r>
        <w:t>misbehaviour</w:t>
      </w:r>
      <w:proofErr w:type="spellEnd"/>
      <w:r w:rsidRPr="00BB0D34">
        <w:t>.</w:t>
      </w:r>
      <w:r>
        <w:t xml:space="preserve"> </w:t>
      </w:r>
      <w:r w:rsidR="00B4354F">
        <w:t>Sanctions</w:t>
      </w:r>
      <w:r>
        <w:t xml:space="preserve"> </w:t>
      </w:r>
      <w:r w:rsidRPr="00BB0D34">
        <w:t xml:space="preserve">should be matched to the </w:t>
      </w:r>
      <w:proofErr w:type="spellStart"/>
      <w:r w:rsidRPr="00BB0D34">
        <w:t>misbehaviour</w:t>
      </w:r>
      <w:proofErr w:type="spellEnd"/>
      <w:r w:rsidRPr="00BB0D34">
        <w:t>. The result is a</w:t>
      </w:r>
      <w:r>
        <w:t xml:space="preserve"> Code of </w:t>
      </w:r>
      <w:proofErr w:type="spellStart"/>
      <w:r>
        <w:t>Behaviour</w:t>
      </w:r>
      <w:proofErr w:type="spellEnd"/>
      <w:r>
        <w:t xml:space="preserve"> Flowchart</w:t>
      </w:r>
      <w:r w:rsidRPr="00BB0D34">
        <w:t xml:space="preserve">, which will be clearly communicated to all pupils and parents. The purpose of this is to provide clarity and consistency in dealing with </w:t>
      </w:r>
      <w:proofErr w:type="spellStart"/>
      <w:r w:rsidRPr="00BB0D34">
        <w:t>misbehaviour</w:t>
      </w:r>
      <w:proofErr w:type="spellEnd"/>
      <w:r w:rsidRPr="00BB0D34">
        <w:t xml:space="preserve">. (See </w:t>
      </w:r>
      <w:r>
        <w:rPr>
          <w:i/>
        </w:rPr>
        <w:t>Appendix)</w:t>
      </w:r>
      <w:r w:rsidRPr="00BB0D34">
        <w:t xml:space="preserve"> </w:t>
      </w:r>
    </w:p>
    <w:p w14:paraId="7DDB7FD2" w14:textId="77777777" w:rsidR="00BB0D34" w:rsidRDefault="00BB0D34"/>
    <w:p w14:paraId="68C39C9D" w14:textId="77777777" w:rsidR="00272862" w:rsidRPr="00F43F9A" w:rsidRDefault="00250971">
      <w:pPr>
        <w:rPr>
          <w:b/>
          <w:bCs/>
        </w:rPr>
      </w:pPr>
      <w:r w:rsidRPr="00F43F9A">
        <w:rPr>
          <w:b/>
          <w:bCs/>
          <w:highlight w:val="yellow"/>
        </w:rPr>
        <w:t>LEVEL 1 – Minor</w:t>
      </w:r>
      <w:r w:rsidRPr="00F43F9A">
        <w:rPr>
          <w:b/>
          <w:bCs/>
        </w:rPr>
        <w:t xml:space="preserve">  </w:t>
      </w:r>
    </w:p>
    <w:p w14:paraId="335C20A8" w14:textId="77777777" w:rsidR="00272862" w:rsidRDefault="00250971">
      <w:r>
        <w:t xml:space="preserve">Examples:  </w:t>
      </w:r>
      <w:r w:rsidR="00681F31">
        <w:t xml:space="preserve">Disrupting class work, arriving late to school, running indoors, littering, being discourteous, incomplete homework without valid reason, talking out of turn, not following instructions, any breach of classroom rules </w:t>
      </w:r>
      <w:r w:rsidR="003026D2">
        <w:t>etc.</w:t>
      </w:r>
    </w:p>
    <w:p w14:paraId="705D9CE7" w14:textId="77777777" w:rsidR="00272862" w:rsidRPr="00F43F9A" w:rsidRDefault="00250971">
      <w:pPr>
        <w:rPr>
          <w:b/>
          <w:bCs/>
        </w:rPr>
      </w:pPr>
      <w:r w:rsidRPr="00F43F9A">
        <w:rPr>
          <w:b/>
          <w:bCs/>
        </w:rPr>
        <w:t xml:space="preserve">Sanctions/Interventions:  </w:t>
      </w:r>
    </w:p>
    <w:p w14:paraId="52593BE2" w14:textId="77777777" w:rsidR="00272862" w:rsidRDefault="00250971">
      <w:r>
        <w:t xml:space="preserve">• Reminder / restating rule  </w:t>
      </w:r>
    </w:p>
    <w:p w14:paraId="445B3195" w14:textId="77777777" w:rsidR="00272862" w:rsidRDefault="00250971">
      <w:r>
        <w:t xml:space="preserve">• Non-verbal cue  </w:t>
      </w:r>
    </w:p>
    <w:p w14:paraId="7989EADB" w14:textId="77777777" w:rsidR="00272862" w:rsidRDefault="00250971">
      <w:r>
        <w:t xml:space="preserve">• Proximal praise  </w:t>
      </w:r>
    </w:p>
    <w:p w14:paraId="3B03C992" w14:textId="77777777" w:rsidR="00272862" w:rsidRDefault="00250971">
      <w:r>
        <w:t>• Class-based consequence</w:t>
      </w:r>
      <w:r w:rsidR="00681F31">
        <w:t xml:space="preserve">/ implementation of </w:t>
      </w:r>
      <w:proofErr w:type="gramStart"/>
      <w:r w:rsidR="00681F31">
        <w:t>class based</w:t>
      </w:r>
      <w:proofErr w:type="gramEnd"/>
      <w:r w:rsidR="00681F31">
        <w:t xml:space="preserve"> behavior system </w:t>
      </w:r>
      <w:r>
        <w:t xml:space="preserve">  </w:t>
      </w:r>
    </w:p>
    <w:p w14:paraId="1B58C32D" w14:textId="77777777" w:rsidR="00272862" w:rsidRDefault="00250971">
      <w:r>
        <w:t xml:space="preserve">• Re-teaching of expected </w:t>
      </w:r>
      <w:proofErr w:type="spellStart"/>
      <w:r>
        <w:t>behaviour</w:t>
      </w:r>
      <w:proofErr w:type="spellEnd"/>
      <w:r>
        <w:t xml:space="preserve">  </w:t>
      </w:r>
    </w:p>
    <w:p w14:paraId="374466B8" w14:textId="77777777" w:rsidR="00272862" w:rsidRPr="00F43F9A" w:rsidRDefault="00272862">
      <w:pPr>
        <w:rPr>
          <w:b/>
          <w:bCs/>
        </w:rPr>
      </w:pPr>
    </w:p>
    <w:p w14:paraId="562584B9" w14:textId="77777777" w:rsidR="00272862" w:rsidRPr="00770158" w:rsidRDefault="00250971">
      <w:pPr>
        <w:rPr>
          <w:b/>
          <w:bCs/>
        </w:rPr>
      </w:pPr>
      <w:r w:rsidRPr="00770158">
        <w:rPr>
          <w:b/>
          <w:bCs/>
          <w:highlight w:val="red"/>
        </w:rPr>
        <w:t>LEVEL 2 – Moderate / Repeated</w:t>
      </w:r>
      <w:r w:rsidRPr="00770158">
        <w:rPr>
          <w:b/>
          <w:bCs/>
        </w:rPr>
        <w:t xml:space="preserve">  </w:t>
      </w:r>
    </w:p>
    <w:p w14:paraId="78618BEA" w14:textId="63582EEF" w:rsidR="00272862" w:rsidRDefault="00250971">
      <w:r>
        <w:t xml:space="preserve">Examples:  </w:t>
      </w:r>
      <w:r w:rsidR="00681F31">
        <w:t>Repeated display of minor misbehaviors, refusal to cooperate with health an</w:t>
      </w:r>
      <w:r w:rsidR="00662DA4">
        <w:t xml:space="preserve">d safety systems, deliberate refusal </w:t>
      </w:r>
      <w:r w:rsidR="00681F31">
        <w:t xml:space="preserve">to engage with classwork, use of inappropriate gestures, name calling, use of unacceptable language, lying, stealing, deliberate damage to property of </w:t>
      </w:r>
      <w:r w:rsidR="00681F31">
        <w:lastRenderedPageBreak/>
        <w:t>others or the school, answering back a teacher/staff member, deliberate and continual disobedience etc.</w:t>
      </w:r>
    </w:p>
    <w:p w14:paraId="490D6605" w14:textId="77777777" w:rsidR="00F43F9A" w:rsidRDefault="00F43F9A"/>
    <w:p w14:paraId="514180A0" w14:textId="77777777" w:rsidR="00272862" w:rsidRPr="00F43F9A" w:rsidRDefault="00250971">
      <w:pPr>
        <w:rPr>
          <w:b/>
          <w:bCs/>
        </w:rPr>
      </w:pPr>
      <w:r w:rsidRPr="00F43F9A">
        <w:rPr>
          <w:b/>
          <w:bCs/>
        </w:rPr>
        <w:t xml:space="preserve">Sanctions/Interventions:  </w:t>
      </w:r>
    </w:p>
    <w:p w14:paraId="58F05443" w14:textId="77777777" w:rsidR="00272862" w:rsidRDefault="00250971">
      <w:r>
        <w:t>• Time‑</w:t>
      </w:r>
      <w:r w:rsidR="00B4354F">
        <w:t>out (</w:t>
      </w:r>
      <w:r w:rsidR="00AC34E3">
        <w:t>3-5 minutes)</w:t>
      </w:r>
    </w:p>
    <w:p w14:paraId="16DD7BE3" w14:textId="77777777" w:rsidR="00272862" w:rsidRDefault="00250971">
      <w:r>
        <w:t>• Loss of privilege (e.g., portion of golden time</w:t>
      </w:r>
      <w:r w:rsidR="00AC34E3">
        <w:t>, class responsibility</w:t>
      </w:r>
      <w:r>
        <w:t xml:space="preserve">)  </w:t>
      </w:r>
    </w:p>
    <w:p w14:paraId="49E67C5F" w14:textId="77777777" w:rsidR="00272862" w:rsidRDefault="00250971">
      <w:r>
        <w:t xml:space="preserve">• </w:t>
      </w:r>
      <w:proofErr w:type="spellStart"/>
      <w:r>
        <w:t>Behaviour</w:t>
      </w:r>
      <w:proofErr w:type="spellEnd"/>
      <w:r>
        <w:t xml:space="preserve"> reflection sheet  </w:t>
      </w:r>
    </w:p>
    <w:p w14:paraId="2A3E183D" w14:textId="77777777" w:rsidR="00272862" w:rsidRDefault="00250971">
      <w:r>
        <w:t xml:space="preserve">• Teacher contacts parents  </w:t>
      </w:r>
    </w:p>
    <w:p w14:paraId="2B3499D4" w14:textId="77777777" w:rsidR="00272862" w:rsidRDefault="00250971">
      <w:r>
        <w:t xml:space="preserve">• Record in </w:t>
      </w:r>
      <w:proofErr w:type="spellStart"/>
      <w:r>
        <w:t>behaviour</w:t>
      </w:r>
      <w:proofErr w:type="spellEnd"/>
      <w:r>
        <w:t xml:space="preserve"> log  </w:t>
      </w:r>
    </w:p>
    <w:p w14:paraId="1BFE204D" w14:textId="77777777" w:rsidR="00272862" w:rsidRPr="00F43F9A" w:rsidRDefault="00272862">
      <w:pPr>
        <w:rPr>
          <w:b/>
          <w:bCs/>
        </w:rPr>
      </w:pPr>
    </w:p>
    <w:p w14:paraId="7F29EBFB" w14:textId="77777777" w:rsidR="00272862" w:rsidRPr="00F43F9A" w:rsidRDefault="00250971">
      <w:pPr>
        <w:rPr>
          <w:b/>
          <w:bCs/>
        </w:rPr>
      </w:pPr>
      <w:r w:rsidRPr="00F43F9A">
        <w:rPr>
          <w:b/>
          <w:bCs/>
          <w:highlight w:val="green"/>
        </w:rPr>
        <w:t xml:space="preserve">LEVEL 3 – Serious </w:t>
      </w:r>
      <w:proofErr w:type="spellStart"/>
      <w:r w:rsidRPr="00F43F9A">
        <w:rPr>
          <w:b/>
          <w:bCs/>
          <w:highlight w:val="green"/>
        </w:rPr>
        <w:t>Misbehaviour</w:t>
      </w:r>
      <w:proofErr w:type="spellEnd"/>
      <w:r w:rsidRPr="00F43F9A">
        <w:rPr>
          <w:b/>
          <w:bCs/>
          <w:highlight w:val="green"/>
        </w:rPr>
        <w:t xml:space="preserve"> / </w:t>
      </w:r>
      <w:proofErr w:type="spellStart"/>
      <w:r w:rsidRPr="00F43F9A">
        <w:rPr>
          <w:b/>
          <w:bCs/>
          <w:highlight w:val="green"/>
        </w:rPr>
        <w:t>Behaviours</w:t>
      </w:r>
      <w:proofErr w:type="spellEnd"/>
      <w:r w:rsidRPr="00F43F9A">
        <w:rPr>
          <w:b/>
          <w:bCs/>
          <w:highlight w:val="green"/>
        </w:rPr>
        <w:t xml:space="preserve"> of Concern</w:t>
      </w:r>
      <w:r w:rsidRPr="00F43F9A">
        <w:rPr>
          <w:b/>
          <w:bCs/>
        </w:rPr>
        <w:t xml:space="preserve">  </w:t>
      </w:r>
    </w:p>
    <w:p w14:paraId="064EFD5D" w14:textId="617C6558" w:rsidR="00272862" w:rsidRDefault="00681F31">
      <w:r>
        <w:t xml:space="preserve">Examples: </w:t>
      </w:r>
      <w:r w:rsidR="00AC34E3">
        <w:t xml:space="preserve">Repeated display of major </w:t>
      </w:r>
      <w:proofErr w:type="spellStart"/>
      <w:r w:rsidR="00AC34E3">
        <w:t>misbehaviours</w:t>
      </w:r>
      <w:proofErr w:type="spellEnd"/>
      <w:r w:rsidR="00AC34E3">
        <w:t>, bullying, inappropriate use of social media, physical action causing harm to self/others, deliberate physical violence towards peers, leaving school grounds without permission, persistently engaging in activities that have been identified by staff as dangerous/inappropriate (</w:t>
      </w:r>
      <w:r w:rsidR="00F43F9A">
        <w:t>e.g.,</w:t>
      </w:r>
      <w:r w:rsidR="00AC34E3">
        <w:t xml:space="preserve"> climbing, throwing objects), intentional property damage, aggressive </w:t>
      </w:r>
      <w:proofErr w:type="spellStart"/>
      <w:r w:rsidR="00AC34E3">
        <w:t>beh</w:t>
      </w:r>
      <w:r w:rsidR="00B4354F">
        <w:t>a</w:t>
      </w:r>
      <w:r w:rsidR="00AC34E3">
        <w:t>viour</w:t>
      </w:r>
      <w:proofErr w:type="spellEnd"/>
      <w:r w:rsidR="00AC34E3">
        <w:t xml:space="preserve"> (</w:t>
      </w:r>
      <w:r w:rsidR="00F43F9A">
        <w:t>e.g.,</w:t>
      </w:r>
      <w:r w:rsidR="00AC34E3">
        <w:t xml:space="preserve"> kicking, biting, hitting, spitting) </w:t>
      </w:r>
      <w:r>
        <w:t>etc.</w:t>
      </w:r>
    </w:p>
    <w:p w14:paraId="1F5A91F5" w14:textId="77777777" w:rsidR="00272862" w:rsidRPr="00F43F9A" w:rsidRDefault="00250971">
      <w:pPr>
        <w:rPr>
          <w:b/>
          <w:bCs/>
        </w:rPr>
      </w:pPr>
      <w:r w:rsidRPr="00F43F9A">
        <w:rPr>
          <w:b/>
          <w:bCs/>
        </w:rPr>
        <w:t xml:space="preserve">Interventions:  </w:t>
      </w:r>
    </w:p>
    <w:p w14:paraId="709E2E2E" w14:textId="77777777" w:rsidR="00272862" w:rsidRDefault="00250971">
      <w:r>
        <w:t xml:space="preserve">• Immediate separation  </w:t>
      </w:r>
    </w:p>
    <w:p w14:paraId="7F5E942B" w14:textId="77777777" w:rsidR="00272862" w:rsidRDefault="00AC34E3">
      <w:r>
        <w:t>• Report to Principal and formal contact made with parents</w:t>
      </w:r>
    </w:p>
    <w:p w14:paraId="6A672064" w14:textId="77777777" w:rsidR="00272862" w:rsidRDefault="00250971">
      <w:r>
        <w:t xml:space="preserve">• </w:t>
      </w:r>
      <w:proofErr w:type="spellStart"/>
      <w:r>
        <w:t>Behaviour</w:t>
      </w:r>
      <w:proofErr w:type="spellEnd"/>
      <w:r>
        <w:t xml:space="preserve"> Support Plan  </w:t>
      </w:r>
    </w:p>
    <w:p w14:paraId="11529664" w14:textId="77777777" w:rsidR="00272862" w:rsidRDefault="00250971">
      <w:r>
        <w:t xml:space="preserve">• Multi‑agency involvement if needed (NEPS, SEN team, external services)  </w:t>
      </w:r>
    </w:p>
    <w:p w14:paraId="286029AF" w14:textId="77777777" w:rsidR="00272862" w:rsidRDefault="00EB1E04">
      <w:r>
        <w:t xml:space="preserve">• Suspension may be considered </w:t>
      </w:r>
      <w:r w:rsidR="00250971">
        <w:t xml:space="preserve">following fair procedure  </w:t>
      </w:r>
    </w:p>
    <w:p w14:paraId="0C2BF0A0" w14:textId="77777777" w:rsidR="00272862" w:rsidRPr="00770158" w:rsidRDefault="00272862"/>
    <w:p w14:paraId="0CBAD9A2" w14:textId="77777777" w:rsidR="00272862" w:rsidRPr="00770158" w:rsidRDefault="00250971" w:rsidP="00770158">
      <w:pPr>
        <w:rPr>
          <w:b/>
          <w:bCs/>
        </w:rPr>
      </w:pPr>
      <w:r w:rsidRPr="00770158">
        <w:rPr>
          <w:b/>
          <w:bCs/>
          <w:highlight w:val="cyan"/>
        </w:rPr>
        <w:t xml:space="preserve">LEVEL 4 – Gross </w:t>
      </w:r>
      <w:proofErr w:type="spellStart"/>
      <w:r w:rsidRPr="00770158">
        <w:rPr>
          <w:b/>
          <w:bCs/>
          <w:highlight w:val="cyan"/>
        </w:rPr>
        <w:t>Misbehaviour</w:t>
      </w:r>
      <w:proofErr w:type="spellEnd"/>
      <w:r w:rsidRPr="00770158">
        <w:rPr>
          <w:b/>
          <w:bCs/>
        </w:rPr>
        <w:t xml:space="preserve">  </w:t>
      </w:r>
    </w:p>
    <w:p w14:paraId="773BD578" w14:textId="77777777" w:rsidR="00272862" w:rsidRDefault="00250971">
      <w:r>
        <w:t xml:space="preserve">Examples:  </w:t>
      </w:r>
      <w:r w:rsidR="00AC34E3">
        <w:t>R</w:t>
      </w:r>
      <w:r w:rsidR="00681F31">
        <w:t xml:space="preserve">epeated </w:t>
      </w:r>
      <w:r w:rsidR="00AC34E3">
        <w:t>serious mis</w:t>
      </w:r>
      <w:r w:rsidR="00681F31">
        <w:t>behavior,</w:t>
      </w:r>
      <w:r w:rsidR="00AC34E3">
        <w:t xml:space="preserve"> aggressive,</w:t>
      </w:r>
      <w:r w:rsidR="00681F31">
        <w:t xml:space="preserve"> threatening</w:t>
      </w:r>
      <w:r w:rsidR="00B4354F">
        <w:t xml:space="preserve"> or violent </w:t>
      </w:r>
      <w:proofErr w:type="spellStart"/>
      <w:r w:rsidR="00B4354F">
        <w:t>beha</w:t>
      </w:r>
      <w:r w:rsidR="00AC34E3">
        <w:t>viour</w:t>
      </w:r>
      <w:proofErr w:type="spellEnd"/>
      <w:r w:rsidR="00AC34E3">
        <w:t xml:space="preserve"> towards a member of</w:t>
      </w:r>
      <w:r w:rsidR="00681F31">
        <w:t xml:space="preserve"> staff or pupils, extreme aggression</w:t>
      </w:r>
      <w:r w:rsidR="00AC34E3">
        <w:t>, setting fire to property, serious violent incident etc.</w:t>
      </w:r>
    </w:p>
    <w:p w14:paraId="4D795095" w14:textId="77777777" w:rsidR="00272862" w:rsidRPr="00F43F9A" w:rsidRDefault="00250971">
      <w:pPr>
        <w:rPr>
          <w:b/>
          <w:bCs/>
        </w:rPr>
      </w:pPr>
      <w:r w:rsidRPr="00F43F9A">
        <w:rPr>
          <w:b/>
          <w:bCs/>
        </w:rPr>
        <w:t xml:space="preserve">Interventions:  </w:t>
      </w:r>
    </w:p>
    <w:p w14:paraId="421544DD" w14:textId="77777777" w:rsidR="00272862" w:rsidRDefault="00250971">
      <w:r>
        <w:t xml:space="preserve">• Principal notified immediately  </w:t>
      </w:r>
    </w:p>
    <w:p w14:paraId="44FF98DE" w14:textId="77777777" w:rsidR="00272862" w:rsidRDefault="00250971">
      <w:r>
        <w:lastRenderedPageBreak/>
        <w:t xml:space="preserve">• Parents contacted  </w:t>
      </w:r>
    </w:p>
    <w:p w14:paraId="1C985A89" w14:textId="77777777" w:rsidR="00AC34E3" w:rsidRDefault="00250971">
      <w:r>
        <w:t>• Formal meeting required</w:t>
      </w:r>
      <w:r w:rsidR="00BB0D34">
        <w:t xml:space="preserve"> with principal, teacher and parents/guardians.</w:t>
      </w:r>
    </w:p>
    <w:p w14:paraId="1BD6041A" w14:textId="77777777" w:rsidR="00272862" w:rsidRDefault="00AC34E3" w:rsidP="00AC34E3">
      <w:r>
        <w:t>•</w:t>
      </w:r>
      <w:r w:rsidR="00BB0D34">
        <w:t xml:space="preserve"> </w:t>
      </w:r>
      <w:r>
        <w:t>BOM will convene and examine the issue</w:t>
      </w:r>
      <w:r w:rsidR="00BB0D34">
        <w:t>. The Board will consider sanctions, including suspension pending discussions with parents/</w:t>
      </w:r>
      <w:r w:rsidR="00B4354F">
        <w:t>guardians</w:t>
      </w:r>
    </w:p>
    <w:p w14:paraId="7C68141C" w14:textId="77777777" w:rsidR="00272862" w:rsidRDefault="00250971">
      <w:r>
        <w:t>• Suspension considered (up to 3 days by Principal; longer requires Board of Management approval)</w:t>
      </w:r>
    </w:p>
    <w:p w14:paraId="3FD87EFE" w14:textId="77777777" w:rsidR="00AF30DB" w:rsidRDefault="00AF30DB"/>
    <w:p w14:paraId="6F8CA3D2" w14:textId="5EB60EF8" w:rsidR="00AF30DB" w:rsidRDefault="00AF30DB" w:rsidP="00AF30DB">
      <w:pPr>
        <w:spacing w:after="160" w:line="259" w:lineRule="auto"/>
        <w:rPr>
          <w:rFonts w:ascii="Times New Roman" w:eastAsia="Aptos" w:hAnsi="Times New Roman" w:cs="Times New Roman"/>
          <w:b/>
          <w:bCs/>
          <w:kern w:val="2"/>
          <w:sz w:val="24"/>
          <w:szCs w:val="24"/>
          <w:lang w:val="en-IE"/>
          <w14:ligatures w14:val="standardContextual"/>
        </w:rPr>
      </w:pPr>
      <w:r w:rsidRPr="00AF30DB">
        <w:rPr>
          <w:rFonts w:ascii="Times New Roman" w:eastAsia="Aptos" w:hAnsi="Times New Roman" w:cs="Times New Roman"/>
          <w:b/>
          <w:bCs/>
          <w:kern w:val="2"/>
          <w:sz w:val="24"/>
          <w:szCs w:val="24"/>
          <w:lang w:val="en-IE"/>
          <w14:ligatures w14:val="standardContextual"/>
        </w:rPr>
        <w:t>ADDITIONAL NOTE REGARDING PHYSICAL BEHAVIOURS IN SPECIAL CLASSES</w:t>
      </w:r>
    </w:p>
    <w:p w14:paraId="09692254" w14:textId="77777777" w:rsidR="006570D8" w:rsidRPr="00AF30DB" w:rsidRDefault="006570D8" w:rsidP="00AF30DB">
      <w:pPr>
        <w:spacing w:after="160" w:line="259" w:lineRule="auto"/>
        <w:rPr>
          <w:rFonts w:ascii="Times New Roman" w:eastAsia="Aptos" w:hAnsi="Times New Roman" w:cs="Times New Roman"/>
          <w:b/>
          <w:bCs/>
          <w:kern w:val="2"/>
          <w:sz w:val="24"/>
          <w:szCs w:val="24"/>
          <w:lang w:val="en-IE"/>
          <w14:ligatures w14:val="standardContextual"/>
        </w:rPr>
      </w:pPr>
    </w:p>
    <w:p w14:paraId="0175AF6C" w14:textId="77777777" w:rsidR="00AF30DB" w:rsidRPr="00AF30DB" w:rsidRDefault="00AF30DB" w:rsidP="00AF30DB">
      <w:pPr>
        <w:spacing w:after="160" w:line="259" w:lineRule="auto"/>
        <w:rPr>
          <w:rFonts w:ascii="Times New Roman" w:eastAsia="Aptos" w:hAnsi="Times New Roman" w:cs="Times New Roman"/>
          <w:kern w:val="2"/>
          <w:sz w:val="24"/>
          <w:szCs w:val="24"/>
          <w:lang w:val="en-IE"/>
          <w14:ligatures w14:val="standardContextual"/>
        </w:rPr>
      </w:pPr>
      <w:r w:rsidRPr="00AF30DB">
        <w:rPr>
          <w:rFonts w:ascii="Times New Roman" w:eastAsia="Aptos" w:hAnsi="Times New Roman" w:cs="Times New Roman"/>
          <w:kern w:val="2"/>
          <w:sz w:val="24"/>
          <w:szCs w:val="24"/>
          <w:lang w:val="en-IE"/>
          <w14:ligatures w14:val="standardContextual"/>
        </w:rPr>
        <w:t xml:space="preserve">In </w:t>
      </w:r>
      <w:proofErr w:type="spellStart"/>
      <w:r w:rsidRPr="00AF30DB">
        <w:rPr>
          <w:rFonts w:ascii="Times New Roman" w:eastAsia="Aptos" w:hAnsi="Times New Roman" w:cs="Times New Roman"/>
          <w:kern w:val="2"/>
          <w:sz w:val="24"/>
          <w:szCs w:val="24"/>
          <w:lang w:val="en-IE"/>
          <w14:ligatures w14:val="standardContextual"/>
        </w:rPr>
        <w:t>Scoil</w:t>
      </w:r>
      <w:proofErr w:type="spellEnd"/>
      <w:r w:rsidRPr="00AF30DB">
        <w:rPr>
          <w:rFonts w:ascii="Times New Roman" w:eastAsia="Aptos" w:hAnsi="Times New Roman" w:cs="Times New Roman"/>
          <w:kern w:val="2"/>
          <w:sz w:val="24"/>
          <w:szCs w:val="24"/>
          <w:lang w:val="en-IE"/>
          <w14:ligatures w14:val="standardContextual"/>
        </w:rPr>
        <w:t xml:space="preserve"> </w:t>
      </w:r>
      <w:proofErr w:type="spellStart"/>
      <w:r w:rsidRPr="00AF30DB">
        <w:rPr>
          <w:rFonts w:ascii="Times New Roman" w:eastAsia="Aptos" w:hAnsi="Times New Roman" w:cs="Times New Roman"/>
          <w:kern w:val="2"/>
          <w:sz w:val="24"/>
          <w:szCs w:val="24"/>
          <w:lang w:val="en-IE"/>
          <w14:ligatures w14:val="standardContextual"/>
        </w:rPr>
        <w:t>Chaitríona</w:t>
      </w:r>
      <w:proofErr w:type="spellEnd"/>
      <w:r w:rsidRPr="00AF30DB">
        <w:rPr>
          <w:rFonts w:ascii="Times New Roman" w:eastAsia="Aptos" w:hAnsi="Times New Roman" w:cs="Times New Roman"/>
          <w:kern w:val="2"/>
          <w:sz w:val="24"/>
          <w:szCs w:val="24"/>
          <w:lang w:val="en-IE"/>
          <w14:ligatures w14:val="standardContextual"/>
        </w:rPr>
        <w:t xml:space="preserve"> Junior, some pupils in special classes or pupils with additional educational needs may at times present with behaviours of concern linked to communication difficulties, emotional regulation challenges, sensory needs, developmental delay or diagnosed conditions.</w:t>
      </w:r>
    </w:p>
    <w:p w14:paraId="1AD766BA" w14:textId="77777777" w:rsidR="00AF30DB" w:rsidRPr="00AF30DB" w:rsidRDefault="00AF30DB" w:rsidP="00AF30DB">
      <w:pPr>
        <w:spacing w:after="160" w:line="259" w:lineRule="auto"/>
        <w:rPr>
          <w:rFonts w:ascii="Times New Roman" w:eastAsia="Aptos" w:hAnsi="Times New Roman" w:cs="Times New Roman"/>
          <w:kern w:val="2"/>
          <w:sz w:val="24"/>
          <w:szCs w:val="24"/>
          <w:lang w:val="en-IE"/>
          <w14:ligatures w14:val="standardContextual"/>
        </w:rPr>
      </w:pPr>
      <w:r w:rsidRPr="00AF30DB">
        <w:rPr>
          <w:rFonts w:ascii="Times New Roman" w:eastAsia="Aptos" w:hAnsi="Times New Roman" w:cs="Times New Roman"/>
          <w:kern w:val="2"/>
          <w:sz w:val="24"/>
          <w:szCs w:val="24"/>
          <w:lang w:val="en-IE"/>
          <w14:ligatures w14:val="standardContextual"/>
        </w:rPr>
        <w:t>These behaviours may occasionally include physical behaviours such as biting, hitting, kicking, scratching, pushing, pinching, spitting, or throwing objects.</w:t>
      </w:r>
    </w:p>
    <w:p w14:paraId="548CB2A8" w14:textId="77777777" w:rsidR="00AF30DB" w:rsidRPr="00AF30DB" w:rsidRDefault="00AF30DB" w:rsidP="00AF30DB">
      <w:pPr>
        <w:spacing w:after="160" w:line="259" w:lineRule="auto"/>
        <w:rPr>
          <w:rFonts w:ascii="Times New Roman" w:eastAsia="Aptos" w:hAnsi="Times New Roman" w:cs="Times New Roman"/>
          <w:kern w:val="2"/>
          <w:sz w:val="24"/>
          <w:szCs w:val="24"/>
          <w:lang w:val="en-IE"/>
          <w14:ligatures w14:val="standardContextual"/>
        </w:rPr>
      </w:pPr>
      <w:r w:rsidRPr="00AF30DB">
        <w:rPr>
          <w:rFonts w:ascii="Times New Roman" w:eastAsia="Aptos" w:hAnsi="Times New Roman" w:cs="Times New Roman"/>
          <w:kern w:val="2"/>
          <w:sz w:val="24"/>
          <w:szCs w:val="24"/>
          <w:lang w:val="en-IE"/>
          <w14:ligatures w14:val="standardContextual"/>
        </w:rPr>
        <w:t>In such situations the school recognises that:</w:t>
      </w:r>
    </w:p>
    <w:p w14:paraId="34AEA824" w14:textId="77777777" w:rsidR="00AF30DB" w:rsidRPr="00AF30DB" w:rsidRDefault="00AF30DB" w:rsidP="00AF30DB">
      <w:pPr>
        <w:numPr>
          <w:ilvl w:val="0"/>
          <w:numId w:val="17"/>
        </w:numPr>
        <w:spacing w:after="160" w:line="259" w:lineRule="auto"/>
        <w:rPr>
          <w:rFonts w:ascii="Times New Roman" w:eastAsia="Aptos" w:hAnsi="Times New Roman" w:cs="Times New Roman"/>
          <w:kern w:val="2"/>
          <w:sz w:val="24"/>
          <w:szCs w:val="24"/>
          <w:lang w:val="en-IE"/>
          <w14:ligatures w14:val="standardContextual"/>
        </w:rPr>
      </w:pPr>
      <w:r w:rsidRPr="00AF30DB">
        <w:rPr>
          <w:rFonts w:ascii="Times New Roman" w:eastAsia="Aptos" w:hAnsi="Times New Roman" w:cs="Times New Roman"/>
          <w:kern w:val="2"/>
          <w:sz w:val="24"/>
          <w:szCs w:val="24"/>
          <w:lang w:val="en-IE"/>
          <w14:ligatures w14:val="standardContextual"/>
        </w:rPr>
        <w:t>These behaviours are not always intentional acts of aggression, but may arise from difficulty communicating needs, sensory overload, anxiety, frustration or dysregulation.</w:t>
      </w:r>
    </w:p>
    <w:p w14:paraId="2B754BCA" w14:textId="77777777" w:rsidR="00AF30DB" w:rsidRPr="00AF30DB" w:rsidRDefault="00AF30DB" w:rsidP="00AF30DB">
      <w:pPr>
        <w:numPr>
          <w:ilvl w:val="0"/>
          <w:numId w:val="17"/>
        </w:numPr>
        <w:spacing w:after="160" w:line="259" w:lineRule="auto"/>
        <w:rPr>
          <w:rFonts w:ascii="Times New Roman" w:eastAsia="Aptos" w:hAnsi="Times New Roman" w:cs="Times New Roman"/>
          <w:kern w:val="2"/>
          <w:sz w:val="24"/>
          <w:szCs w:val="24"/>
          <w:lang w:val="en-IE"/>
          <w14:ligatures w14:val="standardContextual"/>
        </w:rPr>
      </w:pPr>
      <w:r w:rsidRPr="00AF30DB">
        <w:rPr>
          <w:rFonts w:ascii="Times New Roman" w:eastAsia="Aptos" w:hAnsi="Times New Roman" w:cs="Times New Roman"/>
          <w:kern w:val="2"/>
          <w:sz w:val="24"/>
          <w:szCs w:val="24"/>
          <w:lang w:val="en-IE"/>
          <w14:ligatures w14:val="standardContextual"/>
        </w:rPr>
        <w:t>A supportive, educational and therapeutic approach is required rather than a purely punitive response.</w:t>
      </w:r>
    </w:p>
    <w:p w14:paraId="4DE94EA3" w14:textId="77777777" w:rsidR="00AF30DB" w:rsidRPr="006570D8" w:rsidRDefault="00AF30DB" w:rsidP="00AF30DB">
      <w:pPr>
        <w:spacing w:after="160" w:line="259" w:lineRule="auto"/>
        <w:rPr>
          <w:rFonts w:ascii="Times New Roman" w:eastAsia="Aptos" w:hAnsi="Times New Roman" w:cs="Times New Roman"/>
          <w:b/>
          <w:bCs/>
          <w:kern w:val="2"/>
          <w:sz w:val="24"/>
          <w:szCs w:val="24"/>
          <w:lang w:val="en-IE"/>
          <w14:ligatures w14:val="standardContextual"/>
        </w:rPr>
      </w:pPr>
      <w:r w:rsidRPr="006570D8">
        <w:rPr>
          <w:rFonts w:ascii="Times New Roman" w:eastAsia="Aptos" w:hAnsi="Times New Roman" w:cs="Times New Roman"/>
          <w:b/>
          <w:bCs/>
          <w:kern w:val="2"/>
          <w:sz w:val="24"/>
          <w:szCs w:val="24"/>
          <w:lang w:val="en-IE"/>
          <w14:ligatures w14:val="standardContextual"/>
        </w:rPr>
        <w:t>School Response</w:t>
      </w:r>
    </w:p>
    <w:p w14:paraId="0A7A9D48" w14:textId="77777777" w:rsidR="00AF30DB" w:rsidRPr="00AF30DB" w:rsidRDefault="00AF30DB" w:rsidP="00AF30DB">
      <w:pPr>
        <w:spacing w:after="160" w:line="259" w:lineRule="auto"/>
        <w:rPr>
          <w:rFonts w:ascii="Times New Roman" w:eastAsia="Aptos" w:hAnsi="Times New Roman" w:cs="Times New Roman"/>
          <w:kern w:val="2"/>
          <w:sz w:val="24"/>
          <w:szCs w:val="24"/>
          <w:lang w:val="en-IE"/>
          <w14:ligatures w14:val="standardContextual"/>
        </w:rPr>
      </w:pPr>
      <w:r w:rsidRPr="00AF30DB">
        <w:rPr>
          <w:rFonts w:ascii="Times New Roman" w:eastAsia="Aptos" w:hAnsi="Times New Roman" w:cs="Times New Roman"/>
          <w:kern w:val="2"/>
          <w:sz w:val="24"/>
          <w:szCs w:val="24"/>
          <w:lang w:val="en-IE"/>
          <w14:ligatures w14:val="standardContextual"/>
        </w:rPr>
        <w:t>Where such behaviours occur, the school will respond by prioritising:</w:t>
      </w:r>
    </w:p>
    <w:p w14:paraId="1CF0935F" w14:textId="77777777" w:rsidR="00AF30DB" w:rsidRPr="00AF30DB" w:rsidRDefault="00AF30DB" w:rsidP="00AF30DB">
      <w:pPr>
        <w:spacing w:after="160" w:line="259" w:lineRule="auto"/>
        <w:rPr>
          <w:rFonts w:ascii="Times New Roman" w:eastAsia="Aptos" w:hAnsi="Times New Roman" w:cs="Times New Roman"/>
          <w:kern w:val="2"/>
          <w:sz w:val="24"/>
          <w:szCs w:val="24"/>
          <w:lang w:val="en-IE"/>
          <w14:ligatures w14:val="standardContextual"/>
        </w:rPr>
      </w:pPr>
      <w:r w:rsidRPr="00AF30DB">
        <w:rPr>
          <w:rFonts w:ascii="Times New Roman" w:eastAsia="Aptos" w:hAnsi="Times New Roman" w:cs="Times New Roman"/>
          <w:kern w:val="2"/>
          <w:sz w:val="24"/>
          <w:szCs w:val="24"/>
          <w:lang w:val="en-IE"/>
          <w14:ligatures w14:val="standardContextual"/>
        </w:rPr>
        <w:t>• Safety of all pupils and staff</w:t>
      </w:r>
      <w:r w:rsidRPr="00AF30DB">
        <w:rPr>
          <w:rFonts w:ascii="Times New Roman" w:eastAsia="Aptos" w:hAnsi="Times New Roman" w:cs="Times New Roman"/>
          <w:kern w:val="2"/>
          <w:sz w:val="24"/>
          <w:szCs w:val="24"/>
          <w:lang w:val="en-IE"/>
          <w14:ligatures w14:val="standardContextual"/>
        </w:rPr>
        <w:br/>
        <w:t>• De-escalation and calming strategies</w:t>
      </w:r>
      <w:r w:rsidRPr="00AF30DB">
        <w:rPr>
          <w:rFonts w:ascii="Times New Roman" w:eastAsia="Aptos" w:hAnsi="Times New Roman" w:cs="Times New Roman"/>
          <w:kern w:val="2"/>
          <w:sz w:val="24"/>
          <w:szCs w:val="24"/>
          <w:lang w:val="en-IE"/>
          <w14:ligatures w14:val="standardContextual"/>
        </w:rPr>
        <w:br/>
        <w:t>• Removal from the immediate situation if necessary</w:t>
      </w:r>
      <w:r w:rsidRPr="00AF30DB">
        <w:rPr>
          <w:rFonts w:ascii="Times New Roman" w:eastAsia="Aptos" w:hAnsi="Times New Roman" w:cs="Times New Roman"/>
          <w:kern w:val="2"/>
          <w:sz w:val="24"/>
          <w:szCs w:val="24"/>
          <w:lang w:val="en-IE"/>
          <w14:ligatures w14:val="standardContextual"/>
        </w:rPr>
        <w:br/>
        <w:t>• Supervision and support for the child involved</w:t>
      </w:r>
    </w:p>
    <w:p w14:paraId="54527089" w14:textId="77777777" w:rsidR="00AF30DB" w:rsidRPr="00AF30DB" w:rsidRDefault="00AF30DB" w:rsidP="00AF30DB">
      <w:pPr>
        <w:spacing w:after="160" w:line="259" w:lineRule="auto"/>
        <w:rPr>
          <w:rFonts w:ascii="Times New Roman" w:eastAsia="Aptos" w:hAnsi="Times New Roman" w:cs="Times New Roman"/>
          <w:kern w:val="2"/>
          <w:sz w:val="24"/>
          <w:szCs w:val="24"/>
          <w:lang w:val="en-IE"/>
          <w14:ligatures w14:val="standardContextual"/>
        </w:rPr>
      </w:pPr>
      <w:r w:rsidRPr="00AF30DB">
        <w:rPr>
          <w:rFonts w:ascii="Times New Roman" w:eastAsia="Aptos" w:hAnsi="Times New Roman" w:cs="Times New Roman"/>
          <w:kern w:val="2"/>
          <w:sz w:val="24"/>
          <w:szCs w:val="24"/>
          <w:lang w:val="en-IE"/>
          <w14:ligatures w14:val="standardContextual"/>
        </w:rPr>
        <w:t>The focus will be on understanding the cause of the behaviour and supporting the child to develop safer ways to communicate and regulate emotions.</w:t>
      </w:r>
    </w:p>
    <w:p w14:paraId="79B42D7B" w14:textId="77777777" w:rsidR="00AF30DB" w:rsidRPr="00AF30DB" w:rsidRDefault="00AF30DB" w:rsidP="00AF30DB">
      <w:pPr>
        <w:spacing w:after="160" w:line="259" w:lineRule="auto"/>
        <w:rPr>
          <w:rFonts w:ascii="Times New Roman" w:eastAsia="Aptos" w:hAnsi="Times New Roman" w:cs="Times New Roman"/>
          <w:b/>
          <w:bCs/>
          <w:kern w:val="2"/>
          <w:sz w:val="24"/>
          <w:szCs w:val="24"/>
          <w:lang w:val="en-IE"/>
          <w14:ligatures w14:val="standardContextual"/>
        </w:rPr>
      </w:pPr>
      <w:r w:rsidRPr="00AF30DB">
        <w:rPr>
          <w:rFonts w:ascii="Times New Roman" w:eastAsia="Aptos" w:hAnsi="Times New Roman" w:cs="Times New Roman"/>
          <w:b/>
          <w:bCs/>
          <w:kern w:val="2"/>
          <w:sz w:val="24"/>
          <w:szCs w:val="24"/>
          <w:lang w:val="en-IE"/>
          <w14:ligatures w14:val="standardContextual"/>
        </w:rPr>
        <w:t>Individual Supports</w:t>
      </w:r>
    </w:p>
    <w:p w14:paraId="1041AF3D" w14:textId="77777777" w:rsidR="00AF30DB" w:rsidRPr="00AF30DB" w:rsidRDefault="00AF30DB" w:rsidP="00AF30DB">
      <w:pPr>
        <w:spacing w:after="160" w:line="259" w:lineRule="auto"/>
        <w:rPr>
          <w:rFonts w:ascii="Times New Roman" w:eastAsia="Aptos" w:hAnsi="Times New Roman" w:cs="Times New Roman"/>
          <w:kern w:val="2"/>
          <w:sz w:val="24"/>
          <w:szCs w:val="24"/>
          <w:lang w:val="en-IE"/>
          <w14:ligatures w14:val="standardContextual"/>
        </w:rPr>
      </w:pPr>
      <w:r w:rsidRPr="00AF30DB">
        <w:rPr>
          <w:rFonts w:ascii="Times New Roman" w:eastAsia="Aptos" w:hAnsi="Times New Roman" w:cs="Times New Roman"/>
          <w:kern w:val="2"/>
          <w:sz w:val="24"/>
          <w:szCs w:val="24"/>
          <w:lang w:val="en-IE"/>
          <w14:ligatures w14:val="standardContextual"/>
        </w:rPr>
        <w:t>Where behaviours occur repeatedly or pose a safety concern, the following supports may be put in place:</w:t>
      </w:r>
    </w:p>
    <w:p w14:paraId="42EC6BD6" w14:textId="77777777" w:rsidR="00AF30DB" w:rsidRPr="00AF30DB" w:rsidRDefault="00AF30DB" w:rsidP="00AF30DB">
      <w:pPr>
        <w:spacing w:after="160" w:line="259" w:lineRule="auto"/>
        <w:rPr>
          <w:rFonts w:ascii="Times New Roman" w:eastAsia="Aptos" w:hAnsi="Times New Roman" w:cs="Times New Roman"/>
          <w:kern w:val="2"/>
          <w:sz w:val="24"/>
          <w:szCs w:val="24"/>
          <w:lang w:val="en-IE"/>
          <w14:ligatures w14:val="standardContextual"/>
        </w:rPr>
      </w:pPr>
      <w:r w:rsidRPr="00AF30DB">
        <w:rPr>
          <w:rFonts w:ascii="Times New Roman" w:eastAsia="Aptos" w:hAnsi="Times New Roman" w:cs="Times New Roman"/>
          <w:kern w:val="2"/>
          <w:sz w:val="24"/>
          <w:szCs w:val="24"/>
          <w:lang w:val="en-IE"/>
          <w14:ligatures w14:val="standardContextual"/>
        </w:rPr>
        <w:lastRenderedPageBreak/>
        <w:t>• Behaviour Support Plan</w:t>
      </w:r>
      <w:r w:rsidRPr="00AF30DB">
        <w:rPr>
          <w:rFonts w:ascii="Times New Roman" w:eastAsia="Aptos" w:hAnsi="Times New Roman" w:cs="Times New Roman"/>
          <w:kern w:val="2"/>
          <w:sz w:val="24"/>
          <w:szCs w:val="24"/>
          <w:lang w:val="en-IE"/>
          <w14:ligatures w14:val="standardContextual"/>
        </w:rPr>
        <w:br/>
        <w:t>• Individual Risk Assessment</w:t>
      </w:r>
      <w:r w:rsidRPr="00AF30DB">
        <w:rPr>
          <w:rFonts w:ascii="Times New Roman" w:eastAsia="Aptos" w:hAnsi="Times New Roman" w:cs="Times New Roman"/>
          <w:kern w:val="2"/>
          <w:sz w:val="24"/>
          <w:szCs w:val="24"/>
          <w:lang w:val="en-IE"/>
          <w14:ligatures w14:val="standardContextual"/>
        </w:rPr>
        <w:br/>
        <w:t>• Consultation with the SEN team, NEPS, or NCSE where appropriate</w:t>
      </w:r>
      <w:r w:rsidRPr="00AF30DB">
        <w:rPr>
          <w:rFonts w:ascii="Times New Roman" w:eastAsia="Aptos" w:hAnsi="Times New Roman" w:cs="Times New Roman"/>
          <w:kern w:val="2"/>
          <w:sz w:val="24"/>
          <w:szCs w:val="24"/>
          <w:lang w:val="en-IE"/>
          <w14:ligatures w14:val="standardContextual"/>
        </w:rPr>
        <w:br/>
        <w:t>• Environmental adjustments and sensory supports</w:t>
      </w:r>
      <w:r w:rsidRPr="00AF30DB">
        <w:rPr>
          <w:rFonts w:ascii="Times New Roman" w:eastAsia="Aptos" w:hAnsi="Times New Roman" w:cs="Times New Roman"/>
          <w:kern w:val="2"/>
          <w:sz w:val="24"/>
          <w:szCs w:val="24"/>
          <w:lang w:val="en-IE"/>
          <w14:ligatures w14:val="standardContextual"/>
        </w:rPr>
        <w:br/>
        <w:t>• Increased supervision or structured supports during higher-risk times (</w:t>
      </w:r>
      <w:proofErr w:type="gramStart"/>
      <w:r w:rsidRPr="00AF30DB">
        <w:rPr>
          <w:rFonts w:ascii="Times New Roman" w:eastAsia="Aptos" w:hAnsi="Times New Roman" w:cs="Times New Roman"/>
          <w:kern w:val="2"/>
          <w:sz w:val="24"/>
          <w:szCs w:val="24"/>
          <w:lang w:val="en-IE"/>
          <w14:ligatures w14:val="standardContextual"/>
        </w:rPr>
        <w:t>e.g.</w:t>
      </w:r>
      <w:proofErr w:type="gramEnd"/>
      <w:r w:rsidRPr="00AF30DB">
        <w:rPr>
          <w:rFonts w:ascii="Times New Roman" w:eastAsia="Aptos" w:hAnsi="Times New Roman" w:cs="Times New Roman"/>
          <w:kern w:val="2"/>
          <w:sz w:val="24"/>
          <w:szCs w:val="24"/>
          <w:lang w:val="en-IE"/>
          <w14:ligatures w14:val="standardContextual"/>
        </w:rPr>
        <w:t xml:space="preserve"> transitions or yard)</w:t>
      </w:r>
      <w:r w:rsidRPr="00AF30DB">
        <w:rPr>
          <w:rFonts w:ascii="Times New Roman" w:eastAsia="Aptos" w:hAnsi="Times New Roman" w:cs="Times New Roman"/>
          <w:kern w:val="2"/>
          <w:sz w:val="24"/>
          <w:szCs w:val="24"/>
          <w:lang w:val="en-IE"/>
          <w14:ligatures w14:val="standardContextual"/>
        </w:rPr>
        <w:br/>
        <w:t>• Collaboration with parents/guardians to support consistent approaches between home and school</w:t>
      </w:r>
    </w:p>
    <w:p w14:paraId="02F1BED2" w14:textId="77777777" w:rsidR="00AF30DB" w:rsidRPr="00AF30DB" w:rsidRDefault="00AF30DB" w:rsidP="00AF30DB">
      <w:pPr>
        <w:spacing w:after="160" w:line="259" w:lineRule="auto"/>
        <w:rPr>
          <w:rFonts w:ascii="Times New Roman" w:eastAsia="Aptos" w:hAnsi="Times New Roman" w:cs="Times New Roman"/>
          <w:b/>
          <w:bCs/>
          <w:kern w:val="2"/>
          <w:sz w:val="24"/>
          <w:szCs w:val="24"/>
          <w:lang w:val="en-IE"/>
          <w14:ligatures w14:val="standardContextual"/>
        </w:rPr>
      </w:pPr>
      <w:r w:rsidRPr="00AF30DB">
        <w:rPr>
          <w:rFonts w:ascii="Times New Roman" w:eastAsia="Aptos" w:hAnsi="Times New Roman" w:cs="Times New Roman"/>
          <w:b/>
          <w:bCs/>
          <w:kern w:val="2"/>
          <w:sz w:val="24"/>
          <w:szCs w:val="24"/>
          <w:lang w:val="en-IE"/>
          <w14:ligatures w14:val="standardContextual"/>
        </w:rPr>
        <w:t>Recording and Communication</w:t>
      </w:r>
    </w:p>
    <w:p w14:paraId="0F323C1C" w14:textId="77777777" w:rsidR="00AF30DB" w:rsidRPr="00AF30DB" w:rsidRDefault="00AF30DB" w:rsidP="00AF30DB">
      <w:pPr>
        <w:spacing w:after="160" w:line="259" w:lineRule="auto"/>
        <w:rPr>
          <w:rFonts w:ascii="Times New Roman" w:eastAsia="Aptos" w:hAnsi="Times New Roman" w:cs="Times New Roman"/>
          <w:kern w:val="2"/>
          <w:sz w:val="24"/>
          <w:szCs w:val="24"/>
          <w:lang w:val="en-IE"/>
          <w14:ligatures w14:val="standardContextual"/>
        </w:rPr>
      </w:pPr>
      <w:r w:rsidRPr="00AF30DB">
        <w:rPr>
          <w:rFonts w:ascii="Times New Roman" w:eastAsia="Aptos" w:hAnsi="Times New Roman" w:cs="Times New Roman"/>
          <w:kern w:val="2"/>
          <w:sz w:val="24"/>
          <w:szCs w:val="24"/>
          <w:lang w:val="en-IE"/>
          <w14:ligatures w14:val="standardContextual"/>
        </w:rPr>
        <w:t>Incidents involving physical behaviours may be:</w:t>
      </w:r>
    </w:p>
    <w:p w14:paraId="1538AC09" w14:textId="77777777" w:rsidR="00AF30DB" w:rsidRPr="00AF30DB" w:rsidRDefault="00AF30DB" w:rsidP="00AF30DB">
      <w:pPr>
        <w:spacing w:after="160" w:line="259" w:lineRule="auto"/>
        <w:rPr>
          <w:rFonts w:ascii="Times New Roman" w:eastAsia="Aptos" w:hAnsi="Times New Roman" w:cs="Times New Roman"/>
          <w:kern w:val="2"/>
          <w:sz w:val="24"/>
          <w:szCs w:val="24"/>
          <w:lang w:val="en-IE"/>
          <w14:ligatures w14:val="standardContextual"/>
        </w:rPr>
      </w:pPr>
      <w:r w:rsidRPr="00AF30DB">
        <w:rPr>
          <w:rFonts w:ascii="Times New Roman" w:eastAsia="Aptos" w:hAnsi="Times New Roman" w:cs="Times New Roman"/>
          <w:kern w:val="2"/>
          <w:sz w:val="24"/>
          <w:szCs w:val="24"/>
          <w:lang w:val="en-IE"/>
          <w14:ligatures w14:val="standardContextual"/>
        </w:rPr>
        <w:t>• Recorded in the school’s Incident or Behaviour Log</w:t>
      </w:r>
      <w:r w:rsidRPr="00AF30DB">
        <w:rPr>
          <w:rFonts w:ascii="Times New Roman" w:eastAsia="Aptos" w:hAnsi="Times New Roman" w:cs="Times New Roman"/>
          <w:kern w:val="2"/>
          <w:sz w:val="24"/>
          <w:szCs w:val="24"/>
          <w:lang w:val="en-IE"/>
          <w14:ligatures w14:val="standardContextual"/>
        </w:rPr>
        <w:br/>
        <w:t>• Communicated to parents/guardians where appropriate</w:t>
      </w:r>
      <w:r w:rsidRPr="00AF30DB">
        <w:rPr>
          <w:rFonts w:ascii="Times New Roman" w:eastAsia="Aptos" w:hAnsi="Times New Roman" w:cs="Times New Roman"/>
          <w:kern w:val="2"/>
          <w:sz w:val="24"/>
          <w:szCs w:val="24"/>
          <w:lang w:val="en-IE"/>
          <w14:ligatures w14:val="standardContextual"/>
        </w:rPr>
        <w:br/>
        <w:t>• Reviewed by staff to identify patterns and preventative strategies</w:t>
      </w:r>
    </w:p>
    <w:p w14:paraId="3A2C7FAE" w14:textId="77777777" w:rsidR="00AF30DB" w:rsidRPr="00AF30DB" w:rsidRDefault="00AF30DB" w:rsidP="00AF30DB">
      <w:pPr>
        <w:spacing w:after="160" w:line="259" w:lineRule="auto"/>
        <w:rPr>
          <w:rFonts w:ascii="Times New Roman" w:eastAsia="Aptos" w:hAnsi="Times New Roman" w:cs="Times New Roman"/>
          <w:b/>
          <w:bCs/>
          <w:kern w:val="2"/>
          <w:sz w:val="24"/>
          <w:szCs w:val="24"/>
          <w:lang w:val="en-IE"/>
          <w14:ligatures w14:val="standardContextual"/>
        </w:rPr>
      </w:pPr>
      <w:r w:rsidRPr="00AF30DB">
        <w:rPr>
          <w:rFonts w:ascii="Times New Roman" w:eastAsia="Aptos" w:hAnsi="Times New Roman" w:cs="Times New Roman"/>
          <w:b/>
          <w:bCs/>
          <w:kern w:val="2"/>
          <w:sz w:val="24"/>
          <w:szCs w:val="24"/>
          <w:lang w:val="en-IE"/>
          <w14:ligatures w14:val="standardContextual"/>
        </w:rPr>
        <w:t>Commitment to Inclusion</w:t>
      </w:r>
    </w:p>
    <w:p w14:paraId="582B08B5" w14:textId="77777777" w:rsidR="00AF30DB" w:rsidRPr="00AF30DB" w:rsidRDefault="00AF30DB" w:rsidP="00AF30DB">
      <w:pPr>
        <w:spacing w:after="160" w:line="259" w:lineRule="auto"/>
        <w:rPr>
          <w:rFonts w:ascii="Times New Roman" w:eastAsia="Aptos" w:hAnsi="Times New Roman" w:cs="Times New Roman"/>
          <w:kern w:val="2"/>
          <w:sz w:val="24"/>
          <w:szCs w:val="24"/>
          <w:lang w:val="en-IE"/>
          <w14:ligatures w14:val="standardContextual"/>
        </w:rPr>
      </w:pPr>
      <w:r w:rsidRPr="00AF30DB">
        <w:rPr>
          <w:rFonts w:ascii="Times New Roman" w:eastAsia="Aptos" w:hAnsi="Times New Roman" w:cs="Times New Roman"/>
          <w:kern w:val="2"/>
          <w:sz w:val="24"/>
          <w:szCs w:val="24"/>
          <w:lang w:val="en-IE"/>
          <w14:ligatures w14:val="standardContextual"/>
        </w:rPr>
        <w:t>The school is committed to supporting all pupils, including those with additional needs, to participate fully in school life. The aim of all interventions is to teach skills, reduce distress and promote safe and positive behaviour over time.</w:t>
      </w:r>
    </w:p>
    <w:p w14:paraId="470EFFFC" w14:textId="2156A904" w:rsidR="00272862" w:rsidRDefault="00272862"/>
    <w:p w14:paraId="149EB049" w14:textId="77777777" w:rsidR="006570D8" w:rsidRPr="006570D8" w:rsidRDefault="006570D8">
      <w:pPr>
        <w:rPr>
          <w:b/>
          <w:bCs/>
        </w:rPr>
      </w:pPr>
    </w:p>
    <w:p w14:paraId="257F3227" w14:textId="77777777" w:rsidR="00272862" w:rsidRPr="006570D8" w:rsidRDefault="00250971">
      <w:pPr>
        <w:rPr>
          <w:b/>
          <w:bCs/>
        </w:rPr>
      </w:pPr>
      <w:r w:rsidRPr="006570D8">
        <w:rPr>
          <w:b/>
          <w:bCs/>
        </w:rPr>
        <w:t>7. SUSPENSION &amp; EXPULSION (in line with TUSLA/Dept. guidelines)</w:t>
      </w:r>
    </w:p>
    <w:p w14:paraId="1BB3C036" w14:textId="77777777" w:rsidR="00B4354F" w:rsidRDefault="00B4354F"/>
    <w:p w14:paraId="59E19A61" w14:textId="77777777" w:rsidR="00BB0D34" w:rsidRPr="00BB0D34" w:rsidRDefault="00BB0D34" w:rsidP="00BB0D34">
      <w:r w:rsidRPr="00BB0D34">
        <w:rPr>
          <w:b/>
          <w:i/>
        </w:rPr>
        <w:t xml:space="preserve">As per the NEPS Guidelines regular occurrences of Serious </w:t>
      </w:r>
      <w:proofErr w:type="spellStart"/>
      <w:r w:rsidRPr="00BB0D34">
        <w:rPr>
          <w:b/>
          <w:i/>
        </w:rPr>
        <w:t>Misbehaviour</w:t>
      </w:r>
      <w:proofErr w:type="spellEnd"/>
      <w:r w:rsidRPr="00BB0D34">
        <w:rPr>
          <w:b/>
          <w:i/>
        </w:rPr>
        <w:t xml:space="preserve"> will be dealt with as follows:</w:t>
      </w:r>
    </w:p>
    <w:p w14:paraId="3EEC4F02" w14:textId="77777777" w:rsidR="00BB0D34" w:rsidRPr="00BB0D34" w:rsidRDefault="00BB0D34" w:rsidP="00BB0D34">
      <w:r w:rsidRPr="00BB0D34">
        <w:t>Parents will be invited to meet class teacher, the principal and/or the chairperson to discuss repeated ser</w:t>
      </w:r>
      <w:r w:rsidR="00EB1E04">
        <w:t>ious incidents of misbehavior. Repeated occurrences of serious misbehavior can be classified as gross misbehavior.</w:t>
      </w:r>
    </w:p>
    <w:p w14:paraId="0A9FDC6B" w14:textId="77777777" w:rsidR="00BB0D34" w:rsidRPr="00BB0D34" w:rsidRDefault="00BB0D34" w:rsidP="00BB0D34">
      <w:r w:rsidRPr="00BB0D34">
        <w:rPr>
          <w:b/>
        </w:rPr>
        <w:t xml:space="preserve">Gross </w:t>
      </w:r>
      <w:proofErr w:type="spellStart"/>
      <w:r w:rsidRPr="00BB0D34">
        <w:rPr>
          <w:b/>
        </w:rPr>
        <w:t>Misbehaviour</w:t>
      </w:r>
      <w:proofErr w:type="spellEnd"/>
    </w:p>
    <w:p w14:paraId="31D79C6F" w14:textId="77777777" w:rsidR="00BB0D34" w:rsidRPr="00BB0D34" w:rsidRDefault="00BB0D34" w:rsidP="00BB0D34">
      <w:r w:rsidRPr="00BB0D34">
        <w:t xml:space="preserve">The following are examples of gross </w:t>
      </w:r>
      <w:proofErr w:type="spellStart"/>
      <w:r w:rsidRPr="00BB0D34">
        <w:t>misbehaviour</w:t>
      </w:r>
      <w:proofErr w:type="spellEnd"/>
      <w:r w:rsidRPr="00BB0D34">
        <w:t>:</w:t>
      </w:r>
    </w:p>
    <w:p w14:paraId="37992491" w14:textId="77777777" w:rsidR="00BB0D34" w:rsidRPr="00BB0D34" w:rsidRDefault="00BB0D34" w:rsidP="00BB0D34">
      <w:pPr>
        <w:numPr>
          <w:ilvl w:val="0"/>
          <w:numId w:val="14"/>
        </w:numPr>
        <w:ind w:leftChars="-1" w:left="0" w:hangingChars="1" w:hanging="2"/>
      </w:pPr>
      <w:r w:rsidRPr="00BB0D34">
        <w:t xml:space="preserve">Bringing weapons or dangerous substances to school </w:t>
      </w:r>
    </w:p>
    <w:p w14:paraId="091CAB24" w14:textId="77777777" w:rsidR="00BB0D34" w:rsidRPr="00BB0D34" w:rsidRDefault="00BB0D34" w:rsidP="00BB0D34">
      <w:pPr>
        <w:numPr>
          <w:ilvl w:val="0"/>
          <w:numId w:val="14"/>
        </w:numPr>
        <w:ind w:leftChars="-1" w:left="0" w:hangingChars="1" w:hanging="2"/>
      </w:pPr>
      <w:r w:rsidRPr="00BB0D34">
        <w:t xml:space="preserve">Persistently engaging in activities which have been identified by members of staff as dangerous or inappropriate </w:t>
      </w:r>
    </w:p>
    <w:p w14:paraId="2BDE3D1A" w14:textId="77777777" w:rsidR="00BB0D34" w:rsidRPr="00BB0D34" w:rsidRDefault="00BB0D34" w:rsidP="00BB0D34">
      <w:pPr>
        <w:numPr>
          <w:ilvl w:val="0"/>
          <w:numId w:val="14"/>
        </w:numPr>
        <w:ind w:leftChars="-1" w:left="0" w:hangingChars="1" w:hanging="2"/>
      </w:pPr>
      <w:r w:rsidRPr="00BB0D34">
        <w:t xml:space="preserve">Leaving school premises without permission </w:t>
      </w:r>
    </w:p>
    <w:p w14:paraId="07DACAB1" w14:textId="77777777" w:rsidR="00BB0D34" w:rsidRPr="00BB0D34" w:rsidRDefault="00BB0D34" w:rsidP="00BB0D34">
      <w:pPr>
        <w:numPr>
          <w:ilvl w:val="0"/>
          <w:numId w:val="14"/>
        </w:numPr>
        <w:ind w:leftChars="-1" w:left="0" w:hangingChars="1" w:hanging="2"/>
      </w:pPr>
      <w:r w:rsidRPr="00BB0D34">
        <w:t xml:space="preserve">Deliberately injuring any member of the school community </w:t>
      </w:r>
    </w:p>
    <w:p w14:paraId="6F9E9D46" w14:textId="77777777" w:rsidR="00BB0D34" w:rsidRPr="00BB0D34" w:rsidRDefault="00BB0D34" w:rsidP="00BB0D34">
      <w:pPr>
        <w:numPr>
          <w:ilvl w:val="0"/>
          <w:numId w:val="14"/>
        </w:numPr>
        <w:ind w:leftChars="-1" w:left="0" w:hangingChars="1" w:hanging="2"/>
      </w:pPr>
      <w:r w:rsidRPr="00BB0D34">
        <w:lastRenderedPageBreak/>
        <w:t xml:space="preserve">Setting fire to school property </w:t>
      </w:r>
    </w:p>
    <w:p w14:paraId="33047061" w14:textId="77777777" w:rsidR="00BB0D34" w:rsidRPr="00BB0D34" w:rsidRDefault="00BB0D34" w:rsidP="00BB0D34">
      <w:pPr>
        <w:numPr>
          <w:ilvl w:val="0"/>
          <w:numId w:val="14"/>
        </w:numPr>
        <w:ind w:leftChars="-1" w:left="0" w:hangingChars="1" w:hanging="2"/>
      </w:pPr>
      <w:r w:rsidRPr="00BB0D34">
        <w:t xml:space="preserve">Aggressive, threatening or violent </w:t>
      </w:r>
      <w:proofErr w:type="spellStart"/>
      <w:r w:rsidRPr="00BB0D34">
        <w:t>behaviour</w:t>
      </w:r>
      <w:proofErr w:type="spellEnd"/>
      <w:r w:rsidRPr="00BB0D34">
        <w:t xml:space="preserve"> towards a member of staff or a pupil; (</w:t>
      </w:r>
      <w:proofErr w:type="gramStart"/>
      <w:r w:rsidRPr="00BB0D34">
        <w:t>e.g.</w:t>
      </w:r>
      <w:proofErr w:type="gramEnd"/>
      <w:r w:rsidRPr="00BB0D34">
        <w:t xml:space="preserve"> physical violence, striking, nipping, biting, spitting). </w:t>
      </w:r>
    </w:p>
    <w:p w14:paraId="4C580D15" w14:textId="77777777" w:rsidR="00BB0D34" w:rsidRPr="00BB0D34" w:rsidRDefault="00BB0D34" w:rsidP="00BB0D34">
      <w:pPr>
        <w:numPr>
          <w:ilvl w:val="0"/>
          <w:numId w:val="14"/>
        </w:numPr>
        <w:ind w:leftChars="-1" w:left="0" w:hangingChars="1" w:hanging="2"/>
      </w:pPr>
      <w:r w:rsidRPr="00BB0D34">
        <w:t xml:space="preserve">Persistent incidents of serious </w:t>
      </w:r>
      <w:proofErr w:type="spellStart"/>
      <w:r w:rsidRPr="00BB0D34">
        <w:t>misbehaviour</w:t>
      </w:r>
      <w:proofErr w:type="spellEnd"/>
      <w:r w:rsidRPr="00BB0D34">
        <w:t xml:space="preserve"> will be classified as gross </w:t>
      </w:r>
      <w:proofErr w:type="spellStart"/>
      <w:r w:rsidRPr="00BB0D34">
        <w:t>misbehaviour</w:t>
      </w:r>
      <w:proofErr w:type="spellEnd"/>
      <w:r w:rsidRPr="00BB0D34">
        <w:t>.</w:t>
      </w:r>
    </w:p>
    <w:p w14:paraId="68FAC248" w14:textId="77777777" w:rsidR="00BB0D34" w:rsidRPr="00BB0D34" w:rsidRDefault="00BB0D34" w:rsidP="00BB0D34"/>
    <w:p w14:paraId="76FC3452" w14:textId="77777777" w:rsidR="00BB0D34" w:rsidRPr="00BB0D34" w:rsidRDefault="00BB0D34" w:rsidP="00BB0D34">
      <w:r w:rsidRPr="00BB0D34">
        <w:rPr>
          <w:b/>
        </w:rPr>
        <w:t xml:space="preserve">Teachers will take the following steps when dealing with Gross </w:t>
      </w:r>
      <w:proofErr w:type="spellStart"/>
      <w:r w:rsidRPr="00BB0D34">
        <w:rPr>
          <w:b/>
        </w:rPr>
        <w:t>Misbehaviour</w:t>
      </w:r>
      <w:proofErr w:type="spellEnd"/>
    </w:p>
    <w:p w14:paraId="44702AC5" w14:textId="77777777" w:rsidR="00BB0D34" w:rsidRPr="00BB0D34" w:rsidRDefault="00BB0D34" w:rsidP="00BB0D34">
      <w:pPr>
        <w:numPr>
          <w:ilvl w:val="0"/>
          <w:numId w:val="15"/>
        </w:numPr>
        <w:ind w:leftChars="-1" w:left="0" w:hangingChars="1" w:hanging="2"/>
      </w:pPr>
      <w:r w:rsidRPr="00BB0D34">
        <w:t xml:space="preserve">The Principal and Chairperson are informed immediately, an Incident Report form is filled out and suspension </w:t>
      </w:r>
      <w:r w:rsidR="00EB1E04">
        <w:t xml:space="preserve">can be </w:t>
      </w:r>
      <w:r w:rsidRPr="00BB0D34">
        <w:t xml:space="preserve">sanctioned. The Board of Management has deferred responsibility to the </w:t>
      </w:r>
      <w:proofErr w:type="gramStart"/>
      <w:r w:rsidRPr="00BB0D34">
        <w:t>Principal</w:t>
      </w:r>
      <w:proofErr w:type="gramEnd"/>
      <w:r w:rsidRPr="00BB0D34">
        <w:t xml:space="preserve"> to impose an initial sanction of up to three days. Further suspensions will require Board of Management approval. This approval may be obtained at a regular meeting of the Board or at an emergency meeting at which the Chairperson and Principal have outlined for the Board the reasons why they feel it is necessary to impose a further suspension. In line with the requirements of the Education Welfare Act (2000), the Board of Management will inform the Education Welfare Board when any pupil’s period of suspension equals or exceeds six school days. </w:t>
      </w:r>
    </w:p>
    <w:p w14:paraId="1E25A082" w14:textId="77777777" w:rsidR="00BB0D34" w:rsidRPr="00BB0D34" w:rsidRDefault="00BB0D34" w:rsidP="00BB0D34">
      <w:pPr>
        <w:numPr>
          <w:ilvl w:val="0"/>
          <w:numId w:val="15"/>
        </w:numPr>
        <w:ind w:leftChars="-1" w:left="0" w:hangingChars="1" w:hanging="2"/>
      </w:pPr>
      <w:r w:rsidRPr="00BB0D34">
        <w:t xml:space="preserve">When a student is suspended, the parents/guardians will be requested to remove the student from the school. The </w:t>
      </w:r>
      <w:proofErr w:type="gramStart"/>
      <w:r w:rsidRPr="00BB0D34">
        <w:t>Principal</w:t>
      </w:r>
      <w:proofErr w:type="gramEnd"/>
      <w:r w:rsidRPr="00BB0D34">
        <w:t xml:space="preserve"> will meet with the parents/guardian to outline the decision to implement the suspension and will present the parents/guardian with a written statement of the terms, duration and date of the termination of the suspension.</w:t>
      </w:r>
    </w:p>
    <w:p w14:paraId="248B6602" w14:textId="77777777" w:rsidR="00BB0D34" w:rsidRPr="00BB0D34" w:rsidRDefault="00BB0D34" w:rsidP="00BB0D34"/>
    <w:p w14:paraId="12D518D8" w14:textId="77777777" w:rsidR="00BB0D34" w:rsidRPr="00BB0D34" w:rsidRDefault="00BB0D34" w:rsidP="00BB0D34">
      <w:r w:rsidRPr="00BB0D34">
        <w:rPr>
          <w:b/>
        </w:rPr>
        <w:t>Removal of Suspension (Reinstatement)</w:t>
      </w:r>
    </w:p>
    <w:p w14:paraId="1426E034" w14:textId="1C4FDD26" w:rsidR="00BB0D34" w:rsidRPr="00BB0D34" w:rsidRDefault="00BB0D34" w:rsidP="00BB0D34">
      <w:r w:rsidRPr="00BB0D34">
        <w:t>Following, or during a period of suspension, the paren</w:t>
      </w:r>
      <w:r w:rsidR="006570D8">
        <w:t>t</w:t>
      </w:r>
      <w:r w:rsidRPr="00BB0D34">
        <w:t xml:space="preserve">/s may apply to have the pupil reinstated to the school. The parent/s must give a satisfactory undertaking that a suspended pupil will behave in accordance with the school Code and the Principal must be satisfied that the pupil’s reinstatement will not constitute a risk to the pupil’s own safety or that of the other pupils or staff. The </w:t>
      </w:r>
      <w:proofErr w:type="gramStart"/>
      <w:r w:rsidRPr="00BB0D34">
        <w:t>Principal</w:t>
      </w:r>
      <w:proofErr w:type="gramEnd"/>
      <w:r w:rsidRPr="00BB0D34">
        <w:t xml:space="preserve"> in consultation with the parents, the class teacher and the student (if appropriate) will facilitate the preparation of a </w:t>
      </w:r>
      <w:proofErr w:type="spellStart"/>
      <w:r w:rsidRPr="00BB0D34">
        <w:t>behaviour</w:t>
      </w:r>
      <w:proofErr w:type="spellEnd"/>
      <w:r w:rsidRPr="00BB0D34">
        <w:t xml:space="preserve"> plan for the pupil, if required, and will re-admit the pupil formally to the class. Where a satisfactory resolution of a problem is achieved, a pupil may be readmitted to school within a suspension period at the discretion of the Chairperson of the Board and the Principal.</w:t>
      </w:r>
    </w:p>
    <w:p w14:paraId="3273D42D" w14:textId="77777777" w:rsidR="00BB0D34" w:rsidRPr="00BB0D34" w:rsidRDefault="00BB0D34" w:rsidP="00BB0D34">
      <w:r w:rsidRPr="00BB0D34">
        <w:rPr>
          <w:b/>
        </w:rPr>
        <w:t>Expulsion</w:t>
      </w:r>
    </w:p>
    <w:p w14:paraId="209F9F69" w14:textId="77777777" w:rsidR="00BB0D34" w:rsidRPr="00BB0D34" w:rsidRDefault="00BB0D34" w:rsidP="00BB0D34">
      <w:r w:rsidRPr="00BB0D34">
        <w:t>The Board of Management has the authority to expel a student in an extreme case (</w:t>
      </w:r>
      <w:r w:rsidRPr="00BB0D34">
        <w:rPr>
          <w:i/>
        </w:rPr>
        <w:t xml:space="preserve">see p.81, Developing a Code of </w:t>
      </w:r>
      <w:proofErr w:type="spellStart"/>
      <w:r w:rsidRPr="00BB0D34">
        <w:rPr>
          <w:i/>
        </w:rPr>
        <w:t>Behaviour</w:t>
      </w:r>
      <w:proofErr w:type="spellEnd"/>
      <w:r w:rsidRPr="00BB0D34">
        <w:rPr>
          <w:i/>
        </w:rPr>
        <w:t>; Guidelines for Schools</w:t>
      </w:r>
      <w:r w:rsidRPr="00BB0D34">
        <w:t xml:space="preserve">) or where repeated incidents of gross </w:t>
      </w:r>
      <w:proofErr w:type="spellStart"/>
      <w:r w:rsidRPr="00BB0D34">
        <w:t>misbehaviour</w:t>
      </w:r>
      <w:proofErr w:type="spellEnd"/>
      <w:r w:rsidRPr="00BB0D34">
        <w:t xml:space="preserve"> interfere with the educational opportunities of fellow students or where there is a threat to the health and safety of either students or staff. This sanction would be </w:t>
      </w:r>
      <w:r w:rsidRPr="00BB0D34">
        <w:lastRenderedPageBreak/>
        <w:t>imposed under the terms of the Education Welfare Act (2000).</w:t>
      </w:r>
      <w:r w:rsidRPr="00BB0D34">
        <w:rPr>
          <w:b/>
        </w:rPr>
        <w:t xml:space="preserve"> </w:t>
      </w:r>
      <w:r w:rsidRPr="00BB0D34">
        <w:t xml:space="preserve">Suspension/expulsion procedures are in accordance with the Education Act (1998). </w:t>
      </w:r>
    </w:p>
    <w:p w14:paraId="26B3498D" w14:textId="77777777" w:rsidR="00BB0D34" w:rsidRPr="00BB0D34" w:rsidRDefault="00BB0D34" w:rsidP="00BB0D34">
      <w:r w:rsidRPr="00BB0D34">
        <w:rPr>
          <w:b/>
        </w:rPr>
        <w:t xml:space="preserve">Managing aggressive or violent </w:t>
      </w:r>
      <w:proofErr w:type="spellStart"/>
      <w:r w:rsidRPr="00BB0D34">
        <w:rPr>
          <w:b/>
        </w:rPr>
        <w:t>behaviour</w:t>
      </w:r>
      <w:proofErr w:type="spellEnd"/>
    </w:p>
    <w:p w14:paraId="471967DC" w14:textId="77777777" w:rsidR="00BB0D34" w:rsidRPr="00BB0D34" w:rsidRDefault="00BB0D34" w:rsidP="00BB0D34">
      <w:r w:rsidRPr="00BB0D34">
        <w:t xml:space="preserve">The school </w:t>
      </w:r>
      <w:proofErr w:type="spellStart"/>
      <w:r w:rsidRPr="00BB0D34">
        <w:t>recognises</w:t>
      </w:r>
      <w:proofErr w:type="spellEnd"/>
      <w:r w:rsidRPr="00BB0D34">
        <w:t xml:space="preserve"> that occasionally students may not respond positively to the usual interventions and that they may require extra support in an effort to manage aggressive or violent </w:t>
      </w:r>
      <w:proofErr w:type="spellStart"/>
      <w:r w:rsidRPr="00BB0D34">
        <w:t>behaviour</w:t>
      </w:r>
      <w:proofErr w:type="spellEnd"/>
      <w:r w:rsidRPr="00BB0D34">
        <w:t xml:space="preserve">. A small minority of students may show particularly challenging </w:t>
      </w:r>
      <w:proofErr w:type="spellStart"/>
      <w:r w:rsidRPr="00BB0D34">
        <w:t>behaviour</w:t>
      </w:r>
      <w:proofErr w:type="spellEnd"/>
      <w:r w:rsidRPr="00BB0D34">
        <w:t xml:space="preserve">, because of educational needs. These students will need a sustained and systematic response involving the important adults in their lives, in school and at home. This is all dealt with under the school </w:t>
      </w:r>
      <w:proofErr w:type="spellStart"/>
      <w:r w:rsidRPr="00BB0D34">
        <w:t>Behaviours</w:t>
      </w:r>
      <w:proofErr w:type="spellEnd"/>
      <w:r w:rsidRPr="00BB0D34">
        <w:t xml:space="preserve"> of Concern Policy.  </w:t>
      </w:r>
    </w:p>
    <w:p w14:paraId="34B24142" w14:textId="77777777" w:rsidR="00BB0D34" w:rsidRPr="00BB0D34" w:rsidRDefault="00BB0D34" w:rsidP="00BB0D34">
      <w:pPr>
        <w:rPr>
          <w:b/>
        </w:rPr>
      </w:pPr>
    </w:p>
    <w:p w14:paraId="357E4EC1" w14:textId="77777777" w:rsidR="00BB0D34" w:rsidRPr="00BB0D34" w:rsidRDefault="00BB0D34" w:rsidP="00BB0D34">
      <w:pPr>
        <w:rPr>
          <w:b/>
        </w:rPr>
      </w:pPr>
      <w:r w:rsidRPr="00BB0D34">
        <w:rPr>
          <w:b/>
        </w:rPr>
        <w:t>Appeals</w:t>
      </w:r>
    </w:p>
    <w:p w14:paraId="49A00A6B" w14:textId="77777777" w:rsidR="00BB0D34" w:rsidRPr="00BB0D34" w:rsidRDefault="00BB0D34" w:rsidP="00BB0D34">
      <w:r w:rsidRPr="00BB0D34">
        <w:t>Under Section 29 of the Education Act, 1998, parents (or pupils who have reached the age of 18) are entitled to appeal to the Secretary General of the Department of Education and Science against some decisions of the Board of Management, including (1) permanent exclusion from a school and (2) suspension for a period which would bring the cumulative period of suspension to 20 school days or longer in any one school year. Appeals must generally be made within 42 calendar days from the date the decision of the school was notified to the parent or student. (See Circular 22/02)</w:t>
      </w:r>
    </w:p>
    <w:p w14:paraId="4267D1E3" w14:textId="77777777" w:rsidR="006570D8" w:rsidRPr="006570D8" w:rsidRDefault="006570D8">
      <w:pPr>
        <w:rPr>
          <w:b/>
          <w:bCs/>
        </w:rPr>
      </w:pPr>
    </w:p>
    <w:p w14:paraId="527F17EB" w14:textId="23EBB667" w:rsidR="00272862" w:rsidRDefault="00250971">
      <w:pPr>
        <w:rPr>
          <w:b/>
          <w:bCs/>
        </w:rPr>
      </w:pPr>
      <w:r w:rsidRPr="006570D8">
        <w:rPr>
          <w:b/>
          <w:bCs/>
        </w:rPr>
        <w:t>8. YARD BEHAVIOUR &amp; SUPERVISION</w:t>
      </w:r>
    </w:p>
    <w:p w14:paraId="24C14517" w14:textId="77777777" w:rsidR="006570D8" w:rsidRPr="006570D8" w:rsidRDefault="006570D8">
      <w:pPr>
        <w:rPr>
          <w:b/>
          <w:bCs/>
        </w:rPr>
      </w:pPr>
    </w:p>
    <w:p w14:paraId="67F85EEE" w14:textId="61BBBB8D" w:rsidR="00272862" w:rsidRDefault="00EB1E04" w:rsidP="006570D8">
      <w:r>
        <w:t xml:space="preserve">Included in the appendix is a copy of the Yard Policy. Pupils are expected to behave in a manner which adheres to the school rules both on and off the yard. </w:t>
      </w:r>
      <w:proofErr w:type="spellStart"/>
      <w:r>
        <w:t>Misbehaviour</w:t>
      </w:r>
      <w:proofErr w:type="spellEnd"/>
      <w:r>
        <w:t xml:space="preserve"> on the yard will be dealt with in the same manner as outlines in the code above. </w:t>
      </w:r>
      <w:r w:rsidR="00250971">
        <w:t xml:space="preserve">Children </w:t>
      </w:r>
      <w:r>
        <w:t xml:space="preserve">are expected to stay within yard boundaries. There are posters on the wall in the yard which display the yard rules; “Kind Hands, Kind Feet, Kind Words, Stay in Sight, Good Listening”. </w:t>
      </w:r>
      <w:r w:rsidR="00250971">
        <w:t xml:space="preserve">Time‑out is used for unsafe </w:t>
      </w:r>
      <w:proofErr w:type="spellStart"/>
      <w:r w:rsidR="00250971">
        <w:t>behaviour</w:t>
      </w:r>
      <w:proofErr w:type="spellEnd"/>
      <w:r w:rsidR="00250971">
        <w:t>.  Incidents</w:t>
      </w:r>
      <w:r>
        <w:t xml:space="preserve"> are</w:t>
      </w:r>
      <w:r w:rsidR="00250971">
        <w:t xml:space="preserve"> recorded in the Yard Book</w:t>
      </w:r>
      <w:r>
        <w:t xml:space="preserve"> and reported back to the class teacher. </w:t>
      </w:r>
      <w:r w:rsidR="00250971">
        <w:t>Serious incidents referred directly to Principal</w:t>
      </w:r>
      <w:r>
        <w:t xml:space="preserve"> and an </w:t>
      </w:r>
    </w:p>
    <w:p w14:paraId="7A16F36D" w14:textId="77777777" w:rsidR="006570D8" w:rsidRPr="006570D8" w:rsidRDefault="006570D8" w:rsidP="006570D8">
      <w:pPr>
        <w:rPr>
          <w:b/>
          <w:bCs/>
        </w:rPr>
      </w:pPr>
    </w:p>
    <w:p w14:paraId="3E5EB46A" w14:textId="77777777" w:rsidR="00272862" w:rsidRPr="006570D8" w:rsidRDefault="00250971">
      <w:pPr>
        <w:rPr>
          <w:b/>
          <w:bCs/>
        </w:rPr>
      </w:pPr>
      <w:r w:rsidRPr="006570D8">
        <w:rPr>
          <w:b/>
          <w:bCs/>
        </w:rPr>
        <w:t>9</w:t>
      </w:r>
      <w:r w:rsidR="00662DA4" w:rsidRPr="006570D8">
        <w:rPr>
          <w:b/>
          <w:bCs/>
        </w:rPr>
        <w:t>. PARENTAL INVOLVEMENT</w:t>
      </w:r>
    </w:p>
    <w:p w14:paraId="523C2C2F" w14:textId="77777777" w:rsidR="00B4354F" w:rsidRDefault="00B4354F"/>
    <w:p w14:paraId="6977F391" w14:textId="77777777" w:rsidR="00662DA4" w:rsidRPr="00662DA4" w:rsidRDefault="00662DA4" w:rsidP="00662DA4">
      <w:r w:rsidRPr="00662DA4">
        <w:t xml:space="preserve">Parents/guardians are valued as partners in the school community and as such will be invited to participate </w:t>
      </w:r>
      <w:r>
        <w:t xml:space="preserve">in promoting positive behavior, </w:t>
      </w:r>
      <w:r w:rsidRPr="00662DA4">
        <w:t xml:space="preserve">both in school and in the wider community. </w:t>
      </w:r>
    </w:p>
    <w:p w14:paraId="39C8027A" w14:textId="77777777" w:rsidR="00662DA4" w:rsidRPr="00662DA4" w:rsidRDefault="00662DA4" w:rsidP="00662DA4">
      <w:pPr>
        <w:numPr>
          <w:ilvl w:val="0"/>
          <w:numId w:val="16"/>
        </w:numPr>
        <w:ind w:leftChars="-1" w:left="0" w:hangingChars="1" w:hanging="2"/>
      </w:pPr>
      <w:r w:rsidRPr="00662DA4">
        <w:lastRenderedPageBreak/>
        <w:t>A copy of this Code will be made available to all parents</w:t>
      </w:r>
    </w:p>
    <w:p w14:paraId="4913E560" w14:textId="77777777" w:rsidR="00662DA4" w:rsidRPr="00662DA4" w:rsidRDefault="00662DA4" w:rsidP="00662DA4">
      <w:pPr>
        <w:numPr>
          <w:ilvl w:val="0"/>
          <w:numId w:val="16"/>
        </w:numPr>
        <w:ind w:leftChars="-1" w:left="0" w:hangingChars="1" w:hanging="2"/>
      </w:pPr>
      <w:r w:rsidRPr="00662DA4">
        <w:t xml:space="preserve">All parents will be provided with a copy of the shortened code which outlines the 4 categories of </w:t>
      </w:r>
      <w:proofErr w:type="spellStart"/>
      <w:r w:rsidRPr="00662DA4">
        <w:t>misbehaviour</w:t>
      </w:r>
      <w:proofErr w:type="spellEnd"/>
      <w:r w:rsidRPr="00662DA4">
        <w:t xml:space="preserve"> and the sanctions to be imposed</w:t>
      </w:r>
    </w:p>
    <w:p w14:paraId="1B5372A9" w14:textId="77777777" w:rsidR="00662DA4" w:rsidRPr="00662DA4" w:rsidRDefault="00662DA4" w:rsidP="00662DA4">
      <w:pPr>
        <w:numPr>
          <w:ilvl w:val="0"/>
          <w:numId w:val="16"/>
        </w:numPr>
        <w:ind w:leftChars="-1" w:left="0" w:hangingChars="1" w:hanging="2"/>
      </w:pPr>
      <w:r w:rsidRPr="00662DA4">
        <w:t>Parents will sign this shortened code and a copy will be kept on file in the office</w:t>
      </w:r>
    </w:p>
    <w:p w14:paraId="6B628E9D" w14:textId="77777777" w:rsidR="00662DA4" w:rsidRPr="00662DA4" w:rsidRDefault="00662DA4" w:rsidP="00662DA4">
      <w:pPr>
        <w:numPr>
          <w:ilvl w:val="0"/>
          <w:numId w:val="16"/>
        </w:numPr>
        <w:ind w:leftChars="-1" w:left="0" w:hangingChars="1" w:hanging="2"/>
      </w:pPr>
      <w:r w:rsidRPr="00662DA4">
        <w:t>P</w:t>
      </w:r>
      <w:r>
        <w:t>arents can be</w:t>
      </w:r>
      <w:r w:rsidRPr="00662DA4">
        <w:t xml:space="preserve"> met informally on a regular basis</w:t>
      </w:r>
      <w:r>
        <w:t xml:space="preserve"> (drop-off, collection etc.) and</w:t>
      </w:r>
      <w:r w:rsidRPr="00662DA4">
        <w:t xml:space="preserve"> </w:t>
      </w:r>
      <w:proofErr w:type="spellStart"/>
      <w:r w:rsidRPr="00662DA4">
        <w:t>behaviour</w:t>
      </w:r>
      <w:proofErr w:type="spellEnd"/>
      <w:r w:rsidRPr="00662DA4">
        <w:t xml:space="preserve"> can be discussed with parents at these points</w:t>
      </w:r>
    </w:p>
    <w:p w14:paraId="3F061957" w14:textId="77777777" w:rsidR="00662DA4" w:rsidRPr="00662DA4" w:rsidRDefault="00662DA4" w:rsidP="00662DA4">
      <w:pPr>
        <w:numPr>
          <w:ilvl w:val="0"/>
          <w:numId w:val="16"/>
        </w:numPr>
        <w:ind w:leftChars="-1" w:left="0" w:hangingChars="1" w:hanging="2"/>
      </w:pPr>
      <w:r w:rsidRPr="00662DA4">
        <w:t>Incidents of serious</w:t>
      </w:r>
      <w:r>
        <w:t xml:space="preserve"> and gross</w:t>
      </w:r>
      <w:r w:rsidRPr="00662DA4">
        <w:t xml:space="preserve"> </w:t>
      </w:r>
      <w:proofErr w:type="spellStart"/>
      <w:r w:rsidRPr="00662DA4">
        <w:t>misbehaviour</w:t>
      </w:r>
      <w:proofErr w:type="spellEnd"/>
      <w:r w:rsidRPr="00662DA4">
        <w:t xml:space="preserve"> will require the parent to come to the school for a formal meeting with the class teacher and the school Principal</w:t>
      </w:r>
    </w:p>
    <w:p w14:paraId="680705A1" w14:textId="77777777" w:rsidR="00272862" w:rsidRDefault="00662DA4" w:rsidP="00662DA4">
      <w:pPr>
        <w:numPr>
          <w:ilvl w:val="0"/>
          <w:numId w:val="16"/>
        </w:numPr>
        <w:ind w:leftChars="-1" w:left="0" w:hangingChars="1" w:hanging="2"/>
      </w:pPr>
      <w:r w:rsidRPr="00662DA4">
        <w:t xml:space="preserve">Parents are encouraged to make appointments to meet with class teachers and/or the </w:t>
      </w:r>
      <w:proofErr w:type="gramStart"/>
      <w:r w:rsidRPr="00662DA4">
        <w:t>Principal</w:t>
      </w:r>
      <w:proofErr w:type="gramEnd"/>
      <w:r w:rsidRPr="00662DA4">
        <w:t xml:space="preserve"> at the earliest opportunity in an effort to prevent any escalation of inappropriate </w:t>
      </w:r>
      <w:proofErr w:type="spellStart"/>
      <w:r w:rsidRPr="00662DA4">
        <w:t>behaviour</w:t>
      </w:r>
      <w:proofErr w:type="spellEnd"/>
      <w:r w:rsidRPr="00662DA4">
        <w:t xml:space="preserve"> </w:t>
      </w:r>
    </w:p>
    <w:p w14:paraId="32D64997" w14:textId="5D858951" w:rsidR="00B4354F" w:rsidRDefault="00B4354F"/>
    <w:p w14:paraId="66F1D7D8" w14:textId="77777777" w:rsidR="006570D8" w:rsidRDefault="006570D8"/>
    <w:p w14:paraId="61D1F295" w14:textId="77777777" w:rsidR="00272862" w:rsidRPr="006570D8" w:rsidRDefault="00250971">
      <w:pPr>
        <w:rPr>
          <w:b/>
          <w:bCs/>
        </w:rPr>
      </w:pPr>
      <w:r w:rsidRPr="006570D8">
        <w:rPr>
          <w:b/>
          <w:bCs/>
        </w:rPr>
        <w:t>10. RECORD‑KEEPING</w:t>
      </w:r>
    </w:p>
    <w:p w14:paraId="4E5417F8" w14:textId="77777777" w:rsidR="00B4354F" w:rsidRDefault="00B4354F"/>
    <w:p w14:paraId="0B2856C5" w14:textId="77777777" w:rsidR="00272862" w:rsidRDefault="00662DA4">
      <w:r w:rsidRPr="00662DA4">
        <w:t xml:space="preserve">In line with the school’s policy on record keeping, and data protection legislation, records in relation to pupils’ </w:t>
      </w:r>
      <w:proofErr w:type="spellStart"/>
      <w:r w:rsidRPr="00662DA4">
        <w:t>behaviour</w:t>
      </w:r>
      <w:proofErr w:type="spellEnd"/>
      <w:r w:rsidRPr="00662DA4">
        <w:t xml:space="preserve"> are kept in a secure filing cabinet. Copies of all communications with parents/guardians will be retained in the school. Records of more serious incidents are recorded </w:t>
      </w:r>
      <w:r w:rsidR="00B4354F">
        <w:t xml:space="preserve">and </w:t>
      </w:r>
      <w:r w:rsidRPr="00662DA4">
        <w:t>are retained until students reach 21 years.</w:t>
      </w:r>
    </w:p>
    <w:p w14:paraId="3C916153" w14:textId="77777777" w:rsidR="006570D8" w:rsidRDefault="006570D8"/>
    <w:p w14:paraId="71F37371" w14:textId="77777777" w:rsidR="00B4354F" w:rsidRDefault="00B4354F" w:rsidP="00B4354F"/>
    <w:p w14:paraId="23A0A82B" w14:textId="77777777" w:rsidR="00272862" w:rsidRPr="006570D8" w:rsidRDefault="00250971" w:rsidP="00B4354F">
      <w:pPr>
        <w:rPr>
          <w:b/>
          <w:bCs/>
        </w:rPr>
      </w:pPr>
      <w:r w:rsidRPr="006570D8">
        <w:rPr>
          <w:b/>
          <w:bCs/>
        </w:rPr>
        <w:t xml:space="preserve">11. </w:t>
      </w:r>
      <w:r w:rsidR="00B4354F" w:rsidRPr="006570D8">
        <w:rPr>
          <w:b/>
          <w:bCs/>
        </w:rPr>
        <w:t>NOTIFICATION OF PUPIL ABSENCES</w:t>
      </w:r>
    </w:p>
    <w:p w14:paraId="656045AC" w14:textId="77777777" w:rsidR="00B4354F" w:rsidRDefault="00B4354F" w:rsidP="00B4354F"/>
    <w:p w14:paraId="395DBF56" w14:textId="77777777" w:rsidR="00272862" w:rsidRDefault="00B4354F">
      <w:r w:rsidRPr="00B4354F">
        <w:t xml:space="preserve">Parents must notify the school in writing of a student’s absence (on Aladdin) and the reason for this absence. </w:t>
      </w:r>
    </w:p>
    <w:p w14:paraId="05AB679A" w14:textId="77777777" w:rsidR="00F459F2" w:rsidRDefault="00F459F2" w:rsidP="00D93E06">
      <w:pPr>
        <w:pStyle w:val="Heading1"/>
        <w:jc w:val="center"/>
      </w:pPr>
      <w:r>
        <w:lastRenderedPageBreak/>
        <w:t xml:space="preserve">Appendix </w:t>
      </w:r>
      <w:r w:rsidR="00B4354F">
        <w:t>1</w:t>
      </w:r>
    </w:p>
    <w:p w14:paraId="1BB22024" w14:textId="77777777" w:rsidR="00D93E06" w:rsidRDefault="00D93E06" w:rsidP="00D93E06">
      <w:pPr>
        <w:pStyle w:val="Heading1"/>
        <w:jc w:val="center"/>
      </w:pPr>
      <w:proofErr w:type="spellStart"/>
      <w:r>
        <w:t>Scoil</w:t>
      </w:r>
      <w:proofErr w:type="spellEnd"/>
      <w:r>
        <w:t xml:space="preserve"> </w:t>
      </w:r>
      <w:proofErr w:type="spellStart"/>
      <w:r>
        <w:t>Chaitríona</w:t>
      </w:r>
      <w:proofErr w:type="spellEnd"/>
      <w:r>
        <w:t xml:space="preserve"> Junior</w:t>
      </w:r>
      <w:r>
        <w:br/>
        <w:t xml:space="preserve">Code of </w:t>
      </w:r>
      <w:proofErr w:type="spellStart"/>
      <w:r>
        <w:t>Behaviour</w:t>
      </w:r>
      <w:proofErr w:type="spellEnd"/>
      <w:r>
        <w:t xml:space="preserve"> – Parent Agreement</w:t>
      </w:r>
    </w:p>
    <w:p w14:paraId="1B87CA77" w14:textId="77777777" w:rsidR="00D93E06" w:rsidRDefault="00D93E06" w:rsidP="00D93E06">
      <w:r>
        <w:t xml:space="preserve">At </w:t>
      </w:r>
      <w:proofErr w:type="spellStart"/>
      <w:r>
        <w:t>Scoil</w:t>
      </w:r>
      <w:proofErr w:type="spellEnd"/>
      <w:r>
        <w:t xml:space="preserve"> </w:t>
      </w:r>
      <w:proofErr w:type="spellStart"/>
      <w:r>
        <w:t>Chaitríona</w:t>
      </w:r>
      <w:proofErr w:type="spellEnd"/>
      <w:r>
        <w:t xml:space="preserve"> Junior, we want every child to feel safe, happy and supported. We work closely with parents to help children learn positive </w:t>
      </w:r>
      <w:proofErr w:type="spellStart"/>
      <w:r>
        <w:t>behaviour</w:t>
      </w:r>
      <w:proofErr w:type="spellEnd"/>
      <w:r>
        <w:t xml:space="preserve"> and make good choices.</w:t>
      </w:r>
    </w:p>
    <w:p w14:paraId="436EF259" w14:textId="77777777" w:rsidR="00D93E06" w:rsidRDefault="00D93E06" w:rsidP="00D93E06">
      <w:pPr>
        <w:pStyle w:val="Heading2"/>
      </w:pPr>
      <w:r>
        <w:t>Our School Rules</w:t>
      </w:r>
    </w:p>
    <w:p w14:paraId="1254263D" w14:textId="77777777" w:rsidR="00D93E06" w:rsidRDefault="00D93E06" w:rsidP="00B4354F">
      <w:pPr>
        <w:pStyle w:val="ListBullet"/>
        <w:numPr>
          <w:ilvl w:val="0"/>
          <w:numId w:val="0"/>
        </w:numPr>
      </w:pPr>
      <w:r>
        <w:t>• Kind Hands</w:t>
      </w:r>
    </w:p>
    <w:p w14:paraId="414BA6D6" w14:textId="77777777" w:rsidR="00D93E06" w:rsidRDefault="00D93E06" w:rsidP="00B4354F">
      <w:pPr>
        <w:pStyle w:val="ListBullet"/>
        <w:numPr>
          <w:ilvl w:val="0"/>
          <w:numId w:val="0"/>
        </w:numPr>
      </w:pPr>
      <w:r>
        <w:t>• Kind Feet</w:t>
      </w:r>
    </w:p>
    <w:p w14:paraId="0E4C2DD2" w14:textId="77777777" w:rsidR="00D93E06" w:rsidRDefault="00D93E06" w:rsidP="00B4354F">
      <w:pPr>
        <w:pStyle w:val="ListBullet"/>
        <w:numPr>
          <w:ilvl w:val="0"/>
          <w:numId w:val="0"/>
        </w:numPr>
      </w:pPr>
      <w:r>
        <w:t>• Kind Words</w:t>
      </w:r>
    </w:p>
    <w:p w14:paraId="1B868F1C" w14:textId="77777777" w:rsidR="00D93E06" w:rsidRDefault="00D93E06" w:rsidP="00B4354F">
      <w:pPr>
        <w:pStyle w:val="ListBullet"/>
        <w:numPr>
          <w:ilvl w:val="0"/>
          <w:numId w:val="0"/>
        </w:numPr>
      </w:pPr>
      <w:r>
        <w:t>• Good Listening</w:t>
      </w:r>
    </w:p>
    <w:p w14:paraId="142CD308" w14:textId="77777777" w:rsidR="00D93E06" w:rsidRDefault="00D93E06" w:rsidP="00B4354F">
      <w:pPr>
        <w:pStyle w:val="ListBullet"/>
        <w:numPr>
          <w:ilvl w:val="0"/>
          <w:numId w:val="0"/>
        </w:numPr>
      </w:pPr>
      <w:r>
        <w:t>• Stay in Sight (remain in supervised areas)</w:t>
      </w:r>
    </w:p>
    <w:p w14:paraId="16A893AE" w14:textId="77777777" w:rsidR="00D93E06" w:rsidRDefault="00D93E06" w:rsidP="00D93E06">
      <w:r>
        <w:t>Children are expected to try their best, respect others, follow instructions, and care for school property and the property of others.</w:t>
      </w:r>
    </w:p>
    <w:p w14:paraId="5C362F69" w14:textId="77777777" w:rsidR="00D93E06" w:rsidRDefault="00D93E06" w:rsidP="00D93E06">
      <w:pPr>
        <w:pStyle w:val="Heading2"/>
      </w:pPr>
      <w:r>
        <w:t xml:space="preserve">How We Encourage Good </w:t>
      </w:r>
      <w:proofErr w:type="spellStart"/>
      <w:r>
        <w:t>Behaviour</w:t>
      </w:r>
      <w:proofErr w:type="spellEnd"/>
    </w:p>
    <w:p w14:paraId="25C5A7A3" w14:textId="77777777" w:rsidR="00D93E06" w:rsidRDefault="00D93E06" w:rsidP="00B4354F">
      <w:pPr>
        <w:pStyle w:val="ListBullet"/>
        <w:numPr>
          <w:ilvl w:val="0"/>
          <w:numId w:val="0"/>
        </w:numPr>
      </w:pPr>
      <w:r>
        <w:t>• Praise and encouragement</w:t>
      </w:r>
    </w:p>
    <w:p w14:paraId="2ABCDF8C" w14:textId="77777777" w:rsidR="00D93E06" w:rsidRDefault="00D93E06" w:rsidP="00B4354F">
      <w:pPr>
        <w:pStyle w:val="ListBullet"/>
        <w:numPr>
          <w:ilvl w:val="0"/>
          <w:numId w:val="0"/>
        </w:numPr>
      </w:pPr>
      <w:r>
        <w:t>• Golden Time and reward systems</w:t>
      </w:r>
    </w:p>
    <w:p w14:paraId="2AD8D4B4" w14:textId="77777777" w:rsidR="00D93E06" w:rsidRDefault="00D93E06" w:rsidP="00B4354F">
      <w:pPr>
        <w:pStyle w:val="ListBullet"/>
        <w:numPr>
          <w:ilvl w:val="0"/>
          <w:numId w:val="0"/>
        </w:numPr>
      </w:pPr>
      <w:r>
        <w:t>• Teaching social and emotional skills</w:t>
      </w:r>
    </w:p>
    <w:p w14:paraId="5B64C4DF" w14:textId="77777777" w:rsidR="00D93E06" w:rsidRDefault="00D93E06" w:rsidP="00B4354F">
      <w:pPr>
        <w:pStyle w:val="ListBullet"/>
        <w:numPr>
          <w:ilvl w:val="0"/>
          <w:numId w:val="0"/>
        </w:numPr>
      </w:pPr>
      <w:r>
        <w:t>• Restorative chats to solve problems</w:t>
      </w:r>
    </w:p>
    <w:p w14:paraId="43E183CA" w14:textId="77777777" w:rsidR="00D93E06" w:rsidRDefault="00D93E06" w:rsidP="00B4354F">
      <w:pPr>
        <w:pStyle w:val="ListBullet"/>
        <w:numPr>
          <w:ilvl w:val="0"/>
          <w:numId w:val="0"/>
        </w:numPr>
      </w:pPr>
      <w:r>
        <w:t>• Early communication with parents if concerns arise</w:t>
      </w:r>
    </w:p>
    <w:p w14:paraId="3D89C1FC" w14:textId="77777777" w:rsidR="00D93E06" w:rsidRDefault="00D93E06" w:rsidP="00D93E06">
      <w:pPr>
        <w:pStyle w:val="Heading2"/>
      </w:pPr>
      <w:r>
        <w:t xml:space="preserve">If </w:t>
      </w:r>
      <w:proofErr w:type="spellStart"/>
      <w:r>
        <w:t>Behaviour</w:t>
      </w:r>
      <w:proofErr w:type="spellEnd"/>
      <w:r>
        <w:t xml:space="preserve"> Concerns Arise</w:t>
      </w:r>
    </w:p>
    <w:p w14:paraId="68E3C613" w14:textId="77777777" w:rsidR="00D93E06" w:rsidRDefault="00D93E06" w:rsidP="00D93E06">
      <w:r>
        <w:t xml:space="preserve">Most </w:t>
      </w:r>
      <w:proofErr w:type="spellStart"/>
      <w:r>
        <w:t>behaviour</w:t>
      </w:r>
      <w:proofErr w:type="spellEnd"/>
      <w:r>
        <w:t xml:space="preserve"> is managed in class through reminders and re-teaching of rules. If </w:t>
      </w:r>
      <w:proofErr w:type="spellStart"/>
      <w:r>
        <w:t>behaviour</w:t>
      </w:r>
      <w:proofErr w:type="spellEnd"/>
      <w:r>
        <w:t xml:space="preserve"> continues or is more serious, the following may happen:</w:t>
      </w:r>
    </w:p>
    <w:p w14:paraId="0532A577" w14:textId="77777777" w:rsidR="00D93E06" w:rsidRDefault="00D93E06" w:rsidP="00B4354F">
      <w:pPr>
        <w:pStyle w:val="ListBullet"/>
        <w:numPr>
          <w:ilvl w:val="0"/>
          <w:numId w:val="0"/>
        </w:numPr>
      </w:pPr>
      <w:r>
        <w:t>• Time-out or loss of privileges</w:t>
      </w:r>
    </w:p>
    <w:p w14:paraId="0302828D" w14:textId="77777777" w:rsidR="00D93E06" w:rsidRDefault="00D93E06" w:rsidP="00B4354F">
      <w:pPr>
        <w:pStyle w:val="ListBullet"/>
        <w:numPr>
          <w:ilvl w:val="0"/>
          <w:numId w:val="0"/>
        </w:numPr>
      </w:pPr>
      <w:r>
        <w:t>• Reflection activities</w:t>
      </w:r>
    </w:p>
    <w:p w14:paraId="1257172B" w14:textId="77777777" w:rsidR="00D93E06" w:rsidRDefault="00D93E06" w:rsidP="00B4354F">
      <w:pPr>
        <w:pStyle w:val="ListBullet"/>
        <w:numPr>
          <w:ilvl w:val="0"/>
          <w:numId w:val="0"/>
        </w:numPr>
      </w:pPr>
      <w:r>
        <w:t>• Parents contacted</w:t>
      </w:r>
    </w:p>
    <w:p w14:paraId="32208C17" w14:textId="77777777" w:rsidR="00D93E06" w:rsidRDefault="00D93E06" w:rsidP="00B4354F">
      <w:pPr>
        <w:pStyle w:val="ListBullet"/>
        <w:numPr>
          <w:ilvl w:val="0"/>
          <w:numId w:val="0"/>
        </w:numPr>
      </w:pPr>
      <w:r>
        <w:t>• Meeting with Principal</w:t>
      </w:r>
    </w:p>
    <w:p w14:paraId="25AB1311" w14:textId="77777777" w:rsidR="00D93E06" w:rsidRDefault="00D93E06" w:rsidP="00B4354F">
      <w:pPr>
        <w:pStyle w:val="ListBullet"/>
        <w:numPr>
          <w:ilvl w:val="0"/>
          <w:numId w:val="0"/>
        </w:numPr>
      </w:pPr>
      <w:r>
        <w:t xml:space="preserve">• </w:t>
      </w:r>
      <w:proofErr w:type="spellStart"/>
      <w:r>
        <w:t>Behaviour</w:t>
      </w:r>
      <w:proofErr w:type="spellEnd"/>
      <w:r>
        <w:t xml:space="preserve"> Support Plan</w:t>
      </w:r>
    </w:p>
    <w:p w14:paraId="2F073C4F" w14:textId="77777777" w:rsidR="00D93E06" w:rsidRDefault="00D93E06" w:rsidP="00B4354F">
      <w:pPr>
        <w:pStyle w:val="ListBullet"/>
        <w:numPr>
          <w:ilvl w:val="0"/>
          <w:numId w:val="0"/>
        </w:numPr>
      </w:pPr>
      <w:r>
        <w:t>• Suspension (in serious cases and in line with Department guidelines)</w:t>
      </w:r>
    </w:p>
    <w:p w14:paraId="43A160F7" w14:textId="77777777" w:rsidR="00D93E06" w:rsidRDefault="00D93E06" w:rsidP="00D93E06">
      <w:r>
        <w:t xml:space="preserve">Bullying or aggressive </w:t>
      </w:r>
      <w:proofErr w:type="spellStart"/>
      <w:r>
        <w:t>behaviour</w:t>
      </w:r>
      <w:proofErr w:type="spellEnd"/>
      <w:r>
        <w:t xml:space="preserve"> is not tolerated and will be dealt with promptly. Parents will always be informed of serious incidents.</w:t>
      </w:r>
    </w:p>
    <w:p w14:paraId="2111BB66" w14:textId="77777777" w:rsidR="00D93E06" w:rsidRDefault="00D93E06" w:rsidP="00D93E06">
      <w:pPr>
        <w:pStyle w:val="Heading2"/>
      </w:pPr>
      <w:r>
        <w:t>Working Together</w:t>
      </w:r>
    </w:p>
    <w:p w14:paraId="404EFF76" w14:textId="77777777" w:rsidR="00D93E06" w:rsidRDefault="00D93E06" w:rsidP="00D93E06">
      <w:r>
        <w:t xml:space="preserve">We ask parents/guardians to support our Code of </w:t>
      </w:r>
      <w:proofErr w:type="spellStart"/>
      <w:r>
        <w:t>Behaviour</w:t>
      </w:r>
      <w:proofErr w:type="spellEnd"/>
      <w:r>
        <w:t xml:space="preserve"> by discussing school rules with their child and working in partnership with the school if concerns arise.</w:t>
      </w:r>
    </w:p>
    <w:p w14:paraId="31AB2FAE" w14:textId="77777777" w:rsidR="00D93E06" w:rsidRDefault="00D93E06" w:rsidP="00D93E06"/>
    <w:p w14:paraId="0F50E993" w14:textId="77777777" w:rsidR="00D93E06" w:rsidRDefault="00D93E06" w:rsidP="00D93E06"/>
    <w:p w14:paraId="2E1D6B32" w14:textId="77777777" w:rsidR="00D93E06" w:rsidRDefault="00D93E06" w:rsidP="00D93E06">
      <w:r>
        <w:br/>
        <w:t>Parent/Guardian Agreement</w:t>
      </w:r>
    </w:p>
    <w:p w14:paraId="39A618E2" w14:textId="77777777" w:rsidR="00D93E06" w:rsidRDefault="00D93E06" w:rsidP="00D93E06">
      <w:r>
        <w:t xml:space="preserve">I/We confirm that we have read and understand the school’s Code of </w:t>
      </w:r>
      <w:proofErr w:type="spellStart"/>
      <w:r>
        <w:t>Behaviour</w:t>
      </w:r>
      <w:proofErr w:type="spellEnd"/>
      <w:r>
        <w:t xml:space="preserve"> and agree to support the school in its implementation.</w:t>
      </w:r>
    </w:p>
    <w:p w14:paraId="34156706" w14:textId="77777777" w:rsidR="00D93E06" w:rsidRDefault="00D93E06" w:rsidP="00D93E06">
      <w:r>
        <w:br/>
        <w:t>Child’s Name: ___________________________________________</w:t>
      </w:r>
    </w:p>
    <w:p w14:paraId="341E319D" w14:textId="77777777" w:rsidR="00D93E06" w:rsidRDefault="00D93E06" w:rsidP="00D93E06">
      <w:r>
        <w:t>Class: _________________________________________________</w:t>
      </w:r>
    </w:p>
    <w:p w14:paraId="0562251D" w14:textId="77777777" w:rsidR="00D93E06" w:rsidRDefault="00D93E06" w:rsidP="00D93E06">
      <w:r>
        <w:t>Parent/Guardian Name: __________________________________</w:t>
      </w:r>
    </w:p>
    <w:p w14:paraId="21366B2E" w14:textId="77777777" w:rsidR="00D93E06" w:rsidRDefault="00D93E06" w:rsidP="00D93E06">
      <w:r>
        <w:t>Signature: _____________________________________________</w:t>
      </w:r>
    </w:p>
    <w:p w14:paraId="3FBA8C8B" w14:textId="77777777" w:rsidR="00D93E06" w:rsidRDefault="00D93E06" w:rsidP="00D93E06">
      <w:r>
        <w:t>Date: _________________________________________________</w:t>
      </w:r>
    </w:p>
    <w:p w14:paraId="72AE7940" w14:textId="77777777" w:rsidR="00587553" w:rsidRDefault="00587553"/>
    <w:p w14:paraId="2A6E7467" w14:textId="77777777" w:rsidR="006B531C" w:rsidRDefault="006B531C"/>
    <w:p w14:paraId="6A745979" w14:textId="77777777" w:rsidR="006B531C" w:rsidRDefault="006B531C"/>
    <w:p w14:paraId="0C9970CB" w14:textId="77777777" w:rsidR="006B531C" w:rsidRDefault="006B531C"/>
    <w:p w14:paraId="7588DC8E" w14:textId="77777777" w:rsidR="006B531C" w:rsidRDefault="006B531C"/>
    <w:p w14:paraId="1E82385C" w14:textId="77777777" w:rsidR="006B531C" w:rsidRDefault="006B531C"/>
    <w:p w14:paraId="04B8F62B" w14:textId="77777777" w:rsidR="006B531C" w:rsidRDefault="006B531C"/>
    <w:p w14:paraId="46C893CE" w14:textId="77777777" w:rsidR="006B531C" w:rsidRDefault="006B531C"/>
    <w:p w14:paraId="17DB2AEB" w14:textId="77777777" w:rsidR="006B531C" w:rsidRDefault="006B531C"/>
    <w:p w14:paraId="4E0A2E1F" w14:textId="77777777" w:rsidR="006B531C" w:rsidRDefault="006B531C"/>
    <w:p w14:paraId="7798304D" w14:textId="77777777" w:rsidR="006B531C" w:rsidRDefault="006B531C"/>
    <w:p w14:paraId="24820065" w14:textId="77777777" w:rsidR="006B531C" w:rsidRDefault="006B531C"/>
    <w:p w14:paraId="2A55F770" w14:textId="77777777" w:rsidR="006B531C" w:rsidRDefault="006B531C"/>
    <w:p w14:paraId="3F0247DF" w14:textId="77777777" w:rsidR="006B531C" w:rsidRDefault="006B531C"/>
    <w:p w14:paraId="558C1B17" w14:textId="77777777" w:rsidR="006B531C" w:rsidRDefault="006B531C"/>
    <w:p w14:paraId="7AF81C77" w14:textId="77777777" w:rsidR="006B531C" w:rsidRDefault="006B531C"/>
    <w:p w14:paraId="1B68FCA4" w14:textId="77777777" w:rsidR="00B4354F" w:rsidRDefault="006B531C" w:rsidP="00B4354F">
      <w:pPr>
        <w:pStyle w:val="Heading1"/>
        <w:jc w:val="center"/>
      </w:pPr>
      <w:r>
        <w:lastRenderedPageBreak/>
        <w:t xml:space="preserve"> </w:t>
      </w:r>
      <w:r w:rsidR="00B4354F">
        <w:t>Appendix 2</w:t>
      </w:r>
    </w:p>
    <w:p w14:paraId="25B0D95A" w14:textId="77777777" w:rsidR="006B531C" w:rsidRPr="00B4354F" w:rsidRDefault="006B531C">
      <w:pPr>
        <w:rPr>
          <w:u w:val="single"/>
        </w:rPr>
      </w:pPr>
      <w:r w:rsidRPr="00B4354F">
        <w:rPr>
          <w:u w:val="single"/>
        </w:rPr>
        <w:t xml:space="preserve">Code of </w:t>
      </w:r>
      <w:proofErr w:type="spellStart"/>
      <w:r w:rsidRPr="00B4354F">
        <w:rPr>
          <w:u w:val="single"/>
        </w:rPr>
        <w:t>Behaviour</w:t>
      </w:r>
      <w:proofErr w:type="spellEnd"/>
      <w:r w:rsidRPr="00B4354F">
        <w:rPr>
          <w:u w:val="single"/>
        </w:rPr>
        <w:t xml:space="preserve"> Flowchart</w:t>
      </w:r>
    </w:p>
    <w:p w14:paraId="0C8F06E6" w14:textId="77777777" w:rsidR="00B4354F" w:rsidRDefault="00B4354F" w:rsidP="00B4354F"/>
    <w:p w14:paraId="660857AE" w14:textId="77777777" w:rsidR="006B531C" w:rsidRDefault="006B531C">
      <w:r>
        <w:rPr>
          <w:noProof/>
          <w:lang w:val="en-IE" w:eastAsia="en-IE"/>
        </w:rPr>
        <w:drawing>
          <wp:inline distT="0" distB="0" distL="0" distR="0" wp14:anchorId="0205B102" wp14:editId="2F64548C">
            <wp:extent cx="7079156" cy="5193839"/>
            <wp:effectExtent l="9207"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haviour Flowchart.PNG"/>
                    <pic:cNvPicPr/>
                  </pic:nvPicPr>
                  <pic:blipFill>
                    <a:blip r:embed="rId9">
                      <a:extLst>
                        <a:ext uri="{28A0092B-C50C-407E-A947-70E740481C1C}">
                          <a14:useLocalDpi xmlns:a14="http://schemas.microsoft.com/office/drawing/2010/main" val="0"/>
                        </a:ext>
                      </a:extLst>
                    </a:blip>
                    <a:stretch>
                      <a:fillRect/>
                    </a:stretch>
                  </pic:blipFill>
                  <pic:spPr>
                    <a:xfrm rot="5400000">
                      <a:off x="0" y="0"/>
                      <a:ext cx="7098140" cy="5207767"/>
                    </a:xfrm>
                    <a:prstGeom prst="rect">
                      <a:avLst/>
                    </a:prstGeom>
                  </pic:spPr>
                </pic:pic>
              </a:graphicData>
            </a:graphic>
          </wp:inline>
        </w:drawing>
      </w:r>
    </w:p>
    <w:p w14:paraId="69189BE7" w14:textId="77777777" w:rsidR="00B4354F" w:rsidRDefault="00B4354F"/>
    <w:p w14:paraId="7021EA1F" w14:textId="77777777" w:rsidR="00B4354F" w:rsidRDefault="00B4354F" w:rsidP="00B4354F">
      <w:pPr>
        <w:pStyle w:val="Heading1"/>
        <w:jc w:val="center"/>
      </w:pPr>
      <w:r>
        <w:t>Appendix 3</w:t>
      </w:r>
    </w:p>
    <w:p w14:paraId="601F951B" w14:textId="77777777" w:rsidR="00886573" w:rsidRPr="00886573" w:rsidRDefault="00886573" w:rsidP="00886573"/>
    <w:p w14:paraId="36A811BD" w14:textId="77777777" w:rsidR="00886573" w:rsidRPr="00886573" w:rsidRDefault="00886573" w:rsidP="00886573">
      <w:pPr>
        <w:spacing w:after="120" w:line="240" w:lineRule="auto"/>
        <w:ind w:left="-284"/>
        <w:outlineLvl w:val="0"/>
        <w:rPr>
          <w:rFonts w:ascii="Helvetica" w:hAnsi="Helvetica"/>
          <w:b/>
          <w:color w:val="8F002B"/>
          <w:sz w:val="44"/>
          <w:szCs w:val="40"/>
          <w:lang w:val="en-GB"/>
        </w:rPr>
      </w:pPr>
      <w:r>
        <w:rPr>
          <w:rFonts w:ascii="Helvetica" w:hAnsi="Helvetica"/>
          <w:b/>
          <w:color w:val="8F002B"/>
          <w:sz w:val="44"/>
          <w:szCs w:val="40"/>
          <w:lang w:val="en-GB"/>
        </w:rPr>
        <w:t>Risk A</w:t>
      </w:r>
      <w:r w:rsidRPr="00886573">
        <w:rPr>
          <w:rFonts w:ascii="Helvetica" w:hAnsi="Helvetica"/>
          <w:b/>
          <w:color w:val="8F002B"/>
          <w:sz w:val="44"/>
          <w:szCs w:val="40"/>
          <w:lang w:val="en-GB"/>
        </w:rPr>
        <w:t>ssessment</w:t>
      </w:r>
      <w:r>
        <w:rPr>
          <w:rFonts w:ascii="Helvetica" w:hAnsi="Helvetica"/>
          <w:b/>
          <w:color w:val="8F002B"/>
          <w:sz w:val="44"/>
          <w:szCs w:val="40"/>
          <w:lang w:val="en-GB"/>
        </w:rPr>
        <w:t xml:space="preserve"> - </w:t>
      </w:r>
      <w:proofErr w:type="spellStart"/>
      <w:r>
        <w:rPr>
          <w:rFonts w:ascii="Helvetica" w:hAnsi="Helvetica"/>
          <w:b/>
          <w:color w:val="8F002B"/>
          <w:sz w:val="44"/>
          <w:szCs w:val="40"/>
          <w:lang w:val="en-GB"/>
        </w:rPr>
        <w:t>Scoil</w:t>
      </w:r>
      <w:proofErr w:type="spellEnd"/>
      <w:r>
        <w:rPr>
          <w:rFonts w:ascii="Helvetica" w:hAnsi="Helvetica"/>
          <w:b/>
          <w:color w:val="8F002B"/>
          <w:sz w:val="44"/>
          <w:szCs w:val="40"/>
          <w:lang w:val="en-GB"/>
        </w:rPr>
        <w:t xml:space="preserve"> </w:t>
      </w:r>
      <w:proofErr w:type="spellStart"/>
      <w:r>
        <w:rPr>
          <w:rFonts w:ascii="Helvetica" w:hAnsi="Helvetica"/>
          <w:b/>
          <w:color w:val="8F002B"/>
          <w:sz w:val="44"/>
          <w:szCs w:val="40"/>
          <w:lang w:val="en-GB"/>
        </w:rPr>
        <w:t>Chaitríona</w:t>
      </w:r>
      <w:proofErr w:type="spellEnd"/>
      <w:r>
        <w:rPr>
          <w:rFonts w:ascii="Helvetica" w:hAnsi="Helvetica"/>
          <w:b/>
          <w:color w:val="8F002B"/>
          <w:sz w:val="44"/>
          <w:szCs w:val="40"/>
          <w:lang w:val="en-GB"/>
        </w:rPr>
        <w:t xml:space="preserve"> Junior</w:t>
      </w:r>
      <w:r w:rsidRPr="00886573">
        <w:rPr>
          <w:rFonts w:ascii="Helvetica" w:hAnsi="Helvetica"/>
          <w:b/>
          <w:color w:val="8F002B"/>
          <w:sz w:val="44"/>
          <w:szCs w:val="40"/>
          <w:lang w:val="en-GB"/>
        </w:rPr>
        <w:t xml:space="preserve"> </w:t>
      </w:r>
    </w:p>
    <w:p w14:paraId="68BD4CD6" w14:textId="77777777" w:rsidR="00886573" w:rsidRPr="00886573" w:rsidRDefault="00886573" w:rsidP="00886573">
      <w:pPr>
        <w:keepNext/>
        <w:keepLines/>
        <w:spacing w:before="200" w:after="120" w:line="240" w:lineRule="auto"/>
        <w:ind w:left="-284"/>
        <w:outlineLvl w:val="1"/>
        <w:rPr>
          <w:rFonts w:ascii="Helvetica" w:eastAsiaTheme="majorEastAsia" w:hAnsi="Helvetica" w:cstheme="majorBidi"/>
          <w:b/>
          <w:bCs/>
          <w:sz w:val="30"/>
          <w:szCs w:val="26"/>
          <w:lang w:val="en-GB"/>
        </w:rPr>
      </w:pPr>
      <w:r w:rsidRPr="00886573">
        <w:rPr>
          <w:rFonts w:ascii="Helvetica" w:eastAsiaTheme="majorEastAsia" w:hAnsi="Helvetica" w:cstheme="majorBidi"/>
          <w:b/>
          <w:bCs/>
          <w:sz w:val="30"/>
          <w:szCs w:val="26"/>
          <w:lang w:val="en-GB"/>
        </w:rPr>
        <w:t xml:space="preserve">Assessment carried out by: </w:t>
      </w:r>
    </w:p>
    <w:p w14:paraId="41398B07" w14:textId="77777777" w:rsidR="00886573" w:rsidRPr="00886573" w:rsidRDefault="00886573" w:rsidP="00886573">
      <w:pPr>
        <w:keepNext/>
        <w:keepLines/>
        <w:spacing w:before="200" w:after="120" w:line="240" w:lineRule="auto"/>
        <w:ind w:left="-284"/>
        <w:outlineLvl w:val="1"/>
        <w:rPr>
          <w:rFonts w:ascii="Helvetica" w:eastAsiaTheme="majorEastAsia" w:hAnsi="Helvetica" w:cstheme="majorBidi"/>
          <w:b/>
          <w:bCs/>
          <w:sz w:val="30"/>
          <w:szCs w:val="26"/>
          <w:lang w:val="en-GB"/>
        </w:rPr>
      </w:pPr>
      <w:r w:rsidRPr="00886573">
        <w:rPr>
          <w:rFonts w:ascii="Helvetica" w:eastAsiaTheme="majorEastAsia" w:hAnsi="Helvetica" w:cstheme="majorBidi"/>
          <w:b/>
          <w:bCs/>
          <w:sz w:val="30"/>
          <w:szCs w:val="26"/>
          <w:lang w:val="en-GB"/>
        </w:rPr>
        <w:t xml:space="preserve">Date assessment was carried out: </w:t>
      </w:r>
    </w:p>
    <w:p w14:paraId="57976ADA" w14:textId="77777777" w:rsidR="00886573" w:rsidRPr="00886573" w:rsidRDefault="00886573" w:rsidP="00886573">
      <w:pPr>
        <w:spacing w:after="120" w:line="240" w:lineRule="auto"/>
        <w:ind w:left="-284"/>
        <w:rPr>
          <w:rFonts w:ascii="Helvetica" w:hAnsi="Helvetica"/>
          <w:szCs w:val="24"/>
          <w:lang w:val="en-GB"/>
        </w:rPr>
      </w:pPr>
    </w:p>
    <w:tbl>
      <w:tblPr>
        <w:tblStyle w:val="TableGrid1"/>
        <w:tblW w:w="0" w:type="auto"/>
        <w:tblInd w:w="-176" w:type="dxa"/>
        <w:tblCellMar>
          <w:top w:w="113" w:type="dxa"/>
          <w:bottom w:w="57" w:type="dxa"/>
        </w:tblCellMar>
        <w:tblLook w:val="04A0" w:firstRow="1" w:lastRow="0" w:firstColumn="1" w:lastColumn="0" w:noHBand="0" w:noVBand="1"/>
      </w:tblPr>
      <w:tblGrid>
        <w:gridCol w:w="1464"/>
        <w:gridCol w:w="1273"/>
        <w:gridCol w:w="1291"/>
        <w:gridCol w:w="1406"/>
        <w:gridCol w:w="1239"/>
        <w:gridCol w:w="1256"/>
        <w:gridCol w:w="877"/>
      </w:tblGrid>
      <w:tr w:rsidR="00886573" w:rsidRPr="00886573" w14:paraId="3FA22831" w14:textId="77777777" w:rsidTr="00770158">
        <w:trPr>
          <w:tblHeader/>
        </w:trPr>
        <w:tc>
          <w:tcPr>
            <w:tcW w:w="1464" w:type="dxa"/>
            <w:shd w:val="clear" w:color="auto" w:fill="8F002B"/>
          </w:tcPr>
          <w:p w14:paraId="66EB08D5" w14:textId="77777777" w:rsidR="00886573" w:rsidRPr="00886573" w:rsidRDefault="00886573" w:rsidP="00886573">
            <w:pPr>
              <w:keepNext/>
              <w:keepLines/>
              <w:outlineLvl w:val="2"/>
              <w:rPr>
                <w:rFonts w:ascii="Helvetica" w:eastAsiaTheme="majorEastAsia" w:hAnsi="Helvetica" w:cstheme="majorBidi"/>
                <w:b/>
                <w:bCs/>
                <w:color w:val="FFFFFF" w:themeColor="background1"/>
              </w:rPr>
            </w:pPr>
            <w:r w:rsidRPr="00886573">
              <w:rPr>
                <w:rFonts w:ascii="Helvetica" w:eastAsiaTheme="majorEastAsia" w:hAnsi="Helvetica" w:cstheme="majorBidi"/>
                <w:b/>
                <w:bCs/>
                <w:color w:val="FFFFFF" w:themeColor="background1"/>
              </w:rPr>
              <w:t>What are the hazards?</w:t>
            </w:r>
          </w:p>
        </w:tc>
        <w:tc>
          <w:tcPr>
            <w:tcW w:w="1273" w:type="dxa"/>
            <w:shd w:val="clear" w:color="auto" w:fill="8F002B"/>
          </w:tcPr>
          <w:p w14:paraId="61BEB2D6" w14:textId="77777777" w:rsidR="00886573" w:rsidRPr="00886573" w:rsidRDefault="00886573" w:rsidP="00886573">
            <w:pPr>
              <w:keepNext/>
              <w:keepLines/>
              <w:outlineLvl w:val="2"/>
              <w:rPr>
                <w:rFonts w:ascii="Helvetica" w:eastAsiaTheme="majorEastAsia" w:hAnsi="Helvetica" w:cstheme="majorBidi"/>
                <w:b/>
                <w:bCs/>
                <w:color w:val="FFFFFF" w:themeColor="background1"/>
              </w:rPr>
            </w:pPr>
            <w:r w:rsidRPr="00886573">
              <w:rPr>
                <w:rFonts w:ascii="Helvetica" w:eastAsiaTheme="majorEastAsia" w:hAnsi="Helvetica" w:cstheme="majorBidi"/>
                <w:b/>
                <w:bCs/>
                <w:color w:val="FFFFFF" w:themeColor="background1"/>
              </w:rPr>
              <w:t>Who might be harmed and how?</w:t>
            </w:r>
          </w:p>
        </w:tc>
        <w:tc>
          <w:tcPr>
            <w:tcW w:w="1291" w:type="dxa"/>
            <w:shd w:val="clear" w:color="auto" w:fill="8F002B"/>
          </w:tcPr>
          <w:p w14:paraId="6BDFA550" w14:textId="77777777" w:rsidR="00886573" w:rsidRPr="00886573" w:rsidRDefault="00886573" w:rsidP="00886573">
            <w:pPr>
              <w:keepNext/>
              <w:keepLines/>
              <w:outlineLvl w:val="2"/>
              <w:rPr>
                <w:rFonts w:ascii="Helvetica" w:eastAsiaTheme="majorEastAsia" w:hAnsi="Helvetica" w:cstheme="majorBidi"/>
                <w:b/>
                <w:bCs/>
                <w:color w:val="FFFFFF" w:themeColor="background1"/>
              </w:rPr>
            </w:pPr>
            <w:r w:rsidRPr="00886573">
              <w:rPr>
                <w:rFonts w:ascii="Helvetica" w:eastAsiaTheme="majorEastAsia" w:hAnsi="Helvetica" w:cstheme="majorBidi"/>
                <w:b/>
                <w:bCs/>
                <w:color w:val="FFFFFF" w:themeColor="background1"/>
              </w:rPr>
              <w:t>What are you already doing to control the risks?</w:t>
            </w:r>
          </w:p>
        </w:tc>
        <w:tc>
          <w:tcPr>
            <w:tcW w:w="1406" w:type="dxa"/>
            <w:shd w:val="clear" w:color="auto" w:fill="8F002B"/>
          </w:tcPr>
          <w:p w14:paraId="7DD5EBA4" w14:textId="77777777" w:rsidR="00886573" w:rsidRPr="00886573" w:rsidRDefault="00886573" w:rsidP="00886573">
            <w:pPr>
              <w:keepNext/>
              <w:keepLines/>
              <w:outlineLvl w:val="2"/>
              <w:rPr>
                <w:rFonts w:ascii="Helvetica" w:eastAsiaTheme="majorEastAsia" w:hAnsi="Helvetica" w:cstheme="majorBidi"/>
                <w:b/>
                <w:bCs/>
                <w:color w:val="FFFFFF" w:themeColor="background1"/>
              </w:rPr>
            </w:pPr>
            <w:r w:rsidRPr="00886573">
              <w:rPr>
                <w:rFonts w:ascii="Helvetica" w:eastAsiaTheme="majorEastAsia" w:hAnsi="Helvetica" w:cstheme="majorBidi"/>
                <w:b/>
                <w:bCs/>
                <w:color w:val="FFFFFF" w:themeColor="background1"/>
              </w:rPr>
              <w:t>What further action do you need to take to control the risks?</w:t>
            </w:r>
          </w:p>
        </w:tc>
        <w:tc>
          <w:tcPr>
            <w:tcW w:w="1239" w:type="dxa"/>
            <w:shd w:val="clear" w:color="auto" w:fill="8F002B"/>
          </w:tcPr>
          <w:p w14:paraId="12BDDCE8" w14:textId="77777777" w:rsidR="00886573" w:rsidRPr="00886573" w:rsidRDefault="00886573" w:rsidP="00886573">
            <w:pPr>
              <w:keepNext/>
              <w:keepLines/>
              <w:outlineLvl w:val="2"/>
              <w:rPr>
                <w:rFonts w:ascii="Helvetica" w:eastAsiaTheme="majorEastAsia" w:hAnsi="Helvetica" w:cstheme="majorBidi"/>
                <w:b/>
                <w:bCs/>
                <w:color w:val="FFFFFF" w:themeColor="background1"/>
              </w:rPr>
            </w:pPr>
            <w:r w:rsidRPr="00886573">
              <w:rPr>
                <w:rFonts w:ascii="Helvetica" w:eastAsiaTheme="majorEastAsia" w:hAnsi="Helvetica" w:cstheme="majorBidi"/>
                <w:b/>
                <w:bCs/>
                <w:color w:val="FFFFFF" w:themeColor="background1"/>
              </w:rPr>
              <w:t>Who needs to carry out the action?</w:t>
            </w:r>
          </w:p>
        </w:tc>
        <w:tc>
          <w:tcPr>
            <w:tcW w:w="1256" w:type="dxa"/>
            <w:shd w:val="clear" w:color="auto" w:fill="8F002B"/>
          </w:tcPr>
          <w:p w14:paraId="18D05A2B" w14:textId="77777777" w:rsidR="00886573" w:rsidRPr="00886573" w:rsidRDefault="00886573" w:rsidP="00886573">
            <w:pPr>
              <w:keepNext/>
              <w:keepLines/>
              <w:outlineLvl w:val="2"/>
              <w:rPr>
                <w:rFonts w:ascii="Helvetica" w:eastAsiaTheme="majorEastAsia" w:hAnsi="Helvetica" w:cstheme="majorBidi"/>
                <w:b/>
                <w:bCs/>
                <w:color w:val="FFFFFF" w:themeColor="background1"/>
              </w:rPr>
            </w:pPr>
            <w:r w:rsidRPr="00886573">
              <w:rPr>
                <w:rFonts w:ascii="Helvetica" w:eastAsiaTheme="majorEastAsia" w:hAnsi="Helvetica" w:cstheme="majorBidi"/>
                <w:b/>
                <w:bCs/>
                <w:color w:val="FFFFFF" w:themeColor="background1"/>
              </w:rPr>
              <w:t>When is the action needed by?</w:t>
            </w:r>
          </w:p>
        </w:tc>
        <w:tc>
          <w:tcPr>
            <w:tcW w:w="877" w:type="dxa"/>
            <w:shd w:val="clear" w:color="auto" w:fill="8F002B"/>
          </w:tcPr>
          <w:p w14:paraId="0C1FEBB5" w14:textId="77777777" w:rsidR="00886573" w:rsidRPr="00886573" w:rsidRDefault="00886573" w:rsidP="00886573">
            <w:pPr>
              <w:keepNext/>
              <w:keepLines/>
              <w:outlineLvl w:val="2"/>
              <w:rPr>
                <w:rFonts w:ascii="Helvetica" w:eastAsiaTheme="majorEastAsia" w:hAnsi="Helvetica" w:cstheme="majorBidi"/>
                <w:b/>
                <w:bCs/>
                <w:color w:val="FFFFFF" w:themeColor="background1"/>
              </w:rPr>
            </w:pPr>
            <w:r w:rsidRPr="00886573">
              <w:rPr>
                <w:rFonts w:ascii="Helvetica" w:eastAsiaTheme="majorEastAsia" w:hAnsi="Helvetica" w:cstheme="majorBidi"/>
                <w:b/>
                <w:bCs/>
                <w:color w:val="FFFFFF" w:themeColor="background1"/>
              </w:rPr>
              <w:t>Done</w:t>
            </w:r>
          </w:p>
        </w:tc>
      </w:tr>
      <w:tr w:rsidR="00886573" w:rsidRPr="00886573" w14:paraId="3592895C" w14:textId="77777777" w:rsidTr="00770158">
        <w:tc>
          <w:tcPr>
            <w:tcW w:w="1464" w:type="dxa"/>
          </w:tcPr>
          <w:p w14:paraId="4AECA46F" w14:textId="77777777" w:rsidR="00886573" w:rsidRPr="00886573" w:rsidRDefault="00886573" w:rsidP="00886573">
            <w:pPr>
              <w:rPr>
                <w:rFonts w:asciiTheme="majorHAnsi" w:eastAsiaTheme="majorEastAsia" w:hAnsiTheme="majorHAnsi" w:cstheme="majorBidi"/>
              </w:rPr>
            </w:pPr>
          </w:p>
        </w:tc>
        <w:tc>
          <w:tcPr>
            <w:tcW w:w="1273" w:type="dxa"/>
          </w:tcPr>
          <w:p w14:paraId="736D1ED9" w14:textId="77777777" w:rsidR="00886573" w:rsidRPr="00886573" w:rsidRDefault="00886573" w:rsidP="00886573">
            <w:pPr>
              <w:rPr>
                <w:rFonts w:asciiTheme="majorHAnsi" w:eastAsiaTheme="majorEastAsia" w:hAnsiTheme="majorHAnsi" w:cstheme="majorBidi"/>
                <w:noProof/>
              </w:rPr>
            </w:pPr>
          </w:p>
        </w:tc>
        <w:tc>
          <w:tcPr>
            <w:tcW w:w="1291" w:type="dxa"/>
          </w:tcPr>
          <w:p w14:paraId="3C455395" w14:textId="77777777" w:rsidR="00886573" w:rsidRPr="00886573" w:rsidRDefault="00886573" w:rsidP="00886573">
            <w:pPr>
              <w:rPr>
                <w:rFonts w:asciiTheme="majorHAnsi" w:eastAsiaTheme="majorEastAsia" w:hAnsiTheme="majorHAnsi" w:cstheme="majorBidi"/>
                <w:noProof/>
              </w:rPr>
            </w:pPr>
          </w:p>
        </w:tc>
        <w:tc>
          <w:tcPr>
            <w:tcW w:w="1406" w:type="dxa"/>
          </w:tcPr>
          <w:p w14:paraId="4AA45292" w14:textId="77777777" w:rsidR="00886573" w:rsidRPr="00886573" w:rsidRDefault="00886573" w:rsidP="00886573">
            <w:pPr>
              <w:rPr>
                <w:rFonts w:asciiTheme="majorHAnsi" w:eastAsiaTheme="majorEastAsia" w:hAnsiTheme="majorHAnsi" w:cstheme="majorBidi"/>
                <w:noProof/>
              </w:rPr>
            </w:pPr>
          </w:p>
        </w:tc>
        <w:tc>
          <w:tcPr>
            <w:tcW w:w="1239" w:type="dxa"/>
          </w:tcPr>
          <w:p w14:paraId="1D0083E8" w14:textId="77777777" w:rsidR="00886573" w:rsidRPr="00886573" w:rsidRDefault="00886573" w:rsidP="00886573">
            <w:pPr>
              <w:rPr>
                <w:rFonts w:asciiTheme="majorHAnsi" w:eastAsiaTheme="majorEastAsia" w:hAnsiTheme="majorHAnsi" w:cstheme="majorBidi"/>
                <w:noProof/>
              </w:rPr>
            </w:pPr>
            <w:r w:rsidRPr="00886573">
              <w:rPr>
                <w:rFonts w:ascii="Helvetica" w:hAnsi="Helvetica"/>
              </w:rPr>
              <w:br/>
            </w:r>
            <w:r w:rsidRPr="00886573">
              <w:rPr>
                <w:rFonts w:asciiTheme="majorHAnsi" w:eastAsiaTheme="majorEastAsia" w:hAnsiTheme="majorHAnsi" w:cstheme="majorBidi"/>
                <w:noProof/>
              </w:rPr>
              <w:t xml:space="preserve"> </w:t>
            </w:r>
          </w:p>
        </w:tc>
        <w:tc>
          <w:tcPr>
            <w:tcW w:w="1256" w:type="dxa"/>
          </w:tcPr>
          <w:p w14:paraId="37D11F18" w14:textId="77777777" w:rsidR="00886573" w:rsidRPr="00886573" w:rsidRDefault="00886573" w:rsidP="00886573">
            <w:pPr>
              <w:rPr>
                <w:rFonts w:asciiTheme="majorHAnsi" w:eastAsiaTheme="majorEastAsia" w:hAnsiTheme="majorHAnsi" w:cstheme="majorBidi"/>
                <w:noProof/>
              </w:rPr>
            </w:pPr>
          </w:p>
        </w:tc>
        <w:tc>
          <w:tcPr>
            <w:tcW w:w="877" w:type="dxa"/>
          </w:tcPr>
          <w:p w14:paraId="6CA29DF4" w14:textId="77777777" w:rsidR="00886573" w:rsidRPr="00886573" w:rsidRDefault="00886573" w:rsidP="00886573">
            <w:pPr>
              <w:rPr>
                <w:rFonts w:ascii="Helvetica" w:hAnsi="Helvetica"/>
                <w:noProof/>
              </w:rPr>
            </w:pPr>
          </w:p>
        </w:tc>
      </w:tr>
      <w:tr w:rsidR="00886573" w:rsidRPr="00886573" w14:paraId="505DF6AB" w14:textId="77777777" w:rsidTr="00770158">
        <w:tc>
          <w:tcPr>
            <w:tcW w:w="1464" w:type="dxa"/>
          </w:tcPr>
          <w:p w14:paraId="51AC61AB" w14:textId="77777777" w:rsidR="00886573" w:rsidRPr="00886573" w:rsidRDefault="00886573" w:rsidP="00886573">
            <w:pPr>
              <w:rPr>
                <w:rFonts w:asciiTheme="majorHAnsi" w:eastAsiaTheme="majorEastAsia" w:hAnsiTheme="majorHAnsi" w:cstheme="majorBidi"/>
                <w:noProof/>
              </w:rPr>
            </w:pPr>
          </w:p>
        </w:tc>
        <w:tc>
          <w:tcPr>
            <w:tcW w:w="1273" w:type="dxa"/>
          </w:tcPr>
          <w:p w14:paraId="5D2BAF64" w14:textId="77777777" w:rsidR="00886573" w:rsidRPr="00886573" w:rsidRDefault="00886573" w:rsidP="00886573">
            <w:pPr>
              <w:rPr>
                <w:rFonts w:asciiTheme="majorHAnsi" w:eastAsiaTheme="majorEastAsia" w:hAnsiTheme="majorHAnsi" w:cstheme="majorBidi"/>
                <w:noProof/>
              </w:rPr>
            </w:pPr>
          </w:p>
        </w:tc>
        <w:tc>
          <w:tcPr>
            <w:tcW w:w="1291" w:type="dxa"/>
          </w:tcPr>
          <w:p w14:paraId="6FF47A19" w14:textId="77777777" w:rsidR="00886573" w:rsidRPr="00886573" w:rsidRDefault="00886573" w:rsidP="00886573">
            <w:pPr>
              <w:rPr>
                <w:rFonts w:asciiTheme="majorHAnsi" w:eastAsiaTheme="majorEastAsia" w:hAnsiTheme="majorHAnsi" w:cstheme="majorBidi"/>
                <w:noProof/>
              </w:rPr>
            </w:pPr>
          </w:p>
        </w:tc>
        <w:tc>
          <w:tcPr>
            <w:tcW w:w="1406" w:type="dxa"/>
          </w:tcPr>
          <w:p w14:paraId="10FD0B12" w14:textId="77777777" w:rsidR="00886573" w:rsidRPr="00886573" w:rsidRDefault="00886573" w:rsidP="00886573">
            <w:pPr>
              <w:rPr>
                <w:rFonts w:asciiTheme="majorHAnsi" w:eastAsiaTheme="majorEastAsia" w:hAnsiTheme="majorHAnsi" w:cstheme="majorBidi"/>
                <w:noProof/>
              </w:rPr>
            </w:pPr>
          </w:p>
        </w:tc>
        <w:tc>
          <w:tcPr>
            <w:tcW w:w="1239" w:type="dxa"/>
          </w:tcPr>
          <w:p w14:paraId="569E59ED" w14:textId="77777777" w:rsidR="00886573" w:rsidRPr="00886573" w:rsidRDefault="00886573" w:rsidP="00886573">
            <w:pPr>
              <w:rPr>
                <w:rFonts w:asciiTheme="majorHAnsi" w:eastAsiaTheme="majorEastAsia" w:hAnsiTheme="majorHAnsi" w:cstheme="majorBidi"/>
                <w:noProof/>
              </w:rPr>
            </w:pPr>
          </w:p>
        </w:tc>
        <w:tc>
          <w:tcPr>
            <w:tcW w:w="1256" w:type="dxa"/>
          </w:tcPr>
          <w:p w14:paraId="13ECAF45" w14:textId="77777777" w:rsidR="00886573" w:rsidRPr="00886573" w:rsidRDefault="00886573" w:rsidP="00886573">
            <w:pPr>
              <w:rPr>
                <w:rFonts w:asciiTheme="majorHAnsi" w:eastAsiaTheme="majorEastAsia" w:hAnsiTheme="majorHAnsi" w:cstheme="majorBidi"/>
                <w:noProof/>
              </w:rPr>
            </w:pPr>
          </w:p>
        </w:tc>
        <w:tc>
          <w:tcPr>
            <w:tcW w:w="877" w:type="dxa"/>
          </w:tcPr>
          <w:p w14:paraId="7A0C9931" w14:textId="77777777" w:rsidR="00886573" w:rsidRPr="00886573" w:rsidRDefault="00886573" w:rsidP="00886573">
            <w:pPr>
              <w:rPr>
                <w:rFonts w:ascii="Helvetica" w:hAnsi="Helvetica"/>
                <w:noProof/>
              </w:rPr>
            </w:pPr>
          </w:p>
        </w:tc>
      </w:tr>
      <w:tr w:rsidR="00886573" w:rsidRPr="00886573" w14:paraId="043E75FA" w14:textId="77777777" w:rsidTr="00770158">
        <w:tc>
          <w:tcPr>
            <w:tcW w:w="1464" w:type="dxa"/>
          </w:tcPr>
          <w:p w14:paraId="3FCCE05A" w14:textId="77777777" w:rsidR="00886573" w:rsidRPr="00886573" w:rsidRDefault="00886573" w:rsidP="00886573">
            <w:pPr>
              <w:rPr>
                <w:rFonts w:asciiTheme="majorHAnsi" w:eastAsiaTheme="majorEastAsia" w:hAnsiTheme="majorHAnsi" w:cstheme="majorBidi"/>
                <w:noProof/>
              </w:rPr>
            </w:pPr>
          </w:p>
        </w:tc>
        <w:tc>
          <w:tcPr>
            <w:tcW w:w="1273" w:type="dxa"/>
          </w:tcPr>
          <w:p w14:paraId="31C7BB8E" w14:textId="77777777" w:rsidR="00886573" w:rsidRPr="00886573" w:rsidRDefault="00886573" w:rsidP="00886573">
            <w:pPr>
              <w:rPr>
                <w:rFonts w:asciiTheme="majorHAnsi" w:eastAsiaTheme="majorEastAsia" w:hAnsiTheme="majorHAnsi" w:cstheme="majorBidi"/>
                <w:noProof/>
              </w:rPr>
            </w:pPr>
          </w:p>
        </w:tc>
        <w:tc>
          <w:tcPr>
            <w:tcW w:w="1291" w:type="dxa"/>
          </w:tcPr>
          <w:p w14:paraId="56730EC7" w14:textId="77777777" w:rsidR="00886573" w:rsidRPr="00886573" w:rsidRDefault="00886573" w:rsidP="00886573">
            <w:pPr>
              <w:rPr>
                <w:rFonts w:asciiTheme="majorHAnsi" w:eastAsiaTheme="majorEastAsia" w:hAnsiTheme="majorHAnsi" w:cstheme="majorBidi"/>
                <w:noProof/>
              </w:rPr>
            </w:pPr>
          </w:p>
        </w:tc>
        <w:tc>
          <w:tcPr>
            <w:tcW w:w="1406" w:type="dxa"/>
          </w:tcPr>
          <w:p w14:paraId="170ABA1E" w14:textId="77777777" w:rsidR="00886573" w:rsidRPr="00886573" w:rsidRDefault="00886573" w:rsidP="00886573">
            <w:pPr>
              <w:rPr>
                <w:rFonts w:asciiTheme="majorHAnsi" w:eastAsiaTheme="majorEastAsia" w:hAnsiTheme="majorHAnsi" w:cstheme="majorBidi"/>
                <w:noProof/>
              </w:rPr>
            </w:pPr>
          </w:p>
        </w:tc>
        <w:tc>
          <w:tcPr>
            <w:tcW w:w="1239" w:type="dxa"/>
          </w:tcPr>
          <w:p w14:paraId="1192D1DD" w14:textId="77777777" w:rsidR="00886573" w:rsidRPr="00886573" w:rsidRDefault="00886573" w:rsidP="00886573">
            <w:pPr>
              <w:rPr>
                <w:rFonts w:asciiTheme="majorHAnsi" w:eastAsiaTheme="majorEastAsia" w:hAnsiTheme="majorHAnsi" w:cstheme="majorBidi"/>
                <w:noProof/>
              </w:rPr>
            </w:pPr>
            <w:r w:rsidRPr="00886573">
              <w:rPr>
                <w:rFonts w:ascii="Helvetica" w:hAnsi="Helvetica"/>
              </w:rPr>
              <w:br/>
            </w:r>
          </w:p>
        </w:tc>
        <w:tc>
          <w:tcPr>
            <w:tcW w:w="1256" w:type="dxa"/>
          </w:tcPr>
          <w:p w14:paraId="4889D145" w14:textId="77777777" w:rsidR="00886573" w:rsidRPr="00886573" w:rsidRDefault="00886573" w:rsidP="00886573">
            <w:pPr>
              <w:rPr>
                <w:rFonts w:asciiTheme="majorHAnsi" w:eastAsiaTheme="majorEastAsia" w:hAnsiTheme="majorHAnsi" w:cstheme="majorBidi"/>
                <w:noProof/>
              </w:rPr>
            </w:pPr>
          </w:p>
        </w:tc>
        <w:tc>
          <w:tcPr>
            <w:tcW w:w="877" w:type="dxa"/>
          </w:tcPr>
          <w:p w14:paraId="6A2E1091" w14:textId="77777777" w:rsidR="00886573" w:rsidRPr="00886573" w:rsidRDefault="00886573" w:rsidP="00886573">
            <w:pPr>
              <w:rPr>
                <w:rFonts w:ascii="Helvetica" w:hAnsi="Helvetica"/>
                <w:noProof/>
              </w:rPr>
            </w:pPr>
          </w:p>
        </w:tc>
      </w:tr>
      <w:tr w:rsidR="00886573" w:rsidRPr="00886573" w14:paraId="579B7209" w14:textId="77777777" w:rsidTr="00770158">
        <w:tc>
          <w:tcPr>
            <w:tcW w:w="1464" w:type="dxa"/>
          </w:tcPr>
          <w:p w14:paraId="6B40AF7D" w14:textId="77777777" w:rsidR="00886573" w:rsidRPr="00886573" w:rsidRDefault="00886573" w:rsidP="00886573">
            <w:pPr>
              <w:rPr>
                <w:rFonts w:asciiTheme="majorHAnsi" w:eastAsiaTheme="majorEastAsia" w:hAnsiTheme="majorHAnsi" w:cstheme="majorBidi"/>
                <w:noProof/>
              </w:rPr>
            </w:pPr>
          </w:p>
        </w:tc>
        <w:tc>
          <w:tcPr>
            <w:tcW w:w="1273" w:type="dxa"/>
          </w:tcPr>
          <w:p w14:paraId="2B994D0A" w14:textId="77777777" w:rsidR="00886573" w:rsidRPr="00886573" w:rsidRDefault="00886573" w:rsidP="00886573">
            <w:pPr>
              <w:rPr>
                <w:rFonts w:asciiTheme="majorHAnsi" w:eastAsiaTheme="majorEastAsia" w:hAnsiTheme="majorHAnsi" w:cstheme="majorBidi"/>
                <w:noProof/>
              </w:rPr>
            </w:pPr>
          </w:p>
        </w:tc>
        <w:tc>
          <w:tcPr>
            <w:tcW w:w="1291" w:type="dxa"/>
          </w:tcPr>
          <w:p w14:paraId="332D5193" w14:textId="77777777" w:rsidR="00886573" w:rsidRPr="00886573" w:rsidRDefault="00886573" w:rsidP="00886573">
            <w:pPr>
              <w:rPr>
                <w:rFonts w:asciiTheme="majorHAnsi" w:eastAsiaTheme="majorEastAsia" w:hAnsiTheme="majorHAnsi" w:cstheme="majorBidi"/>
                <w:noProof/>
              </w:rPr>
            </w:pPr>
          </w:p>
        </w:tc>
        <w:tc>
          <w:tcPr>
            <w:tcW w:w="1406" w:type="dxa"/>
          </w:tcPr>
          <w:p w14:paraId="6C9F3F2E" w14:textId="77777777" w:rsidR="00886573" w:rsidRPr="00886573" w:rsidRDefault="00886573" w:rsidP="00886573">
            <w:pPr>
              <w:rPr>
                <w:rFonts w:asciiTheme="majorHAnsi" w:eastAsiaTheme="majorEastAsia" w:hAnsiTheme="majorHAnsi" w:cstheme="majorBidi"/>
                <w:noProof/>
              </w:rPr>
            </w:pPr>
          </w:p>
        </w:tc>
        <w:tc>
          <w:tcPr>
            <w:tcW w:w="1239" w:type="dxa"/>
          </w:tcPr>
          <w:p w14:paraId="3447AC31" w14:textId="77777777" w:rsidR="00886573" w:rsidRPr="00886573" w:rsidRDefault="00886573" w:rsidP="00886573">
            <w:pPr>
              <w:rPr>
                <w:rFonts w:asciiTheme="majorHAnsi" w:eastAsiaTheme="majorEastAsia" w:hAnsiTheme="majorHAnsi" w:cstheme="majorBidi"/>
                <w:noProof/>
              </w:rPr>
            </w:pPr>
            <w:r w:rsidRPr="00886573">
              <w:rPr>
                <w:rFonts w:ascii="Helvetica" w:hAnsi="Helvetica"/>
              </w:rPr>
              <w:br/>
            </w:r>
            <w:r w:rsidRPr="00886573">
              <w:rPr>
                <w:rFonts w:asciiTheme="majorHAnsi" w:eastAsiaTheme="majorEastAsia" w:hAnsiTheme="majorHAnsi" w:cstheme="majorBidi"/>
                <w:noProof/>
              </w:rPr>
              <w:t xml:space="preserve"> </w:t>
            </w:r>
          </w:p>
        </w:tc>
        <w:tc>
          <w:tcPr>
            <w:tcW w:w="1256" w:type="dxa"/>
          </w:tcPr>
          <w:p w14:paraId="3CA59D9B" w14:textId="77777777" w:rsidR="00886573" w:rsidRPr="00886573" w:rsidRDefault="00886573" w:rsidP="00886573">
            <w:pPr>
              <w:rPr>
                <w:rFonts w:asciiTheme="majorHAnsi" w:eastAsiaTheme="majorEastAsia" w:hAnsiTheme="majorHAnsi" w:cstheme="majorBidi"/>
                <w:noProof/>
              </w:rPr>
            </w:pPr>
          </w:p>
        </w:tc>
        <w:tc>
          <w:tcPr>
            <w:tcW w:w="877" w:type="dxa"/>
          </w:tcPr>
          <w:p w14:paraId="389C19ED" w14:textId="77777777" w:rsidR="00886573" w:rsidRPr="00886573" w:rsidRDefault="00886573" w:rsidP="00886573">
            <w:pPr>
              <w:rPr>
                <w:rFonts w:ascii="Helvetica" w:hAnsi="Helvetica"/>
                <w:noProof/>
              </w:rPr>
            </w:pPr>
          </w:p>
        </w:tc>
      </w:tr>
      <w:tr w:rsidR="00886573" w:rsidRPr="00886573" w14:paraId="4BF51308" w14:textId="77777777" w:rsidTr="00770158">
        <w:tc>
          <w:tcPr>
            <w:tcW w:w="1464" w:type="dxa"/>
          </w:tcPr>
          <w:p w14:paraId="0172B46A" w14:textId="77777777" w:rsidR="00886573" w:rsidRPr="00886573" w:rsidRDefault="00886573" w:rsidP="00886573">
            <w:pPr>
              <w:rPr>
                <w:rFonts w:asciiTheme="majorHAnsi" w:eastAsiaTheme="majorEastAsia" w:hAnsiTheme="majorHAnsi" w:cstheme="majorBidi"/>
                <w:noProof/>
              </w:rPr>
            </w:pPr>
          </w:p>
        </w:tc>
        <w:tc>
          <w:tcPr>
            <w:tcW w:w="1273" w:type="dxa"/>
          </w:tcPr>
          <w:p w14:paraId="288004A0" w14:textId="77777777" w:rsidR="00886573" w:rsidRPr="00886573" w:rsidRDefault="00886573" w:rsidP="00886573">
            <w:pPr>
              <w:rPr>
                <w:rFonts w:asciiTheme="majorHAnsi" w:eastAsiaTheme="majorEastAsia" w:hAnsiTheme="majorHAnsi" w:cstheme="majorBidi"/>
                <w:noProof/>
              </w:rPr>
            </w:pPr>
          </w:p>
        </w:tc>
        <w:tc>
          <w:tcPr>
            <w:tcW w:w="1291" w:type="dxa"/>
          </w:tcPr>
          <w:p w14:paraId="523E37DB" w14:textId="77777777" w:rsidR="00886573" w:rsidRPr="00886573" w:rsidRDefault="00886573" w:rsidP="00886573">
            <w:pPr>
              <w:rPr>
                <w:rFonts w:asciiTheme="majorHAnsi" w:eastAsiaTheme="majorEastAsia" w:hAnsiTheme="majorHAnsi" w:cstheme="majorBidi"/>
                <w:noProof/>
              </w:rPr>
            </w:pPr>
          </w:p>
        </w:tc>
        <w:tc>
          <w:tcPr>
            <w:tcW w:w="1406" w:type="dxa"/>
          </w:tcPr>
          <w:p w14:paraId="37F1A7B6" w14:textId="77777777" w:rsidR="00886573" w:rsidRPr="00886573" w:rsidRDefault="00886573" w:rsidP="00886573">
            <w:pPr>
              <w:rPr>
                <w:rFonts w:asciiTheme="majorHAnsi" w:eastAsiaTheme="majorEastAsia" w:hAnsiTheme="majorHAnsi" w:cstheme="majorBidi"/>
                <w:noProof/>
              </w:rPr>
            </w:pPr>
          </w:p>
        </w:tc>
        <w:tc>
          <w:tcPr>
            <w:tcW w:w="1239" w:type="dxa"/>
          </w:tcPr>
          <w:p w14:paraId="4CBBB680" w14:textId="77777777" w:rsidR="00886573" w:rsidRPr="00886573" w:rsidRDefault="00886573" w:rsidP="00886573">
            <w:pPr>
              <w:rPr>
                <w:rFonts w:asciiTheme="majorHAnsi" w:eastAsiaTheme="majorEastAsia" w:hAnsiTheme="majorHAnsi" w:cstheme="majorBidi"/>
                <w:noProof/>
              </w:rPr>
            </w:pPr>
            <w:r w:rsidRPr="00886573">
              <w:rPr>
                <w:rFonts w:ascii="Helvetica" w:hAnsi="Helvetica"/>
              </w:rPr>
              <w:br/>
            </w:r>
          </w:p>
        </w:tc>
        <w:tc>
          <w:tcPr>
            <w:tcW w:w="1256" w:type="dxa"/>
          </w:tcPr>
          <w:p w14:paraId="58552DFB" w14:textId="77777777" w:rsidR="00886573" w:rsidRPr="00886573" w:rsidRDefault="00886573" w:rsidP="00886573">
            <w:pPr>
              <w:rPr>
                <w:rFonts w:asciiTheme="majorHAnsi" w:eastAsiaTheme="majorEastAsia" w:hAnsiTheme="majorHAnsi" w:cstheme="majorBidi"/>
                <w:noProof/>
              </w:rPr>
            </w:pPr>
          </w:p>
        </w:tc>
        <w:tc>
          <w:tcPr>
            <w:tcW w:w="877" w:type="dxa"/>
          </w:tcPr>
          <w:p w14:paraId="56D1DC16" w14:textId="77777777" w:rsidR="00886573" w:rsidRPr="00886573" w:rsidRDefault="00886573" w:rsidP="00886573">
            <w:pPr>
              <w:rPr>
                <w:rFonts w:ascii="Helvetica" w:hAnsi="Helvetica"/>
                <w:noProof/>
              </w:rPr>
            </w:pPr>
          </w:p>
        </w:tc>
      </w:tr>
      <w:tr w:rsidR="00886573" w:rsidRPr="00886573" w14:paraId="7E121025" w14:textId="77777777" w:rsidTr="00770158">
        <w:tc>
          <w:tcPr>
            <w:tcW w:w="1464" w:type="dxa"/>
          </w:tcPr>
          <w:p w14:paraId="13E7E7FC" w14:textId="77777777" w:rsidR="00886573" w:rsidRPr="00886573" w:rsidRDefault="00886573" w:rsidP="00886573">
            <w:pPr>
              <w:rPr>
                <w:rFonts w:asciiTheme="majorHAnsi" w:eastAsiaTheme="majorEastAsia" w:hAnsiTheme="majorHAnsi" w:cstheme="majorBidi"/>
                <w:noProof/>
              </w:rPr>
            </w:pPr>
          </w:p>
        </w:tc>
        <w:tc>
          <w:tcPr>
            <w:tcW w:w="1273" w:type="dxa"/>
          </w:tcPr>
          <w:p w14:paraId="42BB6C5D" w14:textId="77777777" w:rsidR="00886573" w:rsidRPr="00886573" w:rsidRDefault="00886573" w:rsidP="00886573">
            <w:pPr>
              <w:rPr>
                <w:rFonts w:asciiTheme="majorHAnsi" w:eastAsiaTheme="majorEastAsia" w:hAnsiTheme="majorHAnsi" w:cstheme="majorBidi"/>
                <w:noProof/>
              </w:rPr>
            </w:pPr>
          </w:p>
        </w:tc>
        <w:tc>
          <w:tcPr>
            <w:tcW w:w="1291" w:type="dxa"/>
          </w:tcPr>
          <w:p w14:paraId="2B390002" w14:textId="77777777" w:rsidR="00886573" w:rsidRPr="00886573" w:rsidRDefault="00886573" w:rsidP="00886573">
            <w:pPr>
              <w:rPr>
                <w:rFonts w:asciiTheme="majorHAnsi" w:eastAsiaTheme="majorEastAsia" w:hAnsiTheme="majorHAnsi" w:cstheme="majorBidi"/>
                <w:noProof/>
              </w:rPr>
            </w:pPr>
          </w:p>
        </w:tc>
        <w:tc>
          <w:tcPr>
            <w:tcW w:w="1406" w:type="dxa"/>
          </w:tcPr>
          <w:p w14:paraId="44C2067F" w14:textId="77777777" w:rsidR="00886573" w:rsidRPr="00886573" w:rsidRDefault="00886573" w:rsidP="00886573">
            <w:pPr>
              <w:rPr>
                <w:rFonts w:asciiTheme="majorHAnsi" w:eastAsiaTheme="majorEastAsia" w:hAnsiTheme="majorHAnsi" w:cstheme="majorBidi"/>
                <w:noProof/>
              </w:rPr>
            </w:pPr>
          </w:p>
        </w:tc>
        <w:tc>
          <w:tcPr>
            <w:tcW w:w="1239" w:type="dxa"/>
          </w:tcPr>
          <w:p w14:paraId="628011B3" w14:textId="77777777" w:rsidR="00886573" w:rsidRPr="00886573" w:rsidRDefault="00886573" w:rsidP="00886573">
            <w:pPr>
              <w:rPr>
                <w:rFonts w:asciiTheme="majorHAnsi" w:eastAsiaTheme="majorEastAsia" w:hAnsiTheme="majorHAnsi" w:cstheme="majorBidi"/>
                <w:noProof/>
              </w:rPr>
            </w:pPr>
            <w:r w:rsidRPr="00886573">
              <w:rPr>
                <w:rFonts w:ascii="Helvetica" w:hAnsi="Helvetica"/>
              </w:rPr>
              <w:br/>
            </w:r>
          </w:p>
        </w:tc>
        <w:tc>
          <w:tcPr>
            <w:tcW w:w="1256" w:type="dxa"/>
          </w:tcPr>
          <w:p w14:paraId="6633D884" w14:textId="77777777" w:rsidR="00886573" w:rsidRPr="00886573" w:rsidRDefault="00886573" w:rsidP="00886573">
            <w:pPr>
              <w:rPr>
                <w:rFonts w:asciiTheme="majorHAnsi" w:eastAsiaTheme="majorEastAsia" w:hAnsiTheme="majorHAnsi" w:cstheme="majorBidi"/>
                <w:noProof/>
              </w:rPr>
            </w:pPr>
          </w:p>
        </w:tc>
        <w:tc>
          <w:tcPr>
            <w:tcW w:w="877" w:type="dxa"/>
          </w:tcPr>
          <w:p w14:paraId="6E062DA5" w14:textId="77777777" w:rsidR="00886573" w:rsidRPr="00886573" w:rsidRDefault="00886573" w:rsidP="00886573">
            <w:pPr>
              <w:rPr>
                <w:rFonts w:ascii="Helvetica" w:hAnsi="Helvetica"/>
                <w:noProof/>
              </w:rPr>
            </w:pPr>
          </w:p>
        </w:tc>
      </w:tr>
      <w:tr w:rsidR="00886573" w:rsidRPr="00886573" w14:paraId="1F521A78" w14:textId="77777777" w:rsidTr="00770158">
        <w:trPr>
          <w:trHeight w:val="300"/>
        </w:trPr>
        <w:tc>
          <w:tcPr>
            <w:tcW w:w="1464" w:type="dxa"/>
          </w:tcPr>
          <w:p w14:paraId="1602495D" w14:textId="77777777" w:rsidR="00886573" w:rsidRPr="00886573" w:rsidRDefault="00886573" w:rsidP="00886573">
            <w:pPr>
              <w:rPr>
                <w:rFonts w:asciiTheme="majorHAnsi" w:eastAsiaTheme="majorEastAsia" w:hAnsiTheme="majorHAnsi" w:cstheme="majorBidi"/>
                <w:noProof/>
              </w:rPr>
            </w:pPr>
          </w:p>
        </w:tc>
        <w:tc>
          <w:tcPr>
            <w:tcW w:w="1273" w:type="dxa"/>
          </w:tcPr>
          <w:p w14:paraId="70C53A3E" w14:textId="77777777" w:rsidR="00886573" w:rsidRPr="00886573" w:rsidRDefault="00886573" w:rsidP="00886573">
            <w:pPr>
              <w:rPr>
                <w:rFonts w:asciiTheme="majorHAnsi" w:eastAsiaTheme="majorEastAsia" w:hAnsiTheme="majorHAnsi" w:cstheme="majorBidi"/>
                <w:noProof/>
              </w:rPr>
            </w:pPr>
          </w:p>
        </w:tc>
        <w:tc>
          <w:tcPr>
            <w:tcW w:w="1291" w:type="dxa"/>
          </w:tcPr>
          <w:p w14:paraId="595844F9" w14:textId="77777777" w:rsidR="00886573" w:rsidRPr="00886573" w:rsidRDefault="00886573" w:rsidP="00886573">
            <w:pPr>
              <w:rPr>
                <w:rFonts w:asciiTheme="majorHAnsi" w:eastAsiaTheme="majorEastAsia" w:hAnsiTheme="majorHAnsi" w:cstheme="majorBidi"/>
                <w:noProof/>
              </w:rPr>
            </w:pPr>
          </w:p>
        </w:tc>
        <w:tc>
          <w:tcPr>
            <w:tcW w:w="1406" w:type="dxa"/>
          </w:tcPr>
          <w:p w14:paraId="2A5AE664" w14:textId="77777777" w:rsidR="00886573" w:rsidRPr="00886573" w:rsidRDefault="00886573" w:rsidP="00886573">
            <w:pPr>
              <w:rPr>
                <w:rFonts w:asciiTheme="majorHAnsi" w:eastAsiaTheme="majorEastAsia" w:hAnsiTheme="majorHAnsi" w:cstheme="majorBidi"/>
                <w:noProof/>
              </w:rPr>
            </w:pPr>
          </w:p>
        </w:tc>
        <w:tc>
          <w:tcPr>
            <w:tcW w:w="1239" w:type="dxa"/>
          </w:tcPr>
          <w:p w14:paraId="7C454D50" w14:textId="77777777" w:rsidR="00886573" w:rsidRPr="00886573" w:rsidRDefault="00886573" w:rsidP="00886573">
            <w:pPr>
              <w:rPr>
                <w:rFonts w:asciiTheme="majorHAnsi" w:eastAsiaTheme="majorEastAsia" w:hAnsiTheme="majorHAnsi" w:cstheme="majorBidi"/>
                <w:noProof/>
              </w:rPr>
            </w:pPr>
            <w:r w:rsidRPr="00886573">
              <w:rPr>
                <w:rFonts w:ascii="Helvetica" w:hAnsi="Helvetica"/>
              </w:rPr>
              <w:br/>
            </w:r>
          </w:p>
        </w:tc>
        <w:tc>
          <w:tcPr>
            <w:tcW w:w="1256" w:type="dxa"/>
          </w:tcPr>
          <w:p w14:paraId="09B3DEBE" w14:textId="77777777" w:rsidR="00886573" w:rsidRPr="00886573" w:rsidRDefault="00886573" w:rsidP="00886573">
            <w:pPr>
              <w:rPr>
                <w:rFonts w:asciiTheme="majorHAnsi" w:eastAsiaTheme="majorEastAsia" w:hAnsiTheme="majorHAnsi" w:cstheme="majorBidi"/>
                <w:noProof/>
              </w:rPr>
            </w:pPr>
          </w:p>
        </w:tc>
        <w:tc>
          <w:tcPr>
            <w:tcW w:w="877" w:type="dxa"/>
          </w:tcPr>
          <w:p w14:paraId="5474C90F" w14:textId="77777777" w:rsidR="00886573" w:rsidRPr="00886573" w:rsidRDefault="00886573" w:rsidP="00886573">
            <w:pPr>
              <w:rPr>
                <w:rFonts w:ascii="Helvetica" w:hAnsi="Helvetica"/>
                <w:noProof/>
              </w:rPr>
            </w:pPr>
          </w:p>
        </w:tc>
      </w:tr>
      <w:tr w:rsidR="00886573" w:rsidRPr="00886573" w14:paraId="15175291" w14:textId="77777777" w:rsidTr="00770158">
        <w:trPr>
          <w:trHeight w:val="300"/>
        </w:trPr>
        <w:tc>
          <w:tcPr>
            <w:tcW w:w="1464" w:type="dxa"/>
          </w:tcPr>
          <w:p w14:paraId="2BCE3527" w14:textId="77777777" w:rsidR="00886573" w:rsidRPr="00886573" w:rsidRDefault="00886573" w:rsidP="00886573">
            <w:pPr>
              <w:rPr>
                <w:rFonts w:asciiTheme="majorHAnsi" w:eastAsiaTheme="majorEastAsia" w:hAnsiTheme="majorHAnsi" w:cstheme="majorBidi"/>
                <w:noProof/>
              </w:rPr>
            </w:pPr>
          </w:p>
        </w:tc>
        <w:tc>
          <w:tcPr>
            <w:tcW w:w="1273" w:type="dxa"/>
          </w:tcPr>
          <w:p w14:paraId="20D9DE8E" w14:textId="77777777" w:rsidR="00886573" w:rsidRPr="00886573" w:rsidRDefault="00886573" w:rsidP="00886573">
            <w:pPr>
              <w:rPr>
                <w:rFonts w:asciiTheme="majorHAnsi" w:eastAsiaTheme="majorEastAsia" w:hAnsiTheme="majorHAnsi" w:cstheme="majorBidi"/>
                <w:noProof/>
              </w:rPr>
            </w:pPr>
          </w:p>
          <w:p w14:paraId="613BA8B4" w14:textId="77777777" w:rsidR="00886573" w:rsidRPr="00886573" w:rsidRDefault="00886573" w:rsidP="00886573">
            <w:pPr>
              <w:rPr>
                <w:rFonts w:asciiTheme="majorHAnsi" w:eastAsiaTheme="majorEastAsia" w:hAnsiTheme="majorHAnsi" w:cstheme="majorBidi"/>
                <w:noProof/>
              </w:rPr>
            </w:pPr>
          </w:p>
        </w:tc>
        <w:tc>
          <w:tcPr>
            <w:tcW w:w="1291" w:type="dxa"/>
          </w:tcPr>
          <w:p w14:paraId="48C3E74B" w14:textId="77777777" w:rsidR="00886573" w:rsidRPr="00886573" w:rsidRDefault="00886573" w:rsidP="00886573">
            <w:pPr>
              <w:rPr>
                <w:rFonts w:asciiTheme="majorHAnsi" w:eastAsiaTheme="majorEastAsia" w:hAnsiTheme="majorHAnsi" w:cstheme="majorBidi"/>
                <w:noProof/>
              </w:rPr>
            </w:pPr>
          </w:p>
        </w:tc>
        <w:tc>
          <w:tcPr>
            <w:tcW w:w="1406" w:type="dxa"/>
          </w:tcPr>
          <w:p w14:paraId="1E8D0349" w14:textId="77777777" w:rsidR="00886573" w:rsidRPr="00886573" w:rsidRDefault="00886573" w:rsidP="00886573">
            <w:pPr>
              <w:rPr>
                <w:rFonts w:asciiTheme="majorHAnsi" w:eastAsiaTheme="majorEastAsia" w:hAnsiTheme="majorHAnsi" w:cstheme="majorBidi"/>
                <w:noProof/>
              </w:rPr>
            </w:pPr>
          </w:p>
        </w:tc>
        <w:tc>
          <w:tcPr>
            <w:tcW w:w="1239" w:type="dxa"/>
          </w:tcPr>
          <w:p w14:paraId="22C3D599" w14:textId="77777777" w:rsidR="00886573" w:rsidRPr="00886573" w:rsidRDefault="00886573" w:rsidP="00886573">
            <w:pPr>
              <w:rPr>
                <w:rFonts w:asciiTheme="majorHAnsi" w:eastAsiaTheme="majorEastAsia" w:hAnsiTheme="majorHAnsi" w:cstheme="majorBidi"/>
                <w:noProof/>
              </w:rPr>
            </w:pPr>
            <w:r w:rsidRPr="00886573">
              <w:rPr>
                <w:rFonts w:ascii="Helvetica" w:hAnsi="Helvetica"/>
              </w:rPr>
              <w:br/>
            </w:r>
          </w:p>
        </w:tc>
        <w:tc>
          <w:tcPr>
            <w:tcW w:w="1256" w:type="dxa"/>
          </w:tcPr>
          <w:p w14:paraId="4DE60C66" w14:textId="77777777" w:rsidR="00886573" w:rsidRPr="00886573" w:rsidRDefault="00886573" w:rsidP="00886573">
            <w:pPr>
              <w:rPr>
                <w:rFonts w:asciiTheme="majorHAnsi" w:eastAsiaTheme="majorEastAsia" w:hAnsiTheme="majorHAnsi" w:cstheme="majorBidi"/>
                <w:noProof/>
              </w:rPr>
            </w:pPr>
          </w:p>
        </w:tc>
        <w:tc>
          <w:tcPr>
            <w:tcW w:w="877" w:type="dxa"/>
          </w:tcPr>
          <w:p w14:paraId="0D767947" w14:textId="77777777" w:rsidR="00886573" w:rsidRPr="00886573" w:rsidRDefault="00886573" w:rsidP="00886573">
            <w:pPr>
              <w:rPr>
                <w:rFonts w:ascii="Helvetica" w:hAnsi="Helvetica"/>
                <w:noProof/>
              </w:rPr>
            </w:pPr>
          </w:p>
        </w:tc>
      </w:tr>
      <w:tr w:rsidR="00886573" w:rsidRPr="00886573" w14:paraId="37845AD6" w14:textId="77777777" w:rsidTr="00770158">
        <w:trPr>
          <w:trHeight w:val="300"/>
        </w:trPr>
        <w:tc>
          <w:tcPr>
            <w:tcW w:w="1464" w:type="dxa"/>
          </w:tcPr>
          <w:p w14:paraId="3AC739E0" w14:textId="77777777" w:rsidR="00886573" w:rsidRPr="00886573" w:rsidRDefault="00886573" w:rsidP="00886573">
            <w:pPr>
              <w:rPr>
                <w:rFonts w:asciiTheme="majorHAnsi" w:eastAsiaTheme="majorEastAsia" w:hAnsiTheme="majorHAnsi" w:cstheme="majorBidi"/>
                <w:noProof/>
              </w:rPr>
            </w:pPr>
          </w:p>
        </w:tc>
        <w:tc>
          <w:tcPr>
            <w:tcW w:w="1273" w:type="dxa"/>
          </w:tcPr>
          <w:p w14:paraId="08041EDE" w14:textId="77777777" w:rsidR="00886573" w:rsidRPr="00886573" w:rsidRDefault="00886573" w:rsidP="00886573">
            <w:pPr>
              <w:rPr>
                <w:rFonts w:asciiTheme="majorHAnsi" w:eastAsiaTheme="majorEastAsia" w:hAnsiTheme="majorHAnsi" w:cstheme="majorBidi"/>
                <w:noProof/>
              </w:rPr>
            </w:pPr>
          </w:p>
        </w:tc>
        <w:tc>
          <w:tcPr>
            <w:tcW w:w="1291" w:type="dxa"/>
          </w:tcPr>
          <w:p w14:paraId="2120F1FB" w14:textId="77777777" w:rsidR="00886573" w:rsidRPr="00886573" w:rsidRDefault="00886573" w:rsidP="00886573">
            <w:pPr>
              <w:rPr>
                <w:rFonts w:asciiTheme="majorHAnsi" w:eastAsiaTheme="majorEastAsia" w:hAnsiTheme="majorHAnsi" w:cstheme="majorBidi"/>
                <w:noProof/>
              </w:rPr>
            </w:pPr>
          </w:p>
        </w:tc>
        <w:tc>
          <w:tcPr>
            <w:tcW w:w="1406" w:type="dxa"/>
          </w:tcPr>
          <w:p w14:paraId="07F00107" w14:textId="77777777" w:rsidR="00886573" w:rsidRPr="00886573" w:rsidRDefault="00886573" w:rsidP="00886573">
            <w:pPr>
              <w:rPr>
                <w:rFonts w:asciiTheme="majorHAnsi" w:eastAsiaTheme="majorEastAsia" w:hAnsiTheme="majorHAnsi" w:cstheme="majorBidi"/>
                <w:noProof/>
              </w:rPr>
            </w:pPr>
          </w:p>
        </w:tc>
        <w:tc>
          <w:tcPr>
            <w:tcW w:w="1239" w:type="dxa"/>
          </w:tcPr>
          <w:p w14:paraId="1D643107" w14:textId="77777777" w:rsidR="00886573" w:rsidRPr="00886573" w:rsidRDefault="00886573" w:rsidP="00886573">
            <w:pPr>
              <w:rPr>
                <w:rFonts w:asciiTheme="majorHAnsi" w:eastAsiaTheme="majorEastAsia" w:hAnsiTheme="majorHAnsi" w:cstheme="majorBidi"/>
                <w:noProof/>
              </w:rPr>
            </w:pPr>
          </w:p>
        </w:tc>
        <w:tc>
          <w:tcPr>
            <w:tcW w:w="1256" w:type="dxa"/>
          </w:tcPr>
          <w:p w14:paraId="27B997F6" w14:textId="77777777" w:rsidR="00886573" w:rsidRPr="00886573" w:rsidRDefault="00886573" w:rsidP="00886573">
            <w:pPr>
              <w:rPr>
                <w:rFonts w:ascii="Helvetica" w:hAnsi="Helvetica"/>
                <w:noProof/>
              </w:rPr>
            </w:pPr>
          </w:p>
        </w:tc>
        <w:tc>
          <w:tcPr>
            <w:tcW w:w="877" w:type="dxa"/>
          </w:tcPr>
          <w:p w14:paraId="1607779C" w14:textId="77777777" w:rsidR="00886573" w:rsidRPr="00886573" w:rsidRDefault="00886573" w:rsidP="00886573">
            <w:pPr>
              <w:rPr>
                <w:rFonts w:ascii="Helvetica" w:hAnsi="Helvetica"/>
                <w:noProof/>
              </w:rPr>
            </w:pPr>
          </w:p>
        </w:tc>
      </w:tr>
      <w:tr w:rsidR="00886573" w:rsidRPr="00886573" w14:paraId="3A46A66F" w14:textId="77777777" w:rsidTr="00770158">
        <w:trPr>
          <w:trHeight w:val="300"/>
        </w:trPr>
        <w:tc>
          <w:tcPr>
            <w:tcW w:w="1464" w:type="dxa"/>
          </w:tcPr>
          <w:p w14:paraId="6B9DA24D" w14:textId="77777777" w:rsidR="00886573" w:rsidRPr="00886573" w:rsidRDefault="00886573" w:rsidP="00886573">
            <w:pPr>
              <w:rPr>
                <w:rFonts w:ascii="Helvetica" w:hAnsi="Helvetica"/>
                <w:noProof/>
              </w:rPr>
            </w:pPr>
          </w:p>
        </w:tc>
        <w:tc>
          <w:tcPr>
            <w:tcW w:w="1273" w:type="dxa"/>
          </w:tcPr>
          <w:p w14:paraId="196846A8" w14:textId="77777777" w:rsidR="00886573" w:rsidRPr="00886573" w:rsidRDefault="00886573" w:rsidP="00886573">
            <w:pPr>
              <w:rPr>
                <w:rFonts w:ascii="Helvetica" w:hAnsi="Helvetica"/>
                <w:noProof/>
              </w:rPr>
            </w:pPr>
          </w:p>
        </w:tc>
        <w:tc>
          <w:tcPr>
            <w:tcW w:w="1291" w:type="dxa"/>
          </w:tcPr>
          <w:p w14:paraId="506B570C" w14:textId="77777777" w:rsidR="00886573" w:rsidRPr="00886573" w:rsidRDefault="00886573" w:rsidP="00886573">
            <w:pPr>
              <w:rPr>
                <w:rFonts w:ascii="Helvetica" w:hAnsi="Helvetica"/>
                <w:noProof/>
              </w:rPr>
            </w:pPr>
          </w:p>
        </w:tc>
        <w:tc>
          <w:tcPr>
            <w:tcW w:w="1406" w:type="dxa"/>
          </w:tcPr>
          <w:p w14:paraId="40F75428" w14:textId="77777777" w:rsidR="00886573" w:rsidRPr="00886573" w:rsidRDefault="00886573" w:rsidP="00886573">
            <w:pPr>
              <w:rPr>
                <w:rFonts w:ascii="Helvetica" w:hAnsi="Helvetica"/>
                <w:noProof/>
              </w:rPr>
            </w:pPr>
          </w:p>
        </w:tc>
        <w:tc>
          <w:tcPr>
            <w:tcW w:w="1239" w:type="dxa"/>
          </w:tcPr>
          <w:p w14:paraId="6B64527A" w14:textId="77777777" w:rsidR="00886573" w:rsidRPr="00886573" w:rsidRDefault="00886573" w:rsidP="00886573">
            <w:pPr>
              <w:rPr>
                <w:rFonts w:ascii="Helvetica" w:hAnsi="Helvetica"/>
                <w:noProof/>
              </w:rPr>
            </w:pPr>
          </w:p>
        </w:tc>
        <w:tc>
          <w:tcPr>
            <w:tcW w:w="1256" w:type="dxa"/>
          </w:tcPr>
          <w:p w14:paraId="02BD0B42" w14:textId="77777777" w:rsidR="00886573" w:rsidRPr="00886573" w:rsidRDefault="00886573" w:rsidP="00886573">
            <w:pPr>
              <w:rPr>
                <w:rFonts w:ascii="Helvetica" w:hAnsi="Helvetica"/>
                <w:noProof/>
              </w:rPr>
            </w:pPr>
          </w:p>
        </w:tc>
        <w:tc>
          <w:tcPr>
            <w:tcW w:w="877" w:type="dxa"/>
          </w:tcPr>
          <w:p w14:paraId="29659D0C" w14:textId="77777777" w:rsidR="00886573" w:rsidRPr="00886573" w:rsidRDefault="00886573" w:rsidP="00886573">
            <w:pPr>
              <w:rPr>
                <w:rFonts w:ascii="Helvetica" w:hAnsi="Helvetica"/>
                <w:noProof/>
              </w:rPr>
            </w:pPr>
          </w:p>
        </w:tc>
      </w:tr>
    </w:tbl>
    <w:p w14:paraId="7D527AD4" w14:textId="77777777" w:rsidR="00770158" w:rsidRPr="002805A5" w:rsidRDefault="00770158" w:rsidP="00770158">
      <w:pPr>
        <w:shd w:val="clear" w:color="auto" w:fill="FFFFFF"/>
        <w:spacing w:before="100" w:beforeAutospacing="1" w:after="100" w:afterAutospacing="1" w:line="240" w:lineRule="auto"/>
        <w:jc w:val="center"/>
        <w:outlineLvl w:val="1"/>
        <w:rPr>
          <w:rFonts w:ascii="Times New Roman" w:eastAsia="Times New Roman" w:hAnsi="Times New Roman" w:cs="Times New Roman"/>
          <w:color w:val="333333"/>
          <w:sz w:val="36"/>
          <w:szCs w:val="36"/>
          <w:lang w:eastAsia="en-IE"/>
        </w:rPr>
      </w:pPr>
      <w:r w:rsidRPr="002805A5">
        <w:rPr>
          <w:rFonts w:ascii="Times New Roman" w:hAnsi="Times New Roman" w:cs="Times New Roman"/>
          <w:noProof/>
          <w:color w:val="1F497D" w:themeColor="text2"/>
        </w:rPr>
        <w:lastRenderedPageBreak/>
        <w:drawing>
          <wp:inline distT="0" distB="0" distL="0" distR="0" wp14:anchorId="373A550C" wp14:editId="53DD7DAE">
            <wp:extent cx="3143790" cy="822960"/>
            <wp:effectExtent l="0" t="0" r="0" b="0"/>
            <wp:docPr id="3" name="Picture 8" descr="Text&#10;&#10;Description automatically generated">
              <a:extLst xmlns:a="http://schemas.openxmlformats.org/drawingml/2006/main">
                <a:ext uri="{FF2B5EF4-FFF2-40B4-BE49-F238E27FC236}">
                  <a16:creationId xmlns:a16="http://schemas.microsoft.com/office/drawing/2014/main" id="{FE2E26FC-2EDA-4557-B5FB-C4B4E450E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8" descr="Text&#10;&#10;Description automatically generated">
                      <a:extLst>
                        <a:ext uri="{FF2B5EF4-FFF2-40B4-BE49-F238E27FC236}">
                          <a16:creationId xmlns:a16="http://schemas.microsoft.com/office/drawing/2014/main" id="{FE2E26FC-2EDA-4557-B5FB-C4B4E450EDD5}"/>
                        </a:ext>
                      </a:extLst>
                    </pic:cNvPr>
                    <pic:cNvPicPr>
                      <a:picLocks noChangeAspect="1"/>
                    </pic:cNvPicPr>
                  </pic:nvPicPr>
                  <pic:blipFill>
                    <a:blip r:embed="rId8"/>
                    <a:stretch>
                      <a:fillRect/>
                    </a:stretch>
                  </pic:blipFill>
                  <pic:spPr>
                    <a:xfrm>
                      <a:off x="0" y="0"/>
                      <a:ext cx="3182754" cy="833160"/>
                    </a:xfrm>
                    <a:prstGeom prst="rect">
                      <a:avLst/>
                    </a:prstGeom>
                    <a:noFill/>
                    <a:ln cap="flat">
                      <a:noFill/>
                    </a:ln>
                  </pic:spPr>
                </pic:pic>
              </a:graphicData>
            </a:graphic>
          </wp:inline>
        </w:drawing>
      </w:r>
    </w:p>
    <w:p w14:paraId="603F242E" w14:textId="77777777" w:rsidR="00770158" w:rsidRPr="002805A5" w:rsidRDefault="00770158" w:rsidP="00770158">
      <w:pPr>
        <w:jc w:val="center"/>
        <w:rPr>
          <w:rFonts w:ascii="Times New Roman" w:hAnsi="Times New Roman" w:cs="Times New Roman"/>
        </w:rPr>
      </w:pPr>
      <w:r w:rsidRPr="002805A5">
        <w:rPr>
          <w:rFonts w:ascii="Times New Roman" w:hAnsi="Times New Roman" w:cs="Times New Roman"/>
        </w:rPr>
        <w:t>Roll Number: 19401W</w:t>
      </w:r>
    </w:p>
    <w:p w14:paraId="715BDAA4" w14:textId="77777777" w:rsidR="00770158" w:rsidRPr="002805A5" w:rsidRDefault="00770158" w:rsidP="00770158">
      <w:pPr>
        <w:shd w:val="clear" w:color="auto" w:fill="FFFFFF"/>
        <w:spacing w:before="100" w:beforeAutospacing="1" w:after="100" w:afterAutospacing="1"/>
        <w:jc w:val="center"/>
        <w:rPr>
          <w:rFonts w:ascii="Times New Roman" w:hAnsi="Times New Roman" w:cs="Times New Roman"/>
          <w:color w:val="333333"/>
          <w:lang w:eastAsia="en-IE"/>
        </w:rPr>
      </w:pPr>
      <w:r w:rsidRPr="002805A5">
        <w:rPr>
          <w:rFonts w:ascii="Times New Roman" w:hAnsi="Times New Roman" w:cs="Times New Roman"/>
          <w:b/>
          <w:bCs/>
          <w:color w:val="333333"/>
          <w:lang w:eastAsia="en-IE"/>
        </w:rPr>
        <w:t>Address:</w:t>
      </w:r>
      <w:r w:rsidRPr="002805A5">
        <w:rPr>
          <w:rFonts w:ascii="Times New Roman" w:hAnsi="Times New Roman" w:cs="Times New Roman"/>
          <w:color w:val="333333"/>
          <w:lang w:eastAsia="en-IE"/>
        </w:rPr>
        <w:t xml:space="preserve"> </w:t>
      </w:r>
      <w:proofErr w:type="spellStart"/>
      <w:r w:rsidRPr="002805A5">
        <w:rPr>
          <w:rFonts w:ascii="Times New Roman" w:hAnsi="Times New Roman" w:cs="Times New Roman"/>
          <w:color w:val="333333"/>
          <w:lang w:eastAsia="en-IE"/>
        </w:rPr>
        <w:t>Renmore</w:t>
      </w:r>
      <w:proofErr w:type="spellEnd"/>
      <w:r w:rsidRPr="002805A5">
        <w:rPr>
          <w:rFonts w:ascii="Times New Roman" w:hAnsi="Times New Roman" w:cs="Times New Roman"/>
          <w:color w:val="333333"/>
          <w:lang w:eastAsia="en-IE"/>
        </w:rPr>
        <w:t xml:space="preserve"> Avenue </w:t>
      </w:r>
      <w:proofErr w:type="spellStart"/>
      <w:r w:rsidRPr="002805A5">
        <w:rPr>
          <w:rFonts w:ascii="Times New Roman" w:hAnsi="Times New Roman" w:cs="Times New Roman"/>
          <w:color w:val="333333"/>
          <w:lang w:eastAsia="en-IE"/>
        </w:rPr>
        <w:t>Renmore</w:t>
      </w:r>
      <w:proofErr w:type="spellEnd"/>
      <w:r w:rsidRPr="002805A5">
        <w:rPr>
          <w:rFonts w:ascii="Times New Roman" w:hAnsi="Times New Roman" w:cs="Times New Roman"/>
          <w:color w:val="333333"/>
          <w:lang w:eastAsia="en-IE"/>
        </w:rPr>
        <w:t>, Co. Galway, Galway, H91 N5H6, IE</w:t>
      </w:r>
    </w:p>
    <w:p w14:paraId="6BDFAEED" w14:textId="77777777" w:rsidR="00770158" w:rsidRPr="002805A5" w:rsidRDefault="00770158" w:rsidP="00770158">
      <w:pPr>
        <w:shd w:val="clear" w:color="auto" w:fill="FFFFFF"/>
        <w:spacing w:before="100" w:beforeAutospacing="1" w:after="100" w:afterAutospacing="1"/>
        <w:jc w:val="center"/>
        <w:rPr>
          <w:rFonts w:ascii="Times New Roman" w:hAnsi="Times New Roman" w:cs="Times New Roman"/>
          <w:color w:val="333333"/>
          <w:lang w:eastAsia="en-IE"/>
        </w:rPr>
      </w:pPr>
      <w:r w:rsidRPr="002805A5">
        <w:rPr>
          <w:rFonts w:ascii="Times New Roman" w:hAnsi="Times New Roman" w:cs="Times New Roman"/>
          <w:b/>
          <w:bCs/>
          <w:color w:val="333333"/>
          <w:lang w:eastAsia="en-IE"/>
        </w:rPr>
        <w:t>Phone:</w:t>
      </w:r>
      <w:r w:rsidRPr="002805A5">
        <w:rPr>
          <w:rFonts w:ascii="Times New Roman" w:hAnsi="Times New Roman" w:cs="Times New Roman"/>
          <w:color w:val="333333"/>
          <w:lang w:eastAsia="en-IE"/>
        </w:rPr>
        <w:t xml:space="preserve"> 091 771094</w:t>
      </w:r>
    </w:p>
    <w:p w14:paraId="7F46A2EB" w14:textId="77777777" w:rsidR="00770158" w:rsidRPr="002805A5" w:rsidRDefault="00770158" w:rsidP="00770158">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333333"/>
          <w:sz w:val="36"/>
          <w:szCs w:val="36"/>
          <w:lang w:eastAsia="en-IE"/>
        </w:rPr>
      </w:pPr>
    </w:p>
    <w:p w14:paraId="53E51611" w14:textId="77777777" w:rsidR="00770158" w:rsidRPr="002805A5" w:rsidRDefault="00770158" w:rsidP="00770158">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333333"/>
          <w:sz w:val="36"/>
          <w:szCs w:val="36"/>
          <w:lang w:eastAsia="en-IE"/>
        </w:rPr>
      </w:pPr>
      <w:r w:rsidRPr="002805A5">
        <w:rPr>
          <w:rFonts w:ascii="Times New Roman" w:eastAsia="Times New Roman" w:hAnsi="Times New Roman" w:cs="Times New Roman"/>
          <w:b/>
          <w:bCs/>
          <w:color w:val="333333"/>
          <w:sz w:val="36"/>
          <w:szCs w:val="36"/>
          <w:lang w:eastAsia="en-IE"/>
        </w:rPr>
        <w:t>Yard Supervision Policy</w:t>
      </w:r>
    </w:p>
    <w:p w14:paraId="168C7E64" w14:textId="77777777" w:rsidR="00770158" w:rsidRPr="002805A5" w:rsidRDefault="00770158" w:rsidP="00770158">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333333"/>
          <w:sz w:val="36"/>
          <w:szCs w:val="36"/>
          <w:lang w:eastAsia="en-IE"/>
        </w:rPr>
      </w:pPr>
    </w:p>
    <w:p w14:paraId="26D9919B" w14:textId="77777777" w:rsidR="00770158" w:rsidRPr="002805A5" w:rsidRDefault="00770158" w:rsidP="00770158">
      <w:pPr>
        <w:shd w:val="clear" w:color="auto" w:fill="FFFFFF"/>
        <w:spacing w:before="100" w:beforeAutospacing="1" w:after="100" w:afterAutospacing="1" w:line="240" w:lineRule="auto"/>
        <w:outlineLvl w:val="2"/>
        <w:rPr>
          <w:rFonts w:ascii="Times New Roman" w:eastAsia="Times New Roman" w:hAnsi="Times New Roman" w:cs="Times New Roman"/>
          <w:b/>
          <w:bCs/>
          <w:color w:val="333333"/>
          <w:sz w:val="28"/>
          <w:szCs w:val="28"/>
          <w:lang w:eastAsia="en-IE"/>
        </w:rPr>
      </w:pPr>
      <w:r w:rsidRPr="002805A5">
        <w:rPr>
          <w:rFonts w:ascii="Times New Roman" w:eastAsia="Times New Roman" w:hAnsi="Times New Roman" w:cs="Times New Roman"/>
          <w:b/>
          <w:bCs/>
          <w:color w:val="333333"/>
          <w:sz w:val="28"/>
          <w:szCs w:val="28"/>
          <w:lang w:eastAsia="en-IE"/>
        </w:rPr>
        <w:t>Introduction</w:t>
      </w:r>
    </w:p>
    <w:p w14:paraId="03B3A188" w14:textId="77777777" w:rsidR="00770158" w:rsidRPr="002805A5" w:rsidRDefault="00770158" w:rsidP="00770158">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en-IE"/>
        </w:rPr>
      </w:pPr>
      <w:r w:rsidRPr="002805A5">
        <w:rPr>
          <w:rFonts w:ascii="Times New Roman" w:eastAsia="Times New Roman" w:hAnsi="Times New Roman" w:cs="Times New Roman"/>
          <w:color w:val="333333"/>
          <w:sz w:val="24"/>
          <w:szCs w:val="24"/>
          <w:lang w:eastAsia="en-IE"/>
        </w:rPr>
        <w:t>This policy outlines the procedures for the supervision of pupils during mid-morning and lunchtime breaks. It reflects the Board of Management’s duty of care, the responsibilities of teachers, and the requirements of Department of Education Circular 18/03.</w:t>
      </w:r>
    </w:p>
    <w:p w14:paraId="1D48970E" w14:textId="77777777" w:rsidR="00770158" w:rsidRPr="002805A5" w:rsidRDefault="00770158" w:rsidP="00770158">
      <w:pPr>
        <w:shd w:val="clear" w:color="auto" w:fill="FFFFFF"/>
        <w:spacing w:before="100" w:beforeAutospacing="1" w:after="100" w:afterAutospacing="1" w:line="240" w:lineRule="auto"/>
        <w:outlineLvl w:val="2"/>
        <w:rPr>
          <w:rFonts w:ascii="Times New Roman" w:eastAsia="Times New Roman" w:hAnsi="Times New Roman" w:cs="Times New Roman"/>
          <w:b/>
          <w:bCs/>
          <w:color w:val="333333"/>
          <w:sz w:val="28"/>
          <w:szCs w:val="28"/>
          <w:lang w:eastAsia="en-IE"/>
        </w:rPr>
      </w:pPr>
      <w:r w:rsidRPr="002805A5">
        <w:rPr>
          <w:rFonts w:ascii="Times New Roman" w:eastAsia="Times New Roman" w:hAnsi="Times New Roman" w:cs="Times New Roman"/>
          <w:b/>
          <w:bCs/>
          <w:color w:val="333333"/>
          <w:sz w:val="28"/>
          <w:szCs w:val="28"/>
          <w:lang w:eastAsia="en-IE"/>
        </w:rPr>
        <w:t>Rationale</w:t>
      </w:r>
    </w:p>
    <w:p w14:paraId="04D7B3DB" w14:textId="77777777" w:rsidR="00770158" w:rsidRPr="002805A5" w:rsidRDefault="00770158" w:rsidP="00770158">
      <w:pPr>
        <w:numPr>
          <w:ilvl w:val="0"/>
          <w:numId w:val="19"/>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2805A5">
        <w:rPr>
          <w:rFonts w:ascii="Times New Roman" w:eastAsia="Times New Roman" w:hAnsi="Times New Roman" w:cs="Times New Roman"/>
          <w:color w:val="333333"/>
          <w:sz w:val="24"/>
          <w:szCs w:val="24"/>
          <w:lang w:eastAsia="en-IE"/>
        </w:rPr>
        <w:t>To ensure the safety and welfare of all pupils while in the school grounds during breaks.</w:t>
      </w:r>
    </w:p>
    <w:p w14:paraId="621B7BC6" w14:textId="77777777" w:rsidR="00770158" w:rsidRPr="002805A5" w:rsidRDefault="00770158" w:rsidP="00770158">
      <w:pPr>
        <w:numPr>
          <w:ilvl w:val="0"/>
          <w:numId w:val="19"/>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2805A5">
        <w:rPr>
          <w:rFonts w:ascii="Times New Roman" w:eastAsia="Times New Roman" w:hAnsi="Times New Roman" w:cs="Times New Roman"/>
          <w:color w:val="333333"/>
          <w:sz w:val="24"/>
          <w:szCs w:val="24"/>
          <w:lang w:eastAsia="en-IE"/>
        </w:rPr>
        <w:t>To comply with the Rules for National Schools and relevant Department of Education circulars.</w:t>
      </w:r>
    </w:p>
    <w:p w14:paraId="53684301" w14:textId="77777777" w:rsidR="00770158" w:rsidRPr="002805A5" w:rsidRDefault="00770158" w:rsidP="00770158">
      <w:pPr>
        <w:numPr>
          <w:ilvl w:val="0"/>
          <w:numId w:val="19"/>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2805A5">
        <w:rPr>
          <w:rFonts w:ascii="Times New Roman" w:eastAsia="Times New Roman" w:hAnsi="Times New Roman" w:cs="Times New Roman"/>
          <w:color w:val="333333"/>
          <w:sz w:val="24"/>
          <w:szCs w:val="24"/>
          <w:lang w:eastAsia="en-IE"/>
        </w:rPr>
        <w:t>To provide clarity for staff, parents, and pupils regarding supervision arrangements.</w:t>
      </w:r>
    </w:p>
    <w:p w14:paraId="61DF62AA" w14:textId="77777777" w:rsidR="00770158" w:rsidRPr="002805A5" w:rsidRDefault="00770158" w:rsidP="00770158">
      <w:pPr>
        <w:pStyle w:val="NormalWeb"/>
        <w:numPr>
          <w:ilvl w:val="0"/>
          <w:numId w:val="19"/>
        </w:numPr>
        <w:spacing w:before="0" w:beforeAutospacing="0" w:after="0" w:afterAutospacing="0"/>
      </w:pPr>
      <w:r w:rsidRPr="002805A5">
        <w:rPr>
          <w:color w:val="000000"/>
        </w:rPr>
        <w:t xml:space="preserve">While careful supervision is undertaken at all times during the school day, it is important that you are aware that no arrangements exist for the supervision of pupils who arrive at the school before the school is open </w:t>
      </w:r>
      <w:r>
        <w:rPr>
          <w:color w:val="000000"/>
        </w:rPr>
        <w:t xml:space="preserve">at 8.40 am </w:t>
      </w:r>
      <w:r w:rsidRPr="002805A5">
        <w:rPr>
          <w:color w:val="000000"/>
        </w:rPr>
        <w:t>or who remain in the vicinity of the school after school hours, awaiting collection</w:t>
      </w:r>
      <w:r>
        <w:rPr>
          <w:color w:val="000000"/>
        </w:rPr>
        <w:t xml:space="preserve"> i.e.  1.30 pm for infants and 2.30 pm for first and second classes. </w:t>
      </w:r>
    </w:p>
    <w:p w14:paraId="51D903C6" w14:textId="77777777" w:rsidR="00770158" w:rsidRPr="002805A5" w:rsidRDefault="00770158" w:rsidP="00770158">
      <w:pPr>
        <w:shd w:val="clear" w:color="auto" w:fill="FFFFFF"/>
        <w:spacing w:before="100" w:beforeAutospacing="1" w:after="100" w:afterAutospacing="1" w:line="240" w:lineRule="auto"/>
        <w:outlineLvl w:val="2"/>
        <w:rPr>
          <w:rFonts w:ascii="Times New Roman" w:eastAsia="Times New Roman" w:hAnsi="Times New Roman" w:cs="Times New Roman"/>
          <w:b/>
          <w:bCs/>
          <w:color w:val="333333"/>
          <w:sz w:val="28"/>
          <w:szCs w:val="28"/>
          <w:lang w:eastAsia="en-IE"/>
        </w:rPr>
      </w:pPr>
      <w:r w:rsidRPr="002805A5">
        <w:rPr>
          <w:rFonts w:ascii="Times New Roman" w:eastAsia="Times New Roman" w:hAnsi="Times New Roman" w:cs="Times New Roman"/>
          <w:b/>
          <w:bCs/>
          <w:color w:val="333333"/>
          <w:sz w:val="28"/>
          <w:szCs w:val="28"/>
          <w:lang w:eastAsia="en-IE"/>
        </w:rPr>
        <w:t>Legislative and Regulatory Context</w:t>
      </w:r>
    </w:p>
    <w:p w14:paraId="0D72B1FA" w14:textId="77777777" w:rsidR="00770158" w:rsidRPr="002805A5" w:rsidRDefault="00770158" w:rsidP="00770158">
      <w:pPr>
        <w:numPr>
          <w:ilvl w:val="0"/>
          <w:numId w:val="20"/>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2805A5">
        <w:rPr>
          <w:rFonts w:ascii="Times New Roman" w:eastAsia="Times New Roman" w:hAnsi="Times New Roman" w:cs="Times New Roman"/>
          <w:color w:val="333333"/>
          <w:sz w:val="24"/>
          <w:szCs w:val="24"/>
          <w:lang w:eastAsia="en-IE"/>
        </w:rPr>
        <w:t>Rules 121(4) and 124(1) of the Rules for National Schools oblige teachers to take all reasonable precautions to ensure pupil safety and to participate in supervision duties.</w:t>
      </w:r>
    </w:p>
    <w:p w14:paraId="04227EA5" w14:textId="77777777" w:rsidR="00770158" w:rsidRPr="002805A5" w:rsidRDefault="00770158" w:rsidP="00770158">
      <w:pPr>
        <w:numPr>
          <w:ilvl w:val="0"/>
          <w:numId w:val="20"/>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2805A5">
        <w:rPr>
          <w:rFonts w:ascii="Times New Roman" w:eastAsia="Times New Roman" w:hAnsi="Times New Roman" w:cs="Times New Roman"/>
          <w:color w:val="333333"/>
          <w:sz w:val="24"/>
          <w:szCs w:val="24"/>
          <w:lang w:eastAsia="en-IE"/>
        </w:rPr>
        <w:lastRenderedPageBreak/>
        <w:t xml:space="preserve">Participation in the </w:t>
      </w:r>
      <w:r>
        <w:rPr>
          <w:rFonts w:ascii="Times New Roman" w:eastAsia="Times New Roman" w:hAnsi="Times New Roman" w:cs="Times New Roman"/>
          <w:color w:val="333333"/>
          <w:sz w:val="24"/>
          <w:szCs w:val="24"/>
          <w:lang w:eastAsia="en-IE"/>
        </w:rPr>
        <w:t>s</w:t>
      </w:r>
      <w:r w:rsidRPr="002805A5">
        <w:rPr>
          <w:rFonts w:ascii="Times New Roman" w:eastAsia="Times New Roman" w:hAnsi="Times New Roman" w:cs="Times New Roman"/>
          <w:color w:val="333333"/>
          <w:sz w:val="24"/>
          <w:szCs w:val="24"/>
          <w:lang w:eastAsia="en-IE"/>
        </w:rPr>
        <w:t xml:space="preserve">upervision </w:t>
      </w:r>
      <w:r>
        <w:rPr>
          <w:rFonts w:ascii="Times New Roman" w:eastAsia="Times New Roman" w:hAnsi="Times New Roman" w:cs="Times New Roman"/>
          <w:color w:val="333333"/>
          <w:sz w:val="24"/>
          <w:szCs w:val="24"/>
          <w:lang w:eastAsia="en-IE"/>
        </w:rPr>
        <w:t>s</w:t>
      </w:r>
      <w:r w:rsidRPr="002805A5">
        <w:rPr>
          <w:rFonts w:ascii="Times New Roman" w:eastAsia="Times New Roman" w:hAnsi="Times New Roman" w:cs="Times New Roman"/>
          <w:color w:val="333333"/>
          <w:sz w:val="24"/>
          <w:szCs w:val="24"/>
          <w:lang w:eastAsia="en-IE"/>
        </w:rPr>
        <w:t>cheme is compulsory for all teachers since 2013/2014.</w:t>
      </w:r>
    </w:p>
    <w:p w14:paraId="3A61239C" w14:textId="77777777" w:rsidR="00770158" w:rsidRPr="002805A5" w:rsidRDefault="00770158" w:rsidP="00770158">
      <w:pPr>
        <w:numPr>
          <w:ilvl w:val="0"/>
          <w:numId w:val="20"/>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2805A5">
        <w:rPr>
          <w:rFonts w:ascii="Times New Roman" w:eastAsia="Times New Roman" w:hAnsi="Times New Roman" w:cs="Times New Roman"/>
          <w:color w:val="333333"/>
          <w:sz w:val="24"/>
          <w:szCs w:val="24"/>
          <w:lang w:eastAsia="en-IE"/>
        </w:rPr>
        <w:t>Each teacher must complete 37 hours of supervision per school year, which covers yard duty and certain short-term absences.</w:t>
      </w:r>
    </w:p>
    <w:p w14:paraId="3B9FDCD5" w14:textId="77777777" w:rsidR="00770158" w:rsidRPr="002805A5" w:rsidRDefault="00770158" w:rsidP="00770158">
      <w:pPr>
        <w:numPr>
          <w:ilvl w:val="0"/>
          <w:numId w:val="20"/>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2805A5">
        <w:rPr>
          <w:rFonts w:ascii="Times New Roman" w:eastAsia="Times New Roman" w:hAnsi="Times New Roman" w:cs="Times New Roman"/>
          <w:color w:val="333333"/>
          <w:sz w:val="24"/>
          <w:szCs w:val="24"/>
          <w:lang w:eastAsia="en-IE"/>
        </w:rPr>
        <w:t>The supervision allowance has been subsumed into the incremental pay scale for teachers.</w:t>
      </w:r>
    </w:p>
    <w:p w14:paraId="7EE7A3F4" w14:textId="77777777" w:rsidR="00770158" w:rsidRPr="002805A5" w:rsidRDefault="00770158" w:rsidP="00770158">
      <w:pPr>
        <w:spacing w:before="100" w:beforeAutospacing="1" w:after="100" w:afterAutospacing="1" w:line="240" w:lineRule="auto"/>
        <w:ind w:left="720"/>
        <w:textAlignment w:val="baseline"/>
        <w:rPr>
          <w:rFonts w:ascii="Times New Roman" w:eastAsia="Times New Roman" w:hAnsi="Times New Roman" w:cs="Times New Roman"/>
          <w:color w:val="333333"/>
          <w:sz w:val="24"/>
          <w:szCs w:val="24"/>
          <w:lang w:eastAsia="en-IE"/>
        </w:rPr>
      </w:pPr>
    </w:p>
    <w:p w14:paraId="1789B9E9" w14:textId="77777777" w:rsidR="00770158" w:rsidRPr="002805A5" w:rsidRDefault="00770158" w:rsidP="00770158">
      <w:pPr>
        <w:shd w:val="clear" w:color="auto" w:fill="FFFFFF"/>
        <w:spacing w:before="100" w:beforeAutospacing="1" w:after="100" w:afterAutospacing="1" w:line="240" w:lineRule="auto"/>
        <w:outlineLvl w:val="2"/>
        <w:rPr>
          <w:rFonts w:ascii="Times New Roman" w:eastAsia="Times New Roman" w:hAnsi="Times New Roman" w:cs="Times New Roman"/>
          <w:b/>
          <w:bCs/>
          <w:color w:val="333333"/>
          <w:sz w:val="28"/>
          <w:szCs w:val="28"/>
          <w:lang w:eastAsia="en-IE"/>
        </w:rPr>
      </w:pPr>
      <w:r w:rsidRPr="002805A5">
        <w:rPr>
          <w:rFonts w:ascii="Times New Roman" w:eastAsia="Times New Roman" w:hAnsi="Times New Roman" w:cs="Times New Roman"/>
          <w:b/>
          <w:bCs/>
          <w:color w:val="333333"/>
          <w:sz w:val="28"/>
          <w:szCs w:val="28"/>
          <w:lang w:eastAsia="en-IE"/>
        </w:rPr>
        <w:t>Management of Supervision</w:t>
      </w:r>
    </w:p>
    <w:p w14:paraId="19ADD346" w14:textId="77777777" w:rsidR="00770158" w:rsidRPr="002805A5" w:rsidRDefault="00770158" w:rsidP="00770158">
      <w:pPr>
        <w:numPr>
          <w:ilvl w:val="0"/>
          <w:numId w:val="21"/>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2805A5">
        <w:rPr>
          <w:rFonts w:ascii="Times New Roman" w:eastAsia="Times New Roman" w:hAnsi="Times New Roman" w:cs="Times New Roman"/>
          <w:color w:val="333333"/>
          <w:sz w:val="24"/>
          <w:szCs w:val="24"/>
          <w:lang w:eastAsia="en-IE"/>
        </w:rPr>
        <w:t xml:space="preserve">The deputy principal, in consultation with the </w:t>
      </w:r>
      <w:r>
        <w:rPr>
          <w:rFonts w:ascii="Times New Roman" w:eastAsia="Times New Roman" w:hAnsi="Times New Roman" w:cs="Times New Roman"/>
          <w:color w:val="333333"/>
          <w:sz w:val="24"/>
          <w:szCs w:val="24"/>
          <w:lang w:eastAsia="en-IE"/>
        </w:rPr>
        <w:t>b</w:t>
      </w:r>
      <w:r w:rsidRPr="002805A5">
        <w:rPr>
          <w:rFonts w:ascii="Times New Roman" w:eastAsia="Times New Roman" w:hAnsi="Times New Roman" w:cs="Times New Roman"/>
          <w:color w:val="333333"/>
          <w:sz w:val="24"/>
          <w:szCs w:val="24"/>
          <w:lang w:eastAsia="en-IE"/>
        </w:rPr>
        <w:t xml:space="preserve">oard of </w:t>
      </w:r>
      <w:r>
        <w:rPr>
          <w:rFonts w:ascii="Times New Roman" w:eastAsia="Times New Roman" w:hAnsi="Times New Roman" w:cs="Times New Roman"/>
          <w:color w:val="333333"/>
          <w:sz w:val="24"/>
          <w:szCs w:val="24"/>
          <w:lang w:eastAsia="en-IE"/>
        </w:rPr>
        <w:t>m</w:t>
      </w:r>
      <w:r w:rsidRPr="002805A5">
        <w:rPr>
          <w:rFonts w:ascii="Times New Roman" w:eastAsia="Times New Roman" w:hAnsi="Times New Roman" w:cs="Times New Roman"/>
          <w:color w:val="333333"/>
          <w:sz w:val="24"/>
          <w:szCs w:val="24"/>
          <w:lang w:eastAsia="en-IE"/>
        </w:rPr>
        <w:t>anagement</w:t>
      </w:r>
      <w:r>
        <w:rPr>
          <w:rFonts w:ascii="Times New Roman" w:eastAsia="Times New Roman" w:hAnsi="Times New Roman" w:cs="Times New Roman"/>
          <w:color w:val="333333"/>
          <w:sz w:val="24"/>
          <w:szCs w:val="24"/>
          <w:lang w:eastAsia="en-IE"/>
        </w:rPr>
        <w:t xml:space="preserve"> (BOM)</w:t>
      </w:r>
      <w:r w:rsidRPr="002805A5">
        <w:rPr>
          <w:rFonts w:ascii="Times New Roman" w:eastAsia="Times New Roman" w:hAnsi="Times New Roman" w:cs="Times New Roman"/>
          <w:color w:val="333333"/>
          <w:sz w:val="24"/>
          <w:szCs w:val="24"/>
          <w:lang w:eastAsia="en-IE"/>
        </w:rPr>
        <w:t>, prepares and manages the supervision roster.</w:t>
      </w:r>
    </w:p>
    <w:p w14:paraId="3C8EDDAD" w14:textId="77777777" w:rsidR="00770158" w:rsidRPr="002805A5" w:rsidRDefault="00770158" w:rsidP="00770158">
      <w:pPr>
        <w:numPr>
          <w:ilvl w:val="0"/>
          <w:numId w:val="21"/>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2805A5">
        <w:rPr>
          <w:rFonts w:ascii="Times New Roman" w:eastAsia="Times New Roman" w:hAnsi="Times New Roman" w:cs="Times New Roman"/>
          <w:color w:val="333333"/>
          <w:sz w:val="24"/>
          <w:szCs w:val="24"/>
          <w:lang w:eastAsia="en-IE"/>
        </w:rPr>
        <w:t>The roster includes arrangements for cover during short-term absences.</w:t>
      </w:r>
    </w:p>
    <w:p w14:paraId="4FDB06FF" w14:textId="77777777" w:rsidR="00770158" w:rsidRPr="002805A5" w:rsidRDefault="00770158" w:rsidP="00770158">
      <w:pPr>
        <w:numPr>
          <w:ilvl w:val="0"/>
          <w:numId w:val="21"/>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2805A5">
        <w:rPr>
          <w:rFonts w:ascii="Times New Roman" w:eastAsia="Times New Roman" w:hAnsi="Times New Roman" w:cs="Times New Roman"/>
          <w:color w:val="333333"/>
          <w:sz w:val="24"/>
          <w:szCs w:val="24"/>
          <w:lang w:eastAsia="en-IE"/>
        </w:rPr>
        <w:t>The roster is approved by the BOM and retained for inspection.</w:t>
      </w:r>
    </w:p>
    <w:p w14:paraId="20A8339D" w14:textId="77777777" w:rsidR="00770158" w:rsidRPr="002805A5" w:rsidRDefault="00770158" w:rsidP="00770158">
      <w:pPr>
        <w:shd w:val="clear" w:color="auto" w:fill="FFFFFF"/>
        <w:spacing w:before="100" w:beforeAutospacing="1" w:after="100" w:afterAutospacing="1" w:line="240" w:lineRule="auto"/>
        <w:outlineLvl w:val="2"/>
        <w:rPr>
          <w:rFonts w:ascii="Times New Roman" w:eastAsia="Times New Roman" w:hAnsi="Times New Roman" w:cs="Times New Roman"/>
          <w:b/>
          <w:bCs/>
          <w:color w:val="333333"/>
          <w:sz w:val="28"/>
          <w:szCs w:val="28"/>
          <w:lang w:eastAsia="en-IE"/>
        </w:rPr>
      </w:pPr>
      <w:r w:rsidRPr="002805A5">
        <w:rPr>
          <w:rFonts w:ascii="Times New Roman" w:eastAsia="Times New Roman" w:hAnsi="Times New Roman" w:cs="Times New Roman"/>
          <w:b/>
          <w:bCs/>
          <w:color w:val="333333"/>
          <w:sz w:val="28"/>
          <w:szCs w:val="28"/>
          <w:lang w:eastAsia="en-IE"/>
        </w:rPr>
        <w:t>Supervision Arrangements</w:t>
      </w:r>
    </w:p>
    <w:p w14:paraId="6FD0D2BE" w14:textId="77777777" w:rsidR="00770158" w:rsidRPr="002805A5" w:rsidRDefault="00770158" w:rsidP="00770158">
      <w:pPr>
        <w:numPr>
          <w:ilvl w:val="0"/>
          <w:numId w:val="22"/>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2805A5">
        <w:rPr>
          <w:rFonts w:ascii="Times New Roman" w:eastAsia="Times New Roman" w:hAnsi="Times New Roman" w:cs="Times New Roman"/>
          <w:color w:val="333333"/>
          <w:sz w:val="24"/>
          <w:szCs w:val="24"/>
          <w:lang w:eastAsia="en-IE"/>
        </w:rPr>
        <w:t>Supervision is provided during all designated break times and other times as required.</w:t>
      </w:r>
    </w:p>
    <w:p w14:paraId="3931B284" w14:textId="77777777" w:rsidR="00770158" w:rsidRPr="002805A5" w:rsidRDefault="00770158" w:rsidP="00770158">
      <w:pPr>
        <w:numPr>
          <w:ilvl w:val="0"/>
          <w:numId w:val="22"/>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2805A5">
        <w:rPr>
          <w:rFonts w:ascii="Times New Roman" w:eastAsia="Times New Roman" w:hAnsi="Times New Roman" w:cs="Times New Roman"/>
          <w:color w:val="333333"/>
          <w:sz w:val="24"/>
          <w:szCs w:val="24"/>
          <w:lang w:eastAsia="en-IE"/>
        </w:rPr>
        <w:t xml:space="preserve">The number of teachers supervising is determined by the </w:t>
      </w:r>
      <w:r>
        <w:rPr>
          <w:rFonts w:ascii="Times New Roman" w:eastAsia="Times New Roman" w:hAnsi="Times New Roman" w:cs="Times New Roman"/>
          <w:color w:val="333333"/>
          <w:sz w:val="24"/>
          <w:szCs w:val="24"/>
          <w:lang w:eastAsia="en-IE"/>
        </w:rPr>
        <w:t>b</w:t>
      </w:r>
      <w:r w:rsidRPr="002805A5">
        <w:rPr>
          <w:rFonts w:ascii="Times New Roman" w:eastAsia="Times New Roman" w:hAnsi="Times New Roman" w:cs="Times New Roman"/>
          <w:color w:val="333333"/>
          <w:sz w:val="24"/>
          <w:szCs w:val="24"/>
          <w:lang w:eastAsia="en-IE"/>
        </w:rPr>
        <w:t xml:space="preserve">oard of </w:t>
      </w:r>
      <w:r>
        <w:rPr>
          <w:rFonts w:ascii="Times New Roman" w:eastAsia="Times New Roman" w:hAnsi="Times New Roman" w:cs="Times New Roman"/>
          <w:color w:val="333333"/>
          <w:sz w:val="24"/>
          <w:szCs w:val="24"/>
          <w:lang w:eastAsia="en-IE"/>
        </w:rPr>
        <w:t>m</w:t>
      </w:r>
      <w:r w:rsidRPr="002805A5">
        <w:rPr>
          <w:rFonts w:ascii="Times New Roman" w:eastAsia="Times New Roman" w:hAnsi="Times New Roman" w:cs="Times New Roman"/>
          <w:color w:val="333333"/>
          <w:sz w:val="24"/>
          <w:szCs w:val="24"/>
          <w:lang w:eastAsia="en-IE"/>
        </w:rPr>
        <w:t>anagement, taking into account:</w:t>
      </w:r>
    </w:p>
    <w:p w14:paraId="429A5695" w14:textId="77777777" w:rsidR="00770158" w:rsidRPr="002805A5" w:rsidRDefault="00770158" w:rsidP="00770158">
      <w:pPr>
        <w:numPr>
          <w:ilvl w:val="1"/>
          <w:numId w:val="22"/>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2805A5">
        <w:rPr>
          <w:rFonts w:ascii="Times New Roman" w:eastAsia="Times New Roman" w:hAnsi="Times New Roman" w:cs="Times New Roman"/>
          <w:color w:val="333333"/>
          <w:sz w:val="24"/>
          <w:szCs w:val="24"/>
          <w:lang w:eastAsia="en-IE"/>
        </w:rPr>
        <w:t xml:space="preserve">the layout of the outdoor </w:t>
      </w:r>
      <w:r>
        <w:rPr>
          <w:rFonts w:ascii="Times New Roman" w:eastAsia="Times New Roman" w:hAnsi="Times New Roman" w:cs="Times New Roman"/>
          <w:color w:val="333333"/>
          <w:sz w:val="24"/>
          <w:szCs w:val="24"/>
          <w:lang w:eastAsia="en-IE"/>
        </w:rPr>
        <w:t xml:space="preserve">and indoor </w:t>
      </w:r>
      <w:r w:rsidRPr="002805A5">
        <w:rPr>
          <w:rFonts w:ascii="Times New Roman" w:eastAsia="Times New Roman" w:hAnsi="Times New Roman" w:cs="Times New Roman"/>
          <w:color w:val="333333"/>
          <w:sz w:val="24"/>
          <w:szCs w:val="24"/>
          <w:lang w:eastAsia="en-IE"/>
        </w:rPr>
        <w:t>areas,</w:t>
      </w:r>
    </w:p>
    <w:p w14:paraId="35F869CC" w14:textId="77777777" w:rsidR="00770158" w:rsidRPr="002805A5" w:rsidRDefault="00770158" w:rsidP="00770158">
      <w:pPr>
        <w:numPr>
          <w:ilvl w:val="1"/>
          <w:numId w:val="22"/>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2805A5">
        <w:rPr>
          <w:rFonts w:ascii="Times New Roman" w:eastAsia="Times New Roman" w:hAnsi="Times New Roman" w:cs="Times New Roman"/>
          <w:color w:val="333333"/>
          <w:sz w:val="24"/>
          <w:szCs w:val="24"/>
          <w:lang w:eastAsia="en-IE"/>
        </w:rPr>
        <w:t>the age profile and needs of pupils, and</w:t>
      </w:r>
    </w:p>
    <w:p w14:paraId="15FF7E85" w14:textId="77777777" w:rsidR="00770158" w:rsidRPr="002805A5" w:rsidRDefault="00770158" w:rsidP="00770158">
      <w:pPr>
        <w:numPr>
          <w:ilvl w:val="1"/>
          <w:numId w:val="22"/>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2805A5">
        <w:rPr>
          <w:rFonts w:ascii="Times New Roman" w:eastAsia="Times New Roman" w:hAnsi="Times New Roman" w:cs="Times New Roman"/>
          <w:color w:val="333333"/>
          <w:sz w:val="24"/>
          <w:szCs w:val="24"/>
          <w:lang w:eastAsia="en-IE"/>
        </w:rPr>
        <w:t>the overall safety and wellbeing of pupils.</w:t>
      </w:r>
    </w:p>
    <w:p w14:paraId="05A56BC4" w14:textId="77777777" w:rsidR="00770158" w:rsidRPr="002805A5" w:rsidRDefault="00770158" w:rsidP="00770158">
      <w:pPr>
        <w:numPr>
          <w:ilvl w:val="0"/>
          <w:numId w:val="22"/>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2805A5">
        <w:rPr>
          <w:rFonts w:ascii="Times New Roman" w:eastAsia="Times New Roman" w:hAnsi="Times New Roman" w:cs="Times New Roman"/>
          <w:color w:val="333333"/>
          <w:sz w:val="24"/>
          <w:szCs w:val="24"/>
          <w:lang w:eastAsia="en-IE"/>
        </w:rPr>
        <w:t>Supervision duties may also extend to indoor spaces during inclement weather.</w:t>
      </w:r>
    </w:p>
    <w:p w14:paraId="36240191" w14:textId="77777777" w:rsidR="00770158" w:rsidRPr="002805A5" w:rsidRDefault="00770158" w:rsidP="00770158">
      <w:pPr>
        <w:shd w:val="clear" w:color="auto" w:fill="FFFFFF"/>
        <w:spacing w:before="100" w:beforeAutospacing="1" w:after="100" w:afterAutospacing="1" w:line="240" w:lineRule="auto"/>
        <w:outlineLvl w:val="2"/>
        <w:rPr>
          <w:rFonts w:ascii="Times New Roman" w:eastAsia="Times New Roman" w:hAnsi="Times New Roman" w:cs="Times New Roman"/>
          <w:b/>
          <w:bCs/>
          <w:color w:val="333333"/>
          <w:sz w:val="28"/>
          <w:szCs w:val="28"/>
          <w:lang w:eastAsia="en-IE"/>
        </w:rPr>
      </w:pPr>
      <w:r w:rsidRPr="002805A5">
        <w:rPr>
          <w:rFonts w:ascii="Times New Roman" w:eastAsia="Times New Roman" w:hAnsi="Times New Roman" w:cs="Times New Roman"/>
          <w:b/>
          <w:bCs/>
          <w:color w:val="333333"/>
          <w:sz w:val="28"/>
          <w:szCs w:val="28"/>
          <w:lang w:eastAsia="en-IE"/>
        </w:rPr>
        <w:t>Roles and Responsibilities</w:t>
      </w:r>
    </w:p>
    <w:p w14:paraId="1E5CD678" w14:textId="77777777" w:rsidR="00770158" w:rsidRPr="002805A5" w:rsidRDefault="00770158" w:rsidP="00770158">
      <w:pPr>
        <w:numPr>
          <w:ilvl w:val="0"/>
          <w:numId w:val="23"/>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2805A5">
        <w:rPr>
          <w:rFonts w:ascii="Times New Roman" w:eastAsia="Times New Roman" w:hAnsi="Times New Roman" w:cs="Times New Roman"/>
          <w:b/>
          <w:bCs/>
          <w:color w:val="333333"/>
          <w:sz w:val="24"/>
          <w:szCs w:val="24"/>
          <w:lang w:eastAsia="en-IE"/>
        </w:rPr>
        <w:t>Deputy principal:</w:t>
      </w:r>
      <w:r w:rsidRPr="002805A5">
        <w:rPr>
          <w:rFonts w:ascii="Times New Roman" w:eastAsia="Times New Roman" w:hAnsi="Times New Roman" w:cs="Times New Roman"/>
          <w:color w:val="333333"/>
          <w:sz w:val="24"/>
          <w:szCs w:val="24"/>
          <w:lang w:eastAsia="en-IE"/>
        </w:rPr>
        <w:t> </w:t>
      </w:r>
      <w:proofErr w:type="spellStart"/>
      <w:r w:rsidRPr="002805A5">
        <w:rPr>
          <w:rFonts w:ascii="Times New Roman" w:eastAsia="Times New Roman" w:hAnsi="Times New Roman" w:cs="Times New Roman"/>
          <w:color w:val="333333"/>
          <w:sz w:val="24"/>
          <w:szCs w:val="24"/>
          <w:lang w:eastAsia="en-IE"/>
        </w:rPr>
        <w:t>Organises</w:t>
      </w:r>
      <w:proofErr w:type="spellEnd"/>
      <w:r w:rsidRPr="002805A5">
        <w:rPr>
          <w:rFonts w:ascii="Times New Roman" w:eastAsia="Times New Roman" w:hAnsi="Times New Roman" w:cs="Times New Roman"/>
          <w:color w:val="333333"/>
          <w:sz w:val="24"/>
          <w:szCs w:val="24"/>
          <w:lang w:eastAsia="en-IE"/>
        </w:rPr>
        <w:t>, monitors, and participates in supervision.</w:t>
      </w:r>
    </w:p>
    <w:p w14:paraId="6A9C754F" w14:textId="77777777" w:rsidR="00770158" w:rsidRPr="002805A5" w:rsidRDefault="00770158" w:rsidP="00770158">
      <w:pPr>
        <w:numPr>
          <w:ilvl w:val="0"/>
          <w:numId w:val="23"/>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2805A5">
        <w:rPr>
          <w:rFonts w:ascii="Times New Roman" w:eastAsia="Times New Roman" w:hAnsi="Times New Roman" w:cs="Times New Roman"/>
          <w:b/>
          <w:bCs/>
          <w:color w:val="333333"/>
          <w:sz w:val="24"/>
          <w:szCs w:val="24"/>
          <w:lang w:eastAsia="en-IE"/>
        </w:rPr>
        <w:t>Teachers:</w:t>
      </w:r>
      <w:r w:rsidRPr="002805A5">
        <w:rPr>
          <w:rFonts w:ascii="Times New Roman" w:eastAsia="Times New Roman" w:hAnsi="Times New Roman" w:cs="Times New Roman"/>
          <w:color w:val="333333"/>
          <w:sz w:val="24"/>
          <w:szCs w:val="24"/>
          <w:lang w:eastAsia="en-IE"/>
        </w:rPr>
        <w:t xml:space="preserve"> Undertake supervision duties as per the roster and ensure active engagement in pupil safety and </w:t>
      </w:r>
      <w:proofErr w:type="spellStart"/>
      <w:r w:rsidRPr="002805A5">
        <w:rPr>
          <w:rFonts w:ascii="Times New Roman" w:eastAsia="Times New Roman" w:hAnsi="Times New Roman" w:cs="Times New Roman"/>
          <w:color w:val="333333"/>
          <w:sz w:val="24"/>
          <w:szCs w:val="24"/>
          <w:lang w:eastAsia="en-IE"/>
        </w:rPr>
        <w:t>behaviour</w:t>
      </w:r>
      <w:proofErr w:type="spellEnd"/>
      <w:r w:rsidRPr="002805A5">
        <w:rPr>
          <w:rFonts w:ascii="Times New Roman" w:eastAsia="Times New Roman" w:hAnsi="Times New Roman" w:cs="Times New Roman"/>
          <w:color w:val="333333"/>
          <w:sz w:val="24"/>
          <w:szCs w:val="24"/>
          <w:lang w:eastAsia="en-IE"/>
        </w:rPr>
        <w:t xml:space="preserve"> management. Revise yard rules regularly. </w:t>
      </w:r>
    </w:p>
    <w:p w14:paraId="0F4D4EFD" w14:textId="77777777" w:rsidR="00770158" w:rsidRDefault="00770158" w:rsidP="00770158">
      <w:pPr>
        <w:numPr>
          <w:ilvl w:val="0"/>
          <w:numId w:val="23"/>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2805A5">
        <w:rPr>
          <w:rFonts w:ascii="Times New Roman" w:eastAsia="Times New Roman" w:hAnsi="Times New Roman" w:cs="Times New Roman"/>
          <w:b/>
          <w:bCs/>
          <w:color w:val="333333"/>
          <w:sz w:val="24"/>
          <w:szCs w:val="24"/>
          <w:lang w:eastAsia="en-IE"/>
        </w:rPr>
        <w:t>Board of Management:</w:t>
      </w:r>
      <w:r w:rsidRPr="002805A5">
        <w:rPr>
          <w:rFonts w:ascii="Times New Roman" w:eastAsia="Times New Roman" w:hAnsi="Times New Roman" w:cs="Times New Roman"/>
          <w:color w:val="333333"/>
          <w:sz w:val="24"/>
          <w:szCs w:val="24"/>
          <w:lang w:eastAsia="en-IE"/>
        </w:rPr>
        <w:t> Approves the roster, ensures adequate levels of supervision, and supports the implementation of this policy.</w:t>
      </w:r>
    </w:p>
    <w:p w14:paraId="23DBF9FB" w14:textId="77777777" w:rsidR="00770158" w:rsidRDefault="00770158" w:rsidP="00770158">
      <w:pPr>
        <w:numPr>
          <w:ilvl w:val="0"/>
          <w:numId w:val="23"/>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Pr>
          <w:rFonts w:ascii="Times New Roman" w:eastAsia="Times New Roman" w:hAnsi="Times New Roman" w:cs="Times New Roman"/>
          <w:b/>
          <w:bCs/>
          <w:color w:val="333333"/>
          <w:sz w:val="24"/>
          <w:szCs w:val="24"/>
          <w:lang w:eastAsia="en-IE"/>
        </w:rPr>
        <w:t>SNAs:</w:t>
      </w:r>
      <w:r>
        <w:rPr>
          <w:rFonts w:ascii="Times New Roman" w:eastAsia="Times New Roman" w:hAnsi="Times New Roman" w:cs="Times New Roman"/>
          <w:color w:val="333333"/>
          <w:sz w:val="24"/>
          <w:szCs w:val="24"/>
          <w:lang w:eastAsia="en-IE"/>
        </w:rPr>
        <w:t xml:space="preserve"> Have responsibility for the supervision of designated pupils. </w:t>
      </w:r>
      <w:bookmarkStart w:id="0" w:name="_Hlk216352085"/>
    </w:p>
    <w:p w14:paraId="4911E341" w14:textId="77777777" w:rsidR="00770158" w:rsidRPr="00276C17" w:rsidRDefault="00770158" w:rsidP="00770158">
      <w:pPr>
        <w:spacing w:before="100" w:beforeAutospacing="1" w:after="100" w:afterAutospacing="1" w:line="240" w:lineRule="auto"/>
        <w:ind w:left="720"/>
        <w:textAlignment w:val="baseline"/>
        <w:rPr>
          <w:rFonts w:ascii="Times New Roman" w:eastAsia="Times New Roman" w:hAnsi="Times New Roman" w:cs="Times New Roman"/>
          <w:color w:val="333333"/>
          <w:sz w:val="24"/>
          <w:szCs w:val="24"/>
          <w:lang w:eastAsia="en-IE"/>
        </w:rPr>
      </w:pPr>
    </w:p>
    <w:p w14:paraId="4E4822FB" w14:textId="77777777" w:rsidR="00770158" w:rsidRPr="00115FCA" w:rsidRDefault="00770158" w:rsidP="00770158">
      <w:p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115FCA">
        <w:rPr>
          <w:rFonts w:ascii="Times New Roman" w:eastAsia="Times New Roman" w:hAnsi="Times New Roman" w:cs="Times New Roman"/>
          <w:b/>
          <w:bCs/>
          <w:color w:val="333333"/>
          <w:sz w:val="28"/>
          <w:szCs w:val="28"/>
          <w:lang w:eastAsia="en-IE"/>
        </w:rPr>
        <w:t xml:space="preserve">Important Yard Supervision Routines/Procedures </w:t>
      </w:r>
      <w:bookmarkEnd w:id="0"/>
    </w:p>
    <w:p w14:paraId="4072E661" w14:textId="77777777" w:rsidR="00770158" w:rsidRDefault="00770158" w:rsidP="00770158">
      <w:p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Pr>
          <w:rFonts w:ascii="Times New Roman" w:eastAsia="Times New Roman" w:hAnsi="Times New Roman" w:cs="Times New Roman"/>
          <w:color w:val="333333"/>
          <w:sz w:val="24"/>
          <w:szCs w:val="24"/>
          <w:lang w:eastAsia="en-IE"/>
        </w:rPr>
        <w:t xml:space="preserve">All class teachers display the yard supervision </w:t>
      </w:r>
      <w:proofErr w:type="spellStart"/>
      <w:r>
        <w:rPr>
          <w:rFonts w:ascii="Times New Roman" w:eastAsia="Times New Roman" w:hAnsi="Times New Roman" w:cs="Times New Roman"/>
          <w:color w:val="333333"/>
          <w:sz w:val="24"/>
          <w:szCs w:val="24"/>
          <w:lang w:eastAsia="en-IE"/>
        </w:rPr>
        <w:t>rota</w:t>
      </w:r>
      <w:proofErr w:type="spellEnd"/>
      <w:r>
        <w:rPr>
          <w:rFonts w:ascii="Times New Roman" w:eastAsia="Times New Roman" w:hAnsi="Times New Roman" w:cs="Times New Roman"/>
          <w:color w:val="333333"/>
          <w:sz w:val="24"/>
          <w:szCs w:val="24"/>
          <w:lang w:eastAsia="en-IE"/>
        </w:rPr>
        <w:t xml:space="preserve"> and the important yard supervision routines/procedures in a prominent place in the classroom. </w:t>
      </w:r>
    </w:p>
    <w:p w14:paraId="12FCDFFF" w14:textId="77777777" w:rsidR="00770158" w:rsidRPr="000932FC" w:rsidRDefault="00770158" w:rsidP="00770158">
      <w:pPr>
        <w:pStyle w:val="ListParagraph"/>
        <w:numPr>
          <w:ilvl w:val="0"/>
          <w:numId w:val="26"/>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proofErr w:type="spellStart"/>
      <w:r w:rsidRPr="001040CB">
        <w:rPr>
          <w:rFonts w:ascii="Times New Roman" w:eastAsia="Times New Roman" w:hAnsi="Times New Roman" w:cs="Times New Roman"/>
          <w:b/>
          <w:bCs/>
          <w:color w:val="333333"/>
          <w:sz w:val="24"/>
          <w:szCs w:val="24"/>
          <w:lang w:eastAsia="en-IE"/>
        </w:rPr>
        <w:lastRenderedPageBreak/>
        <w:t>Rotas</w:t>
      </w:r>
      <w:proofErr w:type="spellEnd"/>
      <w:r w:rsidRPr="001040CB">
        <w:rPr>
          <w:rFonts w:ascii="Times New Roman" w:eastAsia="Times New Roman" w:hAnsi="Times New Roman" w:cs="Times New Roman"/>
          <w:b/>
          <w:bCs/>
          <w:color w:val="333333"/>
          <w:sz w:val="24"/>
          <w:szCs w:val="24"/>
          <w:lang w:eastAsia="en-IE"/>
        </w:rPr>
        <w:t>:</w:t>
      </w:r>
      <w:r w:rsidRPr="000932FC">
        <w:rPr>
          <w:rFonts w:ascii="Times New Roman" w:eastAsia="Times New Roman" w:hAnsi="Times New Roman" w:cs="Times New Roman"/>
          <w:color w:val="333333"/>
          <w:sz w:val="24"/>
          <w:szCs w:val="24"/>
          <w:lang w:eastAsia="en-IE"/>
        </w:rPr>
        <w:t xml:space="preserve"> Current supervision </w:t>
      </w:r>
      <w:proofErr w:type="spellStart"/>
      <w:r w:rsidRPr="000932FC">
        <w:rPr>
          <w:rFonts w:ascii="Times New Roman" w:eastAsia="Times New Roman" w:hAnsi="Times New Roman" w:cs="Times New Roman"/>
          <w:color w:val="333333"/>
          <w:sz w:val="24"/>
          <w:szCs w:val="24"/>
          <w:lang w:eastAsia="en-IE"/>
        </w:rPr>
        <w:t>rotas</w:t>
      </w:r>
      <w:proofErr w:type="spellEnd"/>
      <w:r w:rsidRPr="000932FC">
        <w:rPr>
          <w:rFonts w:ascii="Times New Roman" w:eastAsia="Times New Roman" w:hAnsi="Times New Roman" w:cs="Times New Roman"/>
          <w:color w:val="333333"/>
          <w:sz w:val="24"/>
          <w:szCs w:val="24"/>
          <w:lang w:eastAsia="en-IE"/>
        </w:rPr>
        <w:t xml:space="preserve"> of </w:t>
      </w:r>
      <w:r>
        <w:rPr>
          <w:rFonts w:ascii="Times New Roman" w:eastAsia="Times New Roman" w:hAnsi="Times New Roman" w:cs="Times New Roman"/>
          <w:color w:val="333333"/>
          <w:sz w:val="24"/>
          <w:szCs w:val="24"/>
          <w:lang w:eastAsia="en-IE"/>
        </w:rPr>
        <w:t>c</w:t>
      </w:r>
      <w:r w:rsidRPr="000932FC">
        <w:rPr>
          <w:rFonts w:ascii="Times New Roman" w:eastAsia="Times New Roman" w:hAnsi="Times New Roman" w:cs="Times New Roman"/>
          <w:color w:val="333333"/>
          <w:sz w:val="24"/>
          <w:szCs w:val="24"/>
          <w:lang w:eastAsia="en-IE"/>
        </w:rPr>
        <w:t xml:space="preserve">lass teachers and relevant SETs must be displayed on </w:t>
      </w:r>
      <w:r>
        <w:rPr>
          <w:rFonts w:ascii="Times New Roman" w:eastAsia="Times New Roman" w:hAnsi="Times New Roman" w:cs="Times New Roman"/>
          <w:color w:val="333333"/>
          <w:sz w:val="24"/>
          <w:szCs w:val="24"/>
          <w:lang w:eastAsia="en-IE"/>
        </w:rPr>
        <w:t xml:space="preserve">the </w:t>
      </w:r>
      <w:r w:rsidRPr="000932FC">
        <w:rPr>
          <w:rFonts w:ascii="Times New Roman" w:eastAsia="Times New Roman" w:hAnsi="Times New Roman" w:cs="Times New Roman"/>
          <w:color w:val="333333"/>
          <w:sz w:val="24"/>
          <w:szCs w:val="24"/>
          <w:lang w:eastAsia="en-IE"/>
        </w:rPr>
        <w:t>inside of main classroom doors of every classroom to</w:t>
      </w:r>
      <w:r>
        <w:rPr>
          <w:rFonts w:ascii="Times New Roman" w:eastAsia="Times New Roman" w:hAnsi="Times New Roman" w:cs="Times New Roman"/>
          <w:color w:val="333333"/>
          <w:sz w:val="24"/>
          <w:szCs w:val="24"/>
          <w:lang w:eastAsia="en-IE"/>
        </w:rPr>
        <w:t xml:space="preserve"> </w:t>
      </w:r>
      <w:r w:rsidRPr="000932FC">
        <w:rPr>
          <w:rFonts w:ascii="Times New Roman" w:eastAsia="Times New Roman" w:hAnsi="Times New Roman" w:cs="Times New Roman"/>
          <w:color w:val="333333"/>
          <w:sz w:val="24"/>
          <w:szCs w:val="24"/>
          <w:lang w:eastAsia="en-IE"/>
        </w:rPr>
        <w:t>ensure substitutes can be made aware of responsibilities</w:t>
      </w:r>
    </w:p>
    <w:p w14:paraId="0A29FB6D" w14:textId="77777777" w:rsidR="00770158" w:rsidRPr="00312CB4" w:rsidRDefault="00770158" w:rsidP="00770158">
      <w:pPr>
        <w:pStyle w:val="ListParagraph"/>
        <w:numPr>
          <w:ilvl w:val="0"/>
          <w:numId w:val="26"/>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1040CB">
        <w:rPr>
          <w:rFonts w:ascii="Times New Roman" w:eastAsia="Times New Roman" w:hAnsi="Times New Roman" w:cs="Times New Roman"/>
          <w:b/>
          <w:bCs/>
          <w:color w:val="333333"/>
          <w:sz w:val="24"/>
          <w:szCs w:val="24"/>
          <w:lang w:eastAsia="en-IE"/>
        </w:rPr>
        <w:t>Entering/Exiting yard:</w:t>
      </w:r>
      <w:r w:rsidRPr="000932FC">
        <w:rPr>
          <w:rFonts w:ascii="Times New Roman" w:eastAsia="Times New Roman" w:hAnsi="Times New Roman" w:cs="Times New Roman"/>
          <w:color w:val="333333"/>
          <w:sz w:val="24"/>
          <w:szCs w:val="24"/>
          <w:lang w:eastAsia="en-IE"/>
        </w:rPr>
        <w:t xml:space="preserve"> Class teachers bring their own class to and from the yard. Staff on duty </w:t>
      </w:r>
      <w:r>
        <w:rPr>
          <w:rFonts w:ascii="Times New Roman" w:eastAsia="Times New Roman" w:hAnsi="Times New Roman" w:cs="Times New Roman"/>
          <w:color w:val="333333"/>
          <w:sz w:val="24"/>
          <w:szCs w:val="24"/>
          <w:lang w:eastAsia="en-IE"/>
        </w:rPr>
        <w:t xml:space="preserve">are </w:t>
      </w:r>
      <w:r w:rsidRPr="000932FC">
        <w:rPr>
          <w:rFonts w:ascii="Times New Roman" w:eastAsia="Times New Roman" w:hAnsi="Times New Roman" w:cs="Times New Roman"/>
          <w:color w:val="333333"/>
          <w:sz w:val="24"/>
          <w:szCs w:val="24"/>
          <w:lang w:eastAsia="en-IE"/>
        </w:rPr>
        <w:t>expected to be punctual and ready to supervise in</w:t>
      </w:r>
      <w:r>
        <w:rPr>
          <w:rFonts w:ascii="Times New Roman" w:eastAsia="Times New Roman" w:hAnsi="Times New Roman" w:cs="Times New Roman"/>
          <w:color w:val="333333"/>
          <w:sz w:val="24"/>
          <w:szCs w:val="24"/>
          <w:lang w:eastAsia="en-IE"/>
        </w:rPr>
        <w:t xml:space="preserve"> </w:t>
      </w:r>
      <w:r w:rsidRPr="000932FC">
        <w:rPr>
          <w:rFonts w:ascii="Times New Roman" w:eastAsia="Times New Roman" w:hAnsi="Times New Roman" w:cs="Times New Roman"/>
          <w:color w:val="333333"/>
          <w:sz w:val="24"/>
          <w:szCs w:val="24"/>
          <w:lang w:eastAsia="en-IE"/>
        </w:rPr>
        <w:t xml:space="preserve">their area at the designated time. This is especially important on </w:t>
      </w:r>
      <w:r>
        <w:rPr>
          <w:rFonts w:ascii="Times New Roman" w:eastAsia="Times New Roman" w:hAnsi="Times New Roman" w:cs="Times New Roman"/>
          <w:color w:val="333333"/>
          <w:sz w:val="24"/>
          <w:szCs w:val="24"/>
          <w:lang w:eastAsia="en-IE"/>
        </w:rPr>
        <w:t>j</w:t>
      </w:r>
      <w:r w:rsidRPr="000932FC">
        <w:rPr>
          <w:rFonts w:ascii="Times New Roman" w:eastAsia="Times New Roman" w:hAnsi="Times New Roman" w:cs="Times New Roman"/>
          <w:color w:val="333333"/>
          <w:sz w:val="24"/>
          <w:szCs w:val="24"/>
          <w:lang w:eastAsia="en-IE"/>
        </w:rPr>
        <w:t xml:space="preserve">unior and </w:t>
      </w:r>
      <w:r>
        <w:rPr>
          <w:rFonts w:ascii="Times New Roman" w:eastAsia="Times New Roman" w:hAnsi="Times New Roman" w:cs="Times New Roman"/>
          <w:color w:val="333333"/>
          <w:sz w:val="24"/>
          <w:szCs w:val="24"/>
          <w:lang w:eastAsia="en-IE"/>
        </w:rPr>
        <w:t>s</w:t>
      </w:r>
      <w:r w:rsidRPr="000932FC">
        <w:rPr>
          <w:rFonts w:ascii="Times New Roman" w:eastAsia="Times New Roman" w:hAnsi="Times New Roman" w:cs="Times New Roman"/>
          <w:color w:val="333333"/>
          <w:sz w:val="24"/>
          <w:szCs w:val="24"/>
          <w:lang w:eastAsia="en-IE"/>
        </w:rPr>
        <w:t xml:space="preserve">enior </w:t>
      </w:r>
      <w:r>
        <w:rPr>
          <w:rFonts w:ascii="Times New Roman" w:eastAsia="Times New Roman" w:hAnsi="Times New Roman" w:cs="Times New Roman"/>
          <w:color w:val="333333"/>
          <w:sz w:val="24"/>
          <w:szCs w:val="24"/>
          <w:lang w:eastAsia="en-IE"/>
        </w:rPr>
        <w:t>i</w:t>
      </w:r>
      <w:r w:rsidRPr="000932FC">
        <w:rPr>
          <w:rFonts w:ascii="Times New Roman" w:eastAsia="Times New Roman" w:hAnsi="Times New Roman" w:cs="Times New Roman"/>
          <w:color w:val="333333"/>
          <w:sz w:val="24"/>
          <w:szCs w:val="24"/>
          <w:lang w:eastAsia="en-IE"/>
        </w:rPr>
        <w:t>nfant yard where fundamental routines are established.</w:t>
      </w:r>
      <w:r>
        <w:rPr>
          <w:rFonts w:ascii="Times New Roman" w:eastAsia="Times New Roman" w:hAnsi="Times New Roman" w:cs="Times New Roman"/>
          <w:color w:val="333333"/>
          <w:sz w:val="24"/>
          <w:szCs w:val="24"/>
          <w:lang w:eastAsia="en-IE"/>
        </w:rPr>
        <w:t xml:space="preserve"> </w:t>
      </w:r>
      <w:r w:rsidRPr="00312CB4">
        <w:rPr>
          <w:rFonts w:ascii="Times New Roman" w:eastAsia="Times New Roman" w:hAnsi="Times New Roman" w:cs="Times New Roman"/>
          <w:color w:val="333333"/>
          <w:sz w:val="24"/>
          <w:szCs w:val="24"/>
          <w:lang w:eastAsia="en-IE"/>
        </w:rPr>
        <w:t>Children should be encouraged to use the toilet before going to the yard.</w:t>
      </w:r>
    </w:p>
    <w:p w14:paraId="079F4A82" w14:textId="77777777" w:rsidR="00770158" w:rsidRPr="00F4686B" w:rsidRDefault="00770158" w:rsidP="00770158">
      <w:pPr>
        <w:pStyle w:val="ListParagraph"/>
        <w:numPr>
          <w:ilvl w:val="0"/>
          <w:numId w:val="26"/>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1040CB">
        <w:rPr>
          <w:rFonts w:ascii="Times New Roman" w:eastAsia="Times New Roman" w:hAnsi="Times New Roman" w:cs="Times New Roman"/>
          <w:b/>
          <w:bCs/>
          <w:color w:val="333333"/>
          <w:sz w:val="24"/>
          <w:szCs w:val="24"/>
          <w:lang w:eastAsia="en-IE"/>
        </w:rPr>
        <w:t>Active Supervision</w:t>
      </w:r>
      <w:r w:rsidRPr="00F4686B">
        <w:rPr>
          <w:rFonts w:ascii="Times New Roman" w:eastAsia="Times New Roman" w:hAnsi="Times New Roman" w:cs="Times New Roman"/>
          <w:color w:val="333333"/>
          <w:sz w:val="24"/>
          <w:szCs w:val="24"/>
          <w:lang w:eastAsia="en-IE"/>
        </w:rPr>
        <w:t>: All teachers are expected to actively supervise while on duty in order to intervene and prevent incidents from developing. Please</w:t>
      </w:r>
      <w:r>
        <w:rPr>
          <w:rFonts w:ascii="Times New Roman" w:eastAsia="Times New Roman" w:hAnsi="Times New Roman" w:cs="Times New Roman"/>
          <w:color w:val="333333"/>
          <w:sz w:val="24"/>
          <w:szCs w:val="24"/>
          <w:lang w:eastAsia="en-IE"/>
        </w:rPr>
        <w:t xml:space="preserve"> </w:t>
      </w:r>
      <w:proofErr w:type="spellStart"/>
      <w:r w:rsidRPr="00F4686B">
        <w:rPr>
          <w:rFonts w:ascii="Times New Roman" w:eastAsia="Times New Roman" w:hAnsi="Times New Roman" w:cs="Times New Roman"/>
          <w:color w:val="333333"/>
          <w:sz w:val="24"/>
          <w:szCs w:val="24"/>
          <w:lang w:eastAsia="en-IE"/>
        </w:rPr>
        <w:t>familiarise</w:t>
      </w:r>
      <w:proofErr w:type="spellEnd"/>
      <w:r w:rsidRPr="00F4686B">
        <w:rPr>
          <w:rFonts w:ascii="Times New Roman" w:eastAsia="Times New Roman" w:hAnsi="Times New Roman" w:cs="Times New Roman"/>
          <w:color w:val="333333"/>
          <w:sz w:val="24"/>
          <w:szCs w:val="24"/>
          <w:lang w:eastAsia="en-IE"/>
        </w:rPr>
        <w:t xml:space="preserve"> yourself with red cone/green cone system in operation on senior yard.</w:t>
      </w:r>
    </w:p>
    <w:p w14:paraId="04FA22C4" w14:textId="77777777" w:rsidR="00770158" w:rsidRPr="00A241CD" w:rsidRDefault="00770158" w:rsidP="00770158">
      <w:pPr>
        <w:pStyle w:val="ListParagraph"/>
        <w:numPr>
          <w:ilvl w:val="0"/>
          <w:numId w:val="26"/>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312CB4">
        <w:rPr>
          <w:rFonts w:ascii="Times New Roman" w:eastAsia="Times New Roman" w:hAnsi="Times New Roman" w:cs="Times New Roman"/>
          <w:b/>
          <w:bCs/>
          <w:color w:val="333333"/>
          <w:sz w:val="24"/>
          <w:szCs w:val="24"/>
          <w:lang w:eastAsia="en-IE"/>
        </w:rPr>
        <w:t>Assembly time should be used to teach yard rules:</w:t>
      </w:r>
      <w:r>
        <w:rPr>
          <w:rFonts w:ascii="Times New Roman" w:eastAsia="Times New Roman" w:hAnsi="Times New Roman" w:cs="Times New Roman"/>
          <w:b/>
          <w:bCs/>
          <w:color w:val="333333"/>
          <w:sz w:val="24"/>
          <w:szCs w:val="24"/>
          <w:lang w:eastAsia="en-IE"/>
        </w:rPr>
        <w:t xml:space="preserve">  </w:t>
      </w:r>
      <w:r w:rsidRPr="00A241CD">
        <w:rPr>
          <w:rFonts w:ascii="Times New Roman" w:eastAsia="Times New Roman" w:hAnsi="Times New Roman" w:cs="Times New Roman"/>
          <w:color w:val="333333"/>
          <w:sz w:val="24"/>
          <w:szCs w:val="24"/>
          <w:lang w:eastAsia="en-IE"/>
        </w:rPr>
        <w:t xml:space="preserve">Children should be reminded to stay within the yard boundary lines and away from steps and railings. Children should be reminded to play nicely. Time out chair and yard book to be used for </w:t>
      </w:r>
      <w:proofErr w:type="spellStart"/>
      <w:r w:rsidRPr="00A241CD">
        <w:rPr>
          <w:rFonts w:ascii="Times New Roman" w:eastAsia="Times New Roman" w:hAnsi="Times New Roman" w:cs="Times New Roman"/>
          <w:color w:val="333333"/>
          <w:sz w:val="24"/>
          <w:szCs w:val="24"/>
          <w:lang w:eastAsia="en-IE"/>
        </w:rPr>
        <w:t>behavioural</w:t>
      </w:r>
      <w:proofErr w:type="spellEnd"/>
      <w:r w:rsidRPr="00A241CD">
        <w:rPr>
          <w:rFonts w:ascii="Times New Roman" w:eastAsia="Times New Roman" w:hAnsi="Times New Roman" w:cs="Times New Roman"/>
          <w:color w:val="333333"/>
          <w:sz w:val="24"/>
          <w:szCs w:val="24"/>
          <w:lang w:eastAsia="en-IE"/>
        </w:rPr>
        <w:t xml:space="preserve"> issues that do not warrant an incident report.</w:t>
      </w:r>
    </w:p>
    <w:p w14:paraId="0B145BE6" w14:textId="77777777" w:rsidR="00770158" w:rsidRDefault="00770158" w:rsidP="00770158">
      <w:pPr>
        <w:pStyle w:val="ListParagraph"/>
        <w:numPr>
          <w:ilvl w:val="0"/>
          <w:numId w:val="26"/>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1040CB">
        <w:rPr>
          <w:rFonts w:ascii="Times New Roman" w:eastAsia="Times New Roman" w:hAnsi="Times New Roman" w:cs="Times New Roman"/>
          <w:b/>
          <w:bCs/>
          <w:color w:val="333333"/>
          <w:sz w:val="24"/>
          <w:szCs w:val="24"/>
          <w:lang w:eastAsia="en-IE"/>
        </w:rPr>
        <w:t xml:space="preserve">First Aid &amp; Ice </w:t>
      </w:r>
      <w:r>
        <w:rPr>
          <w:rFonts w:ascii="Times New Roman" w:eastAsia="Times New Roman" w:hAnsi="Times New Roman" w:cs="Times New Roman"/>
          <w:b/>
          <w:bCs/>
          <w:color w:val="333333"/>
          <w:sz w:val="24"/>
          <w:szCs w:val="24"/>
          <w:lang w:eastAsia="en-IE"/>
        </w:rPr>
        <w:t>P</w:t>
      </w:r>
      <w:r w:rsidRPr="001040CB">
        <w:rPr>
          <w:rFonts w:ascii="Times New Roman" w:eastAsia="Times New Roman" w:hAnsi="Times New Roman" w:cs="Times New Roman"/>
          <w:b/>
          <w:bCs/>
          <w:color w:val="333333"/>
          <w:sz w:val="24"/>
          <w:szCs w:val="24"/>
          <w:lang w:eastAsia="en-IE"/>
        </w:rPr>
        <w:t>acks:</w:t>
      </w:r>
      <w:r w:rsidRPr="00F4686B">
        <w:rPr>
          <w:rFonts w:ascii="Times New Roman" w:eastAsia="Times New Roman" w:hAnsi="Times New Roman" w:cs="Times New Roman"/>
          <w:color w:val="333333"/>
          <w:sz w:val="24"/>
          <w:szCs w:val="24"/>
          <w:lang w:eastAsia="en-IE"/>
        </w:rPr>
        <w:t xml:space="preserve"> </w:t>
      </w:r>
      <w:r>
        <w:rPr>
          <w:rFonts w:ascii="Times New Roman" w:eastAsia="Times New Roman" w:hAnsi="Times New Roman" w:cs="Times New Roman"/>
          <w:color w:val="333333"/>
          <w:sz w:val="24"/>
          <w:szCs w:val="24"/>
          <w:lang w:eastAsia="en-IE"/>
        </w:rPr>
        <w:t>f</w:t>
      </w:r>
      <w:r w:rsidRPr="00F4686B">
        <w:rPr>
          <w:rFonts w:ascii="Times New Roman" w:eastAsia="Times New Roman" w:hAnsi="Times New Roman" w:cs="Times New Roman"/>
          <w:color w:val="333333"/>
          <w:sz w:val="24"/>
          <w:szCs w:val="24"/>
          <w:lang w:eastAsia="en-IE"/>
        </w:rPr>
        <w:t xml:space="preserve">irst </w:t>
      </w:r>
      <w:r>
        <w:rPr>
          <w:rFonts w:ascii="Times New Roman" w:eastAsia="Times New Roman" w:hAnsi="Times New Roman" w:cs="Times New Roman"/>
          <w:color w:val="333333"/>
          <w:sz w:val="24"/>
          <w:szCs w:val="24"/>
          <w:lang w:eastAsia="en-IE"/>
        </w:rPr>
        <w:t>a</w:t>
      </w:r>
      <w:r w:rsidRPr="00F4686B">
        <w:rPr>
          <w:rFonts w:ascii="Times New Roman" w:eastAsia="Times New Roman" w:hAnsi="Times New Roman" w:cs="Times New Roman"/>
          <w:color w:val="333333"/>
          <w:sz w:val="24"/>
          <w:szCs w:val="24"/>
          <w:lang w:eastAsia="en-IE"/>
        </w:rPr>
        <w:t xml:space="preserve">id box and </w:t>
      </w:r>
      <w:r>
        <w:rPr>
          <w:rFonts w:ascii="Times New Roman" w:eastAsia="Times New Roman" w:hAnsi="Times New Roman" w:cs="Times New Roman"/>
          <w:color w:val="333333"/>
          <w:sz w:val="24"/>
          <w:szCs w:val="24"/>
          <w:lang w:eastAsia="en-IE"/>
        </w:rPr>
        <w:t>f</w:t>
      </w:r>
      <w:r w:rsidRPr="00F4686B">
        <w:rPr>
          <w:rFonts w:ascii="Times New Roman" w:eastAsia="Times New Roman" w:hAnsi="Times New Roman" w:cs="Times New Roman"/>
          <w:color w:val="333333"/>
          <w:sz w:val="24"/>
          <w:szCs w:val="24"/>
          <w:lang w:eastAsia="en-IE"/>
        </w:rPr>
        <w:t xml:space="preserve">ridge with icepacks available </w:t>
      </w:r>
      <w:r>
        <w:rPr>
          <w:rFonts w:ascii="Times New Roman" w:eastAsia="Times New Roman" w:hAnsi="Times New Roman" w:cs="Times New Roman"/>
          <w:color w:val="333333"/>
          <w:sz w:val="24"/>
          <w:szCs w:val="24"/>
          <w:lang w:eastAsia="en-IE"/>
        </w:rPr>
        <w:t>in</w:t>
      </w:r>
      <w:r w:rsidRPr="00F4686B">
        <w:rPr>
          <w:rFonts w:ascii="Times New Roman" w:eastAsia="Times New Roman" w:hAnsi="Times New Roman" w:cs="Times New Roman"/>
          <w:color w:val="333333"/>
          <w:sz w:val="24"/>
          <w:szCs w:val="24"/>
          <w:lang w:eastAsia="en-IE"/>
        </w:rPr>
        <w:t xml:space="preserve"> Room 1 </w:t>
      </w:r>
      <w:r>
        <w:rPr>
          <w:rFonts w:ascii="Times New Roman" w:eastAsia="Times New Roman" w:hAnsi="Times New Roman" w:cs="Times New Roman"/>
          <w:color w:val="333333"/>
          <w:sz w:val="24"/>
          <w:szCs w:val="24"/>
          <w:lang w:eastAsia="en-IE"/>
        </w:rPr>
        <w:t>and 15.</w:t>
      </w:r>
      <w:r w:rsidRPr="00F4686B">
        <w:rPr>
          <w:rFonts w:ascii="Times New Roman" w:eastAsia="Times New Roman" w:hAnsi="Times New Roman" w:cs="Times New Roman"/>
          <w:color w:val="333333"/>
          <w:sz w:val="24"/>
          <w:szCs w:val="24"/>
          <w:lang w:eastAsia="en-IE"/>
        </w:rPr>
        <w:t xml:space="preserve"> Please return ice</w:t>
      </w:r>
      <w:r>
        <w:rPr>
          <w:rFonts w:ascii="Times New Roman" w:eastAsia="Times New Roman" w:hAnsi="Times New Roman" w:cs="Times New Roman"/>
          <w:color w:val="333333"/>
          <w:sz w:val="24"/>
          <w:szCs w:val="24"/>
          <w:lang w:eastAsia="en-IE"/>
        </w:rPr>
        <w:t xml:space="preserve"> </w:t>
      </w:r>
      <w:r w:rsidRPr="00F4686B">
        <w:rPr>
          <w:rFonts w:ascii="Times New Roman" w:eastAsia="Times New Roman" w:hAnsi="Times New Roman" w:cs="Times New Roman"/>
          <w:color w:val="333333"/>
          <w:sz w:val="24"/>
          <w:szCs w:val="24"/>
          <w:lang w:eastAsia="en-IE"/>
        </w:rPr>
        <w:t>packs after use.</w:t>
      </w:r>
    </w:p>
    <w:p w14:paraId="27163DDB" w14:textId="77777777" w:rsidR="00770158" w:rsidRPr="00F4686B" w:rsidRDefault="00770158" w:rsidP="00770158">
      <w:pPr>
        <w:pStyle w:val="ListParagraph"/>
        <w:numPr>
          <w:ilvl w:val="0"/>
          <w:numId w:val="26"/>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1040CB">
        <w:rPr>
          <w:rFonts w:ascii="Times New Roman" w:eastAsia="Times New Roman" w:hAnsi="Times New Roman" w:cs="Times New Roman"/>
          <w:b/>
          <w:bCs/>
          <w:color w:val="333333"/>
          <w:sz w:val="24"/>
          <w:szCs w:val="24"/>
          <w:lang w:eastAsia="en-IE"/>
        </w:rPr>
        <w:t>Exit Points:</w:t>
      </w:r>
      <w:r w:rsidRPr="00F4686B">
        <w:rPr>
          <w:rFonts w:ascii="Times New Roman" w:eastAsia="Times New Roman" w:hAnsi="Times New Roman" w:cs="Times New Roman"/>
          <w:color w:val="333333"/>
          <w:sz w:val="24"/>
          <w:szCs w:val="24"/>
          <w:lang w:eastAsia="en-IE"/>
        </w:rPr>
        <w:t xml:space="preserve"> Continuous monitoring of exit points from the yard to prevent flight risk incidents from developing.</w:t>
      </w:r>
    </w:p>
    <w:p w14:paraId="1B4FAFFC" w14:textId="77777777" w:rsidR="00770158" w:rsidRPr="00F4686B" w:rsidRDefault="00770158" w:rsidP="00770158">
      <w:pPr>
        <w:pStyle w:val="ListParagraph"/>
        <w:numPr>
          <w:ilvl w:val="0"/>
          <w:numId w:val="26"/>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1040CB">
        <w:rPr>
          <w:rFonts w:ascii="Times New Roman" w:eastAsia="Times New Roman" w:hAnsi="Times New Roman" w:cs="Times New Roman"/>
          <w:b/>
          <w:bCs/>
          <w:color w:val="333333"/>
          <w:sz w:val="24"/>
          <w:szCs w:val="24"/>
          <w:lang w:eastAsia="en-IE"/>
        </w:rPr>
        <w:t>Flight Risks:</w:t>
      </w:r>
      <w:r w:rsidRPr="00F4686B">
        <w:rPr>
          <w:rFonts w:ascii="Times New Roman" w:eastAsia="Times New Roman" w:hAnsi="Times New Roman" w:cs="Times New Roman"/>
          <w:color w:val="333333"/>
          <w:sz w:val="24"/>
          <w:szCs w:val="24"/>
          <w:lang w:eastAsia="en-IE"/>
        </w:rPr>
        <w:t xml:space="preserve"> Children who are considered a flight risk from the yard must, if at all possible, wear high vis jackets so they can be monitored easily.</w:t>
      </w:r>
    </w:p>
    <w:p w14:paraId="5B1F1D94" w14:textId="77777777" w:rsidR="00770158" w:rsidRDefault="00770158" w:rsidP="00770158">
      <w:pPr>
        <w:pStyle w:val="ListParagraph"/>
        <w:numPr>
          <w:ilvl w:val="0"/>
          <w:numId w:val="26"/>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1040CB">
        <w:rPr>
          <w:rFonts w:ascii="Times New Roman" w:eastAsia="Times New Roman" w:hAnsi="Times New Roman" w:cs="Times New Roman"/>
          <w:b/>
          <w:bCs/>
          <w:color w:val="333333"/>
          <w:sz w:val="24"/>
          <w:szCs w:val="24"/>
          <w:lang w:eastAsia="en-IE"/>
        </w:rPr>
        <w:t>Medical Conditions:</w:t>
      </w:r>
      <w:r w:rsidRPr="00F4686B">
        <w:rPr>
          <w:rFonts w:ascii="Times New Roman" w:eastAsia="Times New Roman" w:hAnsi="Times New Roman" w:cs="Times New Roman"/>
          <w:color w:val="333333"/>
          <w:sz w:val="24"/>
          <w:szCs w:val="24"/>
          <w:lang w:eastAsia="en-IE"/>
        </w:rPr>
        <w:t xml:space="preserve"> Children with medical conditions that require careful monitoring should also wear high vis jackets and all staff should be made</w:t>
      </w:r>
      <w:r>
        <w:rPr>
          <w:rFonts w:ascii="Times New Roman" w:eastAsia="Times New Roman" w:hAnsi="Times New Roman" w:cs="Times New Roman"/>
          <w:color w:val="333333"/>
          <w:sz w:val="24"/>
          <w:szCs w:val="24"/>
          <w:lang w:eastAsia="en-IE"/>
        </w:rPr>
        <w:t xml:space="preserve"> </w:t>
      </w:r>
      <w:r w:rsidRPr="00F4686B">
        <w:rPr>
          <w:rFonts w:ascii="Times New Roman" w:eastAsia="Times New Roman" w:hAnsi="Times New Roman" w:cs="Times New Roman"/>
          <w:color w:val="333333"/>
          <w:sz w:val="24"/>
          <w:szCs w:val="24"/>
          <w:lang w:eastAsia="en-IE"/>
        </w:rPr>
        <w:t>aware of their additional needs.</w:t>
      </w:r>
    </w:p>
    <w:p w14:paraId="53BE9819" w14:textId="77777777" w:rsidR="00770158" w:rsidRDefault="00770158" w:rsidP="00770158">
      <w:pPr>
        <w:pStyle w:val="ListParagraph"/>
        <w:numPr>
          <w:ilvl w:val="0"/>
          <w:numId w:val="26"/>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1040CB">
        <w:rPr>
          <w:rFonts w:ascii="Times New Roman" w:eastAsia="Times New Roman" w:hAnsi="Times New Roman" w:cs="Times New Roman"/>
          <w:b/>
          <w:bCs/>
          <w:color w:val="333333"/>
          <w:sz w:val="24"/>
          <w:szCs w:val="24"/>
          <w:lang w:eastAsia="en-IE"/>
        </w:rPr>
        <w:t>EPV Cover:</w:t>
      </w:r>
      <w:r w:rsidRPr="00F4686B">
        <w:rPr>
          <w:rFonts w:ascii="Times New Roman" w:eastAsia="Times New Roman" w:hAnsi="Times New Roman" w:cs="Times New Roman"/>
          <w:color w:val="333333"/>
          <w:sz w:val="24"/>
          <w:szCs w:val="24"/>
          <w:lang w:eastAsia="en-IE"/>
        </w:rPr>
        <w:t xml:space="preserve"> When planning a course day that does not provide sub</w:t>
      </w:r>
      <w:r>
        <w:rPr>
          <w:rFonts w:ascii="Times New Roman" w:eastAsia="Times New Roman" w:hAnsi="Times New Roman" w:cs="Times New Roman"/>
          <w:color w:val="333333"/>
          <w:sz w:val="24"/>
          <w:szCs w:val="24"/>
          <w:lang w:eastAsia="en-IE"/>
        </w:rPr>
        <w:t>stitute</w:t>
      </w:r>
      <w:r w:rsidRPr="00F4686B">
        <w:rPr>
          <w:rFonts w:ascii="Times New Roman" w:eastAsia="Times New Roman" w:hAnsi="Times New Roman" w:cs="Times New Roman"/>
          <w:color w:val="333333"/>
          <w:sz w:val="24"/>
          <w:szCs w:val="24"/>
          <w:lang w:eastAsia="en-IE"/>
        </w:rPr>
        <w:t xml:space="preserve"> cover the teacher themselves in the first instance must try to make alternative duty</w:t>
      </w:r>
      <w:r>
        <w:rPr>
          <w:rFonts w:ascii="Times New Roman" w:eastAsia="Times New Roman" w:hAnsi="Times New Roman" w:cs="Times New Roman"/>
          <w:color w:val="333333"/>
          <w:sz w:val="24"/>
          <w:szCs w:val="24"/>
          <w:lang w:eastAsia="en-IE"/>
        </w:rPr>
        <w:t xml:space="preserve"> </w:t>
      </w:r>
      <w:r w:rsidRPr="00F4686B">
        <w:rPr>
          <w:rFonts w:ascii="Times New Roman" w:eastAsia="Times New Roman" w:hAnsi="Times New Roman" w:cs="Times New Roman"/>
          <w:color w:val="333333"/>
          <w:sz w:val="24"/>
          <w:szCs w:val="24"/>
          <w:lang w:eastAsia="en-IE"/>
        </w:rPr>
        <w:t xml:space="preserve">arrangements </w:t>
      </w:r>
      <w:proofErr w:type="gramStart"/>
      <w:r w:rsidRPr="00F4686B">
        <w:rPr>
          <w:rFonts w:ascii="Times New Roman" w:eastAsia="Times New Roman" w:hAnsi="Times New Roman" w:cs="Times New Roman"/>
          <w:color w:val="333333"/>
          <w:sz w:val="24"/>
          <w:szCs w:val="24"/>
          <w:lang w:eastAsia="en-IE"/>
        </w:rPr>
        <w:t>i.e.</w:t>
      </w:r>
      <w:proofErr w:type="gramEnd"/>
      <w:r w:rsidRPr="00F4686B">
        <w:rPr>
          <w:rFonts w:ascii="Times New Roman" w:eastAsia="Times New Roman" w:hAnsi="Times New Roman" w:cs="Times New Roman"/>
          <w:color w:val="333333"/>
          <w:sz w:val="24"/>
          <w:szCs w:val="24"/>
          <w:lang w:eastAsia="en-IE"/>
        </w:rPr>
        <w:t xml:space="preserve"> swap duty in advance and inform </w:t>
      </w:r>
      <w:proofErr w:type="spellStart"/>
      <w:r w:rsidRPr="00F4686B">
        <w:rPr>
          <w:rFonts w:ascii="Times New Roman" w:eastAsia="Times New Roman" w:hAnsi="Times New Roman" w:cs="Times New Roman"/>
          <w:color w:val="333333"/>
          <w:sz w:val="24"/>
          <w:szCs w:val="24"/>
          <w:lang w:eastAsia="en-IE"/>
        </w:rPr>
        <w:t>Sinéad</w:t>
      </w:r>
      <w:proofErr w:type="spellEnd"/>
      <w:r w:rsidRPr="00F4686B">
        <w:rPr>
          <w:rFonts w:ascii="Times New Roman" w:eastAsia="Times New Roman" w:hAnsi="Times New Roman" w:cs="Times New Roman"/>
          <w:color w:val="333333"/>
          <w:sz w:val="24"/>
          <w:szCs w:val="24"/>
          <w:lang w:eastAsia="en-IE"/>
        </w:rPr>
        <w:t xml:space="preserve"> Mc </w:t>
      </w:r>
      <w:proofErr w:type="spellStart"/>
      <w:r w:rsidRPr="00F4686B">
        <w:rPr>
          <w:rFonts w:ascii="Times New Roman" w:eastAsia="Times New Roman" w:hAnsi="Times New Roman" w:cs="Times New Roman"/>
          <w:color w:val="333333"/>
          <w:sz w:val="24"/>
          <w:szCs w:val="24"/>
          <w:lang w:eastAsia="en-IE"/>
        </w:rPr>
        <w:t>Grath</w:t>
      </w:r>
      <w:proofErr w:type="spellEnd"/>
      <w:r w:rsidRPr="00F4686B">
        <w:rPr>
          <w:rFonts w:ascii="Times New Roman" w:eastAsia="Times New Roman" w:hAnsi="Times New Roman" w:cs="Times New Roman"/>
          <w:color w:val="333333"/>
          <w:sz w:val="24"/>
          <w:szCs w:val="24"/>
          <w:lang w:eastAsia="en-IE"/>
        </w:rPr>
        <w:t>.</w:t>
      </w:r>
    </w:p>
    <w:p w14:paraId="51DDCF0C" w14:textId="77777777" w:rsidR="00770158" w:rsidRDefault="00770158" w:rsidP="00770158">
      <w:pPr>
        <w:pStyle w:val="ListParagraph"/>
        <w:numPr>
          <w:ilvl w:val="0"/>
          <w:numId w:val="26"/>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1040CB">
        <w:rPr>
          <w:rFonts w:ascii="Times New Roman" w:eastAsia="Times New Roman" w:hAnsi="Times New Roman" w:cs="Times New Roman"/>
          <w:b/>
          <w:bCs/>
          <w:color w:val="333333"/>
          <w:sz w:val="24"/>
          <w:szCs w:val="24"/>
          <w:lang w:eastAsia="en-IE"/>
        </w:rPr>
        <w:t>SET &amp; Class cover:</w:t>
      </w:r>
      <w:r w:rsidRPr="00F4686B">
        <w:rPr>
          <w:rFonts w:ascii="Times New Roman" w:eastAsia="Times New Roman" w:hAnsi="Times New Roman" w:cs="Times New Roman"/>
          <w:color w:val="333333"/>
          <w:sz w:val="24"/>
          <w:szCs w:val="24"/>
          <w:lang w:eastAsia="en-IE"/>
        </w:rPr>
        <w:t xml:space="preserve"> If a SET is needed to cover in a class and cannot do their usual duty, please let </w:t>
      </w:r>
      <w:proofErr w:type="spellStart"/>
      <w:r w:rsidRPr="00F4686B">
        <w:rPr>
          <w:rFonts w:ascii="Times New Roman" w:eastAsia="Times New Roman" w:hAnsi="Times New Roman" w:cs="Times New Roman"/>
          <w:color w:val="333333"/>
          <w:sz w:val="24"/>
          <w:szCs w:val="24"/>
          <w:lang w:eastAsia="en-IE"/>
        </w:rPr>
        <w:t>Sinéad</w:t>
      </w:r>
      <w:proofErr w:type="spellEnd"/>
      <w:r w:rsidRPr="00F4686B">
        <w:rPr>
          <w:rFonts w:ascii="Times New Roman" w:eastAsia="Times New Roman" w:hAnsi="Times New Roman" w:cs="Times New Roman"/>
          <w:color w:val="333333"/>
          <w:sz w:val="24"/>
          <w:szCs w:val="24"/>
          <w:lang w:eastAsia="en-IE"/>
        </w:rPr>
        <w:t xml:space="preserve"> McGrath know as soon as possible so that</w:t>
      </w:r>
      <w:r>
        <w:rPr>
          <w:rFonts w:ascii="Times New Roman" w:eastAsia="Times New Roman" w:hAnsi="Times New Roman" w:cs="Times New Roman"/>
          <w:color w:val="333333"/>
          <w:sz w:val="24"/>
          <w:szCs w:val="24"/>
          <w:lang w:eastAsia="en-IE"/>
        </w:rPr>
        <w:t xml:space="preserve"> </w:t>
      </w:r>
      <w:r w:rsidRPr="00F4686B">
        <w:rPr>
          <w:rFonts w:ascii="Times New Roman" w:eastAsia="Times New Roman" w:hAnsi="Times New Roman" w:cs="Times New Roman"/>
          <w:color w:val="333333"/>
          <w:sz w:val="24"/>
          <w:szCs w:val="24"/>
          <w:lang w:eastAsia="en-IE"/>
        </w:rPr>
        <w:t>alternative cover can be arranged.</w:t>
      </w:r>
    </w:p>
    <w:p w14:paraId="455CE2A4" w14:textId="77777777" w:rsidR="00770158" w:rsidRPr="00312CB4" w:rsidRDefault="00770158" w:rsidP="00770158">
      <w:pPr>
        <w:pStyle w:val="ListParagraph"/>
        <w:numPr>
          <w:ilvl w:val="0"/>
          <w:numId w:val="26"/>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1040CB">
        <w:rPr>
          <w:rFonts w:ascii="Times New Roman" w:eastAsia="Times New Roman" w:hAnsi="Times New Roman" w:cs="Times New Roman"/>
          <w:b/>
          <w:bCs/>
          <w:color w:val="333333"/>
          <w:sz w:val="24"/>
          <w:szCs w:val="24"/>
          <w:lang w:eastAsia="en-IE"/>
        </w:rPr>
        <w:t>Serious Incidents:</w:t>
      </w:r>
      <w:r w:rsidRPr="00F4686B">
        <w:rPr>
          <w:rFonts w:ascii="Times New Roman" w:eastAsia="Times New Roman" w:hAnsi="Times New Roman" w:cs="Times New Roman"/>
          <w:color w:val="333333"/>
          <w:sz w:val="24"/>
          <w:szCs w:val="24"/>
          <w:lang w:eastAsia="en-IE"/>
        </w:rPr>
        <w:t xml:space="preserve"> In the event of a serious accident please tend to the pupil in the first instance and ask partnering teacher on duty to notify</w:t>
      </w:r>
      <w:r>
        <w:rPr>
          <w:rFonts w:ascii="Times New Roman" w:eastAsia="Times New Roman" w:hAnsi="Times New Roman" w:cs="Times New Roman"/>
          <w:color w:val="333333"/>
          <w:sz w:val="24"/>
          <w:szCs w:val="24"/>
          <w:lang w:eastAsia="en-IE"/>
        </w:rPr>
        <w:t xml:space="preserve"> p</w:t>
      </w:r>
      <w:r w:rsidRPr="00F4686B">
        <w:rPr>
          <w:rFonts w:ascii="Times New Roman" w:eastAsia="Times New Roman" w:hAnsi="Times New Roman" w:cs="Times New Roman"/>
          <w:color w:val="333333"/>
          <w:sz w:val="24"/>
          <w:szCs w:val="24"/>
          <w:lang w:eastAsia="en-IE"/>
        </w:rPr>
        <w:t>rincipal/</w:t>
      </w:r>
      <w:r>
        <w:rPr>
          <w:rFonts w:ascii="Times New Roman" w:eastAsia="Times New Roman" w:hAnsi="Times New Roman" w:cs="Times New Roman"/>
          <w:color w:val="333333"/>
          <w:sz w:val="24"/>
          <w:szCs w:val="24"/>
          <w:lang w:eastAsia="en-IE"/>
        </w:rPr>
        <w:t>d</w:t>
      </w:r>
      <w:r w:rsidRPr="00F4686B">
        <w:rPr>
          <w:rFonts w:ascii="Times New Roman" w:eastAsia="Times New Roman" w:hAnsi="Times New Roman" w:cs="Times New Roman"/>
          <w:color w:val="333333"/>
          <w:sz w:val="24"/>
          <w:szCs w:val="24"/>
          <w:lang w:eastAsia="en-IE"/>
        </w:rPr>
        <w:t xml:space="preserve">eputy </w:t>
      </w:r>
      <w:r>
        <w:rPr>
          <w:rFonts w:ascii="Times New Roman" w:eastAsia="Times New Roman" w:hAnsi="Times New Roman" w:cs="Times New Roman"/>
          <w:color w:val="333333"/>
          <w:sz w:val="24"/>
          <w:szCs w:val="24"/>
          <w:lang w:eastAsia="en-IE"/>
        </w:rPr>
        <w:t>p</w:t>
      </w:r>
      <w:r w:rsidRPr="00F4686B">
        <w:rPr>
          <w:rFonts w:ascii="Times New Roman" w:eastAsia="Times New Roman" w:hAnsi="Times New Roman" w:cs="Times New Roman"/>
          <w:color w:val="333333"/>
          <w:sz w:val="24"/>
          <w:szCs w:val="24"/>
          <w:lang w:eastAsia="en-IE"/>
        </w:rPr>
        <w:t>rincipal straight away. As soon as possible after the event the teacher(s)/SNA(s) who witness the incident must notify the pupil’s</w:t>
      </w:r>
      <w:r>
        <w:rPr>
          <w:rFonts w:ascii="Times New Roman" w:eastAsia="Times New Roman" w:hAnsi="Times New Roman" w:cs="Times New Roman"/>
          <w:color w:val="333333"/>
          <w:sz w:val="24"/>
          <w:szCs w:val="24"/>
          <w:lang w:eastAsia="en-IE"/>
        </w:rPr>
        <w:t xml:space="preserve"> </w:t>
      </w:r>
      <w:r w:rsidRPr="00F4686B">
        <w:rPr>
          <w:rFonts w:ascii="Times New Roman" w:eastAsia="Times New Roman" w:hAnsi="Times New Roman" w:cs="Times New Roman"/>
          <w:color w:val="333333"/>
          <w:sz w:val="24"/>
          <w:szCs w:val="24"/>
          <w:lang w:eastAsia="en-IE"/>
        </w:rPr>
        <w:t>class teacher and fill in a school incident report. A copy of report should be provided to AP11 post holder Emma Lane (Prefab 2b) for school files, or in</w:t>
      </w:r>
      <w:r>
        <w:rPr>
          <w:rFonts w:ascii="Times New Roman" w:eastAsia="Times New Roman" w:hAnsi="Times New Roman" w:cs="Times New Roman"/>
          <w:color w:val="333333"/>
          <w:sz w:val="24"/>
          <w:szCs w:val="24"/>
          <w:lang w:eastAsia="en-IE"/>
        </w:rPr>
        <w:t xml:space="preserve"> </w:t>
      </w:r>
      <w:r w:rsidRPr="00F4686B">
        <w:rPr>
          <w:rFonts w:ascii="Times New Roman" w:eastAsia="Times New Roman" w:hAnsi="Times New Roman" w:cs="Times New Roman"/>
          <w:color w:val="333333"/>
          <w:sz w:val="24"/>
          <w:szCs w:val="24"/>
          <w:lang w:eastAsia="en-IE"/>
        </w:rPr>
        <w:t>her absence to DP Sinead McGrath (room 14).</w:t>
      </w:r>
      <w:r>
        <w:rPr>
          <w:rFonts w:ascii="Times New Roman" w:eastAsia="Times New Roman" w:hAnsi="Times New Roman" w:cs="Times New Roman"/>
          <w:color w:val="333333"/>
          <w:sz w:val="24"/>
          <w:szCs w:val="24"/>
          <w:lang w:eastAsia="en-IE"/>
        </w:rPr>
        <w:t xml:space="preserve"> </w:t>
      </w:r>
      <w:r w:rsidRPr="00312CB4">
        <w:rPr>
          <w:rFonts w:ascii="Times New Roman" w:eastAsia="Times New Roman" w:hAnsi="Times New Roman" w:cs="Times New Roman"/>
          <w:color w:val="333333"/>
          <w:sz w:val="24"/>
          <w:szCs w:val="24"/>
          <w:lang w:eastAsia="en-IE"/>
        </w:rPr>
        <w:t xml:space="preserve">Serious incidents will be followed up by the </w:t>
      </w:r>
      <w:r>
        <w:rPr>
          <w:rFonts w:ascii="Times New Roman" w:eastAsia="Times New Roman" w:hAnsi="Times New Roman" w:cs="Times New Roman"/>
          <w:color w:val="333333"/>
          <w:sz w:val="24"/>
          <w:szCs w:val="24"/>
          <w:lang w:eastAsia="en-IE"/>
        </w:rPr>
        <w:t>p</w:t>
      </w:r>
      <w:r w:rsidRPr="00312CB4">
        <w:rPr>
          <w:rFonts w:ascii="Times New Roman" w:eastAsia="Times New Roman" w:hAnsi="Times New Roman" w:cs="Times New Roman"/>
          <w:color w:val="333333"/>
          <w:sz w:val="24"/>
          <w:szCs w:val="24"/>
          <w:lang w:eastAsia="en-IE"/>
        </w:rPr>
        <w:t>rincipal/DP when appropriate. Blank copies of the school incident report document are on the shared</w:t>
      </w:r>
      <w:r>
        <w:rPr>
          <w:rFonts w:ascii="Times New Roman" w:eastAsia="Times New Roman" w:hAnsi="Times New Roman" w:cs="Times New Roman"/>
          <w:color w:val="333333"/>
          <w:sz w:val="24"/>
          <w:szCs w:val="24"/>
          <w:lang w:eastAsia="en-IE"/>
        </w:rPr>
        <w:t xml:space="preserve"> </w:t>
      </w:r>
      <w:r w:rsidRPr="00312CB4">
        <w:rPr>
          <w:rFonts w:ascii="Times New Roman" w:eastAsia="Times New Roman" w:hAnsi="Times New Roman" w:cs="Times New Roman"/>
          <w:color w:val="333333"/>
          <w:sz w:val="24"/>
          <w:szCs w:val="24"/>
          <w:lang w:eastAsia="en-IE"/>
        </w:rPr>
        <w:t>drive.</w:t>
      </w:r>
    </w:p>
    <w:p w14:paraId="176F7AE8" w14:textId="77777777" w:rsidR="00770158" w:rsidRDefault="00770158" w:rsidP="00770158">
      <w:pPr>
        <w:pStyle w:val="ListParagraph"/>
        <w:numPr>
          <w:ilvl w:val="0"/>
          <w:numId w:val="26"/>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1040CB">
        <w:rPr>
          <w:rFonts w:ascii="Times New Roman" w:eastAsia="Times New Roman" w:hAnsi="Times New Roman" w:cs="Times New Roman"/>
          <w:b/>
          <w:bCs/>
          <w:color w:val="333333"/>
          <w:sz w:val="24"/>
          <w:szCs w:val="24"/>
          <w:lang w:eastAsia="en-IE"/>
        </w:rPr>
        <w:t>School Gate:</w:t>
      </w:r>
      <w:r w:rsidRPr="00F4686B">
        <w:rPr>
          <w:rFonts w:ascii="Times New Roman" w:eastAsia="Times New Roman" w:hAnsi="Times New Roman" w:cs="Times New Roman"/>
          <w:color w:val="333333"/>
          <w:sz w:val="24"/>
          <w:szCs w:val="24"/>
          <w:lang w:eastAsia="en-IE"/>
        </w:rPr>
        <w:t xml:space="preserve"> School gate will be closed between 09:30</w:t>
      </w:r>
      <w:r>
        <w:rPr>
          <w:rFonts w:ascii="Times New Roman" w:eastAsia="Times New Roman" w:hAnsi="Times New Roman" w:cs="Times New Roman"/>
          <w:color w:val="333333"/>
          <w:sz w:val="24"/>
          <w:szCs w:val="24"/>
          <w:lang w:eastAsia="en-IE"/>
        </w:rPr>
        <w:t xml:space="preserve"> am </w:t>
      </w:r>
      <w:r w:rsidRPr="00F4686B">
        <w:rPr>
          <w:rFonts w:ascii="Times New Roman" w:eastAsia="Times New Roman" w:hAnsi="Times New Roman" w:cs="Times New Roman"/>
          <w:color w:val="333333"/>
          <w:sz w:val="24"/>
          <w:szCs w:val="24"/>
          <w:lang w:eastAsia="en-IE"/>
        </w:rPr>
        <w:t xml:space="preserve">-13:30 </w:t>
      </w:r>
      <w:r>
        <w:rPr>
          <w:rFonts w:ascii="Times New Roman" w:eastAsia="Times New Roman" w:hAnsi="Times New Roman" w:cs="Times New Roman"/>
          <w:color w:val="333333"/>
          <w:sz w:val="24"/>
          <w:szCs w:val="24"/>
          <w:lang w:eastAsia="en-IE"/>
        </w:rPr>
        <w:t xml:space="preserve">pm </w:t>
      </w:r>
      <w:r w:rsidRPr="00F4686B">
        <w:rPr>
          <w:rFonts w:ascii="Times New Roman" w:eastAsia="Times New Roman" w:hAnsi="Times New Roman" w:cs="Times New Roman"/>
          <w:color w:val="333333"/>
          <w:sz w:val="24"/>
          <w:szCs w:val="24"/>
          <w:lang w:eastAsia="en-IE"/>
        </w:rPr>
        <w:t>each day. Please notify school office or Sinead McGrath (room</w:t>
      </w:r>
      <w:r>
        <w:rPr>
          <w:rFonts w:ascii="Times New Roman" w:eastAsia="Times New Roman" w:hAnsi="Times New Roman" w:cs="Times New Roman"/>
          <w:color w:val="333333"/>
          <w:sz w:val="24"/>
          <w:szCs w:val="24"/>
          <w:lang w:eastAsia="en-IE"/>
        </w:rPr>
        <w:t xml:space="preserve"> 14) straight away if it is open at break/lunch time. A spare fob for the gate is hanging just inside the door of room 14b. </w:t>
      </w:r>
    </w:p>
    <w:p w14:paraId="2ACADB24" w14:textId="77777777" w:rsidR="00770158" w:rsidRDefault="00770158" w:rsidP="00770158">
      <w:pPr>
        <w:pStyle w:val="ListParagraph"/>
        <w:numPr>
          <w:ilvl w:val="0"/>
          <w:numId w:val="26"/>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1040CB">
        <w:rPr>
          <w:rFonts w:ascii="Times New Roman" w:eastAsia="Times New Roman" w:hAnsi="Times New Roman" w:cs="Times New Roman"/>
          <w:color w:val="333333"/>
          <w:sz w:val="24"/>
          <w:szCs w:val="24"/>
          <w:lang w:eastAsia="en-IE"/>
        </w:rPr>
        <w:t>Teachers supervising at break/lunch-times are expected to ensure that the pupils:</w:t>
      </w:r>
    </w:p>
    <w:p w14:paraId="4345CB25" w14:textId="77777777" w:rsidR="00770158" w:rsidRPr="001040CB" w:rsidRDefault="00770158" w:rsidP="00770158">
      <w:pPr>
        <w:pStyle w:val="ListParagraph"/>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p>
    <w:p w14:paraId="678F26D3" w14:textId="77777777" w:rsidR="00770158" w:rsidRPr="002805A5" w:rsidRDefault="00770158" w:rsidP="00770158">
      <w:pPr>
        <w:pStyle w:val="ListParagraph"/>
        <w:numPr>
          <w:ilvl w:val="0"/>
          <w:numId w:val="25"/>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2805A5">
        <w:rPr>
          <w:rFonts w:ascii="Times New Roman" w:eastAsia="Times New Roman" w:hAnsi="Times New Roman" w:cs="Times New Roman"/>
          <w:color w:val="333333"/>
          <w:sz w:val="24"/>
          <w:szCs w:val="24"/>
          <w:lang w:eastAsia="en-IE"/>
        </w:rPr>
        <w:t>Do not run in the corridor</w:t>
      </w:r>
      <w:r>
        <w:rPr>
          <w:rFonts w:ascii="Times New Roman" w:eastAsia="Times New Roman" w:hAnsi="Times New Roman" w:cs="Times New Roman"/>
          <w:color w:val="333333"/>
          <w:sz w:val="24"/>
          <w:szCs w:val="24"/>
          <w:lang w:eastAsia="en-IE"/>
        </w:rPr>
        <w:t xml:space="preserve">s or classrooms. </w:t>
      </w:r>
    </w:p>
    <w:p w14:paraId="79D16B6E" w14:textId="77777777" w:rsidR="00770158" w:rsidRPr="002805A5" w:rsidRDefault="00770158" w:rsidP="00770158">
      <w:pPr>
        <w:pStyle w:val="ListParagraph"/>
        <w:numPr>
          <w:ilvl w:val="0"/>
          <w:numId w:val="25"/>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2805A5">
        <w:rPr>
          <w:rFonts w:ascii="Times New Roman" w:eastAsia="Times New Roman" w:hAnsi="Times New Roman" w:cs="Times New Roman"/>
          <w:color w:val="333333"/>
          <w:sz w:val="24"/>
          <w:szCs w:val="24"/>
          <w:lang w:eastAsia="en-IE"/>
        </w:rPr>
        <w:t>Do not enter the building without permission.</w:t>
      </w:r>
    </w:p>
    <w:p w14:paraId="721341AF" w14:textId="77777777" w:rsidR="00770158" w:rsidRPr="002805A5" w:rsidRDefault="00770158" w:rsidP="00770158">
      <w:pPr>
        <w:pStyle w:val="ListParagraph"/>
        <w:numPr>
          <w:ilvl w:val="0"/>
          <w:numId w:val="25"/>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2805A5">
        <w:rPr>
          <w:rFonts w:ascii="Times New Roman" w:eastAsia="Times New Roman" w:hAnsi="Times New Roman" w:cs="Times New Roman"/>
          <w:color w:val="333333"/>
          <w:sz w:val="24"/>
          <w:szCs w:val="24"/>
          <w:lang w:eastAsia="en-IE"/>
        </w:rPr>
        <w:lastRenderedPageBreak/>
        <w:t>Are not disorderly.</w:t>
      </w:r>
    </w:p>
    <w:p w14:paraId="67CBD7F9" w14:textId="77777777" w:rsidR="00770158" w:rsidRPr="002805A5" w:rsidRDefault="00770158" w:rsidP="00770158">
      <w:pPr>
        <w:pStyle w:val="ListParagraph"/>
        <w:numPr>
          <w:ilvl w:val="0"/>
          <w:numId w:val="25"/>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2805A5">
        <w:rPr>
          <w:rFonts w:ascii="Times New Roman" w:eastAsia="Times New Roman" w:hAnsi="Times New Roman" w:cs="Times New Roman"/>
          <w:color w:val="333333"/>
          <w:sz w:val="24"/>
          <w:szCs w:val="24"/>
          <w:lang w:eastAsia="en-IE"/>
        </w:rPr>
        <w:t>Do not leave the school premises.</w:t>
      </w:r>
    </w:p>
    <w:p w14:paraId="12295FF9" w14:textId="77777777" w:rsidR="00770158" w:rsidRPr="002805A5" w:rsidRDefault="00770158" w:rsidP="00770158">
      <w:pPr>
        <w:pStyle w:val="ListParagraph"/>
        <w:numPr>
          <w:ilvl w:val="0"/>
          <w:numId w:val="25"/>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2805A5">
        <w:rPr>
          <w:rFonts w:ascii="Times New Roman" w:eastAsia="Times New Roman" w:hAnsi="Times New Roman" w:cs="Times New Roman"/>
          <w:color w:val="333333"/>
          <w:sz w:val="24"/>
          <w:szCs w:val="24"/>
          <w:lang w:eastAsia="en-IE"/>
        </w:rPr>
        <w:t>Line up in a proper manner for their appropriate classes.</w:t>
      </w:r>
    </w:p>
    <w:p w14:paraId="5853983D" w14:textId="77777777" w:rsidR="00770158" w:rsidRPr="002805A5" w:rsidRDefault="00770158" w:rsidP="00770158">
      <w:pPr>
        <w:pStyle w:val="ListParagraph"/>
        <w:numPr>
          <w:ilvl w:val="0"/>
          <w:numId w:val="25"/>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2805A5">
        <w:rPr>
          <w:rFonts w:ascii="Times New Roman" w:eastAsia="Times New Roman" w:hAnsi="Times New Roman" w:cs="Times New Roman"/>
          <w:color w:val="333333"/>
          <w:sz w:val="24"/>
          <w:szCs w:val="24"/>
          <w:lang w:eastAsia="en-IE"/>
        </w:rPr>
        <w:t>Comply with school and yard rules.</w:t>
      </w:r>
    </w:p>
    <w:p w14:paraId="1A0452A0" w14:textId="77777777" w:rsidR="00770158" w:rsidRPr="002805A5" w:rsidRDefault="00770158" w:rsidP="00770158">
      <w:pPr>
        <w:pStyle w:val="ListParagraph"/>
        <w:numPr>
          <w:ilvl w:val="0"/>
          <w:numId w:val="25"/>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2805A5">
        <w:rPr>
          <w:rFonts w:ascii="Times New Roman" w:eastAsia="Times New Roman" w:hAnsi="Times New Roman" w:cs="Times New Roman"/>
          <w:color w:val="333333"/>
          <w:sz w:val="24"/>
          <w:szCs w:val="24"/>
          <w:lang w:eastAsia="en-IE"/>
        </w:rPr>
        <w:t>Do not engage with unknown adults or pedestrians passing through the playground.</w:t>
      </w:r>
    </w:p>
    <w:p w14:paraId="32E27E45" w14:textId="77777777" w:rsidR="00770158" w:rsidRPr="00A241CD" w:rsidRDefault="00770158" w:rsidP="00770158">
      <w:pPr>
        <w:pStyle w:val="ListParagraph"/>
        <w:numPr>
          <w:ilvl w:val="0"/>
          <w:numId w:val="25"/>
        </w:numPr>
        <w:spacing w:before="100" w:beforeAutospacing="1" w:after="100" w:afterAutospacing="1" w:line="240" w:lineRule="auto"/>
        <w:textAlignment w:val="baseline"/>
        <w:rPr>
          <w:rFonts w:ascii="Times New Roman" w:eastAsia="Times New Roman" w:hAnsi="Times New Roman" w:cs="Times New Roman"/>
          <w:color w:val="333333"/>
          <w:sz w:val="28"/>
          <w:szCs w:val="28"/>
          <w:lang w:eastAsia="en-IE"/>
        </w:rPr>
      </w:pPr>
      <w:r w:rsidRPr="002805A5">
        <w:rPr>
          <w:rFonts w:ascii="Times New Roman" w:eastAsia="Times New Roman" w:hAnsi="Times New Roman" w:cs="Times New Roman"/>
          <w:color w:val="333333"/>
          <w:sz w:val="24"/>
          <w:szCs w:val="24"/>
          <w:lang w:eastAsia="en-IE"/>
        </w:rPr>
        <w:t>When the bell rings teachers collect their classes from the yard and bring them to their classrooms.</w:t>
      </w:r>
      <w:r w:rsidRPr="002805A5">
        <w:rPr>
          <w:rFonts w:ascii="Times New Roman" w:eastAsia="Times New Roman" w:hAnsi="Times New Roman" w:cs="Times New Roman"/>
          <w:color w:val="333333"/>
          <w:sz w:val="28"/>
          <w:szCs w:val="28"/>
          <w:lang w:eastAsia="en-IE"/>
        </w:rPr>
        <w:t xml:space="preserve">  </w:t>
      </w:r>
    </w:p>
    <w:p w14:paraId="3612F51C" w14:textId="77777777" w:rsidR="00770158" w:rsidRPr="002805A5" w:rsidRDefault="00770158" w:rsidP="00770158">
      <w:pPr>
        <w:spacing w:before="100" w:beforeAutospacing="1" w:after="100" w:afterAutospacing="1" w:line="240" w:lineRule="auto"/>
        <w:textAlignment w:val="baseline"/>
        <w:rPr>
          <w:rFonts w:ascii="Times New Roman" w:eastAsia="Times New Roman" w:hAnsi="Times New Roman" w:cs="Times New Roman"/>
          <w:b/>
          <w:bCs/>
          <w:color w:val="333333"/>
          <w:sz w:val="28"/>
          <w:szCs w:val="28"/>
          <w:lang w:eastAsia="en-IE"/>
        </w:rPr>
      </w:pPr>
      <w:r w:rsidRPr="002805A5">
        <w:rPr>
          <w:rFonts w:ascii="Times New Roman" w:eastAsia="Times New Roman" w:hAnsi="Times New Roman" w:cs="Times New Roman"/>
          <w:b/>
          <w:bCs/>
          <w:color w:val="333333"/>
          <w:sz w:val="28"/>
          <w:szCs w:val="28"/>
          <w:lang w:eastAsia="en-IE"/>
        </w:rPr>
        <w:t xml:space="preserve">1. </w:t>
      </w:r>
      <w:r w:rsidRPr="002805A5">
        <w:rPr>
          <w:rFonts w:ascii="Times New Roman" w:hAnsi="Times New Roman" w:cs="Times New Roman"/>
          <w:b/>
          <w:bCs/>
          <w:sz w:val="24"/>
          <w:szCs w:val="24"/>
        </w:rPr>
        <w:t>Preparation and Equipment</w:t>
      </w:r>
      <w:r w:rsidRPr="002805A5">
        <w:rPr>
          <w:rFonts w:ascii="Times New Roman" w:hAnsi="Times New Roman" w:cs="Times New Roman"/>
          <w:b/>
          <w:bCs/>
          <w:sz w:val="23"/>
          <w:szCs w:val="23"/>
        </w:rPr>
        <w:t xml:space="preserve"> </w:t>
      </w:r>
    </w:p>
    <w:p w14:paraId="1051F70F" w14:textId="77777777" w:rsidR="00770158" w:rsidRPr="002805A5" w:rsidRDefault="00770158" w:rsidP="00770158">
      <w:pPr>
        <w:pStyle w:val="Default"/>
        <w:rPr>
          <w:sz w:val="23"/>
          <w:szCs w:val="23"/>
        </w:rPr>
      </w:pPr>
      <w:r w:rsidRPr="002805A5">
        <w:rPr>
          <w:sz w:val="23"/>
          <w:szCs w:val="23"/>
        </w:rPr>
        <w:t xml:space="preserve">        -  Equipment, yard book and bell are brought to yard by teacher on duty and returned at the                        </w:t>
      </w:r>
    </w:p>
    <w:p w14:paraId="337FC3A8" w14:textId="77777777" w:rsidR="00770158" w:rsidRDefault="00770158" w:rsidP="00770158">
      <w:pPr>
        <w:pStyle w:val="Default"/>
        <w:rPr>
          <w:sz w:val="23"/>
          <w:szCs w:val="23"/>
        </w:rPr>
      </w:pPr>
      <w:r w:rsidRPr="002805A5">
        <w:rPr>
          <w:sz w:val="23"/>
          <w:szCs w:val="23"/>
        </w:rPr>
        <w:t xml:space="preserve">           end of the break. (Equipment kept in Room </w:t>
      </w:r>
      <w:r>
        <w:rPr>
          <w:sz w:val="23"/>
          <w:szCs w:val="23"/>
        </w:rPr>
        <w:t>1</w:t>
      </w:r>
      <w:r w:rsidRPr="002805A5">
        <w:rPr>
          <w:sz w:val="23"/>
          <w:szCs w:val="23"/>
        </w:rPr>
        <w:t xml:space="preserve"> for Junior Yard / Room </w:t>
      </w:r>
      <w:r>
        <w:rPr>
          <w:sz w:val="23"/>
          <w:szCs w:val="23"/>
        </w:rPr>
        <w:t>9</w:t>
      </w:r>
      <w:r w:rsidRPr="002805A5">
        <w:rPr>
          <w:sz w:val="23"/>
          <w:szCs w:val="23"/>
        </w:rPr>
        <w:t xml:space="preserve"> for Senior Yard)</w:t>
      </w:r>
    </w:p>
    <w:p w14:paraId="4781C944" w14:textId="77777777" w:rsidR="00770158" w:rsidRPr="002805A5" w:rsidRDefault="00770158" w:rsidP="00770158">
      <w:pPr>
        <w:pStyle w:val="Default"/>
        <w:rPr>
          <w:sz w:val="23"/>
          <w:szCs w:val="23"/>
        </w:rPr>
      </w:pPr>
    </w:p>
    <w:p w14:paraId="5913093F" w14:textId="77777777" w:rsidR="00770158" w:rsidRPr="002805A5" w:rsidRDefault="00770158" w:rsidP="00770158">
      <w:pPr>
        <w:pStyle w:val="Default"/>
        <w:spacing w:after="39"/>
        <w:rPr>
          <w:b/>
          <w:bCs/>
          <w:sz w:val="23"/>
          <w:szCs w:val="23"/>
        </w:rPr>
      </w:pPr>
      <w:r w:rsidRPr="002805A5">
        <w:rPr>
          <w:b/>
          <w:bCs/>
          <w:sz w:val="23"/>
          <w:szCs w:val="23"/>
        </w:rPr>
        <w:t xml:space="preserve">2. Line Up Procedures </w:t>
      </w:r>
    </w:p>
    <w:p w14:paraId="4A56A408" w14:textId="77777777" w:rsidR="00770158" w:rsidRPr="00312CB4" w:rsidRDefault="00770158" w:rsidP="00770158">
      <w:pPr>
        <w:pStyle w:val="Default"/>
        <w:spacing w:after="39"/>
        <w:rPr>
          <w:sz w:val="23"/>
          <w:szCs w:val="23"/>
        </w:rPr>
      </w:pPr>
    </w:p>
    <w:p w14:paraId="78DFA131" w14:textId="77777777" w:rsidR="00770158" w:rsidRPr="00A241CD" w:rsidRDefault="00770158" w:rsidP="00770158">
      <w:pPr>
        <w:pStyle w:val="Default"/>
        <w:numPr>
          <w:ilvl w:val="0"/>
          <w:numId w:val="25"/>
        </w:numPr>
        <w:spacing w:after="39"/>
        <w:rPr>
          <w:sz w:val="23"/>
          <w:szCs w:val="23"/>
        </w:rPr>
      </w:pPr>
      <w:r w:rsidRPr="002805A5">
        <w:rPr>
          <w:b/>
          <w:bCs/>
          <w:sz w:val="23"/>
          <w:szCs w:val="23"/>
        </w:rPr>
        <w:t>Junior &amp; Senior Infants:</w:t>
      </w:r>
      <w:r w:rsidRPr="002805A5">
        <w:rPr>
          <w:sz w:val="23"/>
          <w:szCs w:val="23"/>
        </w:rPr>
        <w:t xml:space="preserve"> Each teacher lines up his/her class and brings them to the yard at 1</w:t>
      </w:r>
      <w:r>
        <w:rPr>
          <w:sz w:val="23"/>
          <w:szCs w:val="23"/>
        </w:rPr>
        <w:t xml:space="preserve">0.50 </w:t>
      </w:r>
      <w:r w:rsidRPr="002805A5">
        <w:rPr>
          <w:sz w:val="23"/>
          <w:szCs w:val="23"/>
        </w:rPr>
        <w:t xml:space="preserve">am. </w:t>
      </w:r>
      <w:r>
        <w:rPr>
          <w:sz w:val="23"/>
          <w:szCs w:val="23"/>
        </w:rPr>
        <w:t xml:space="preserve">Class teachers collect their class. </w:t>
      </w:r>
    </w:p>
    <w:p w14:paraId="3637D049" w14:textId="77777777" w:rsidR="00770158" w:rsidRPr="006E28DB" w:rsidRDefault="00770158" w:rsidP="00770158">
      <w:pPr>
        <w:pStyle w:val="Default"/>
        <w:numPr>
          <w:ilvl w:val="0"/>
          <w:numId w:val="25"/>
        </w:numPr>
        <w:spacing w:after="39"/>
        <w:rPr>
          <w:sz w:val="23"/>
          <w:szCs w:val="23"/>
        </w:rPr>
      </w:pPr>
      <w:r w:rsidRPr="002805A5">
        <w:rPr>
          <w:b/>
          <w:bCs/>
          <w:sz w:val="23"/>
          <w:szCs w:val="23"/>
        </w:rPr>
        <w:t>First &amp; Second:</w:t>
      </w:r>
      <w:r w:rsidRPr="002805A5">
        <w:rPr>
          <w:sz w:val="23"/>
          <w:szCs w:val="23"/>
        </w:rPr>
        <w:t xml:space="preserve"> Class</w:t>
      </w:r>
      <w:r>
        <w:rPr>
          <w:sz w:val="23"/>
          <w:szCs w:val="23"/>
        </w:rPr>
        <w:t xml:space="preserve"> teacher brings their class to the yard and collects them from the yard. </w:t>
      </w:r>
    </w:p>
    <w:p w14:paraId="163E412F" w14:textId="77777777" w:rsidR="00770158" w:rsidRPr="002805A5" w:rsidRDefault="00770158" w:rsidP="00770158">
      <w:pPr>
        <w:pStyle w:val="Default"/>
        <w:numPr>
          <w:ilvl w:val="0"/>
          <w:numId w:val="25"/>
        </w:numPr>
        <w:spacing w:after="39"/>
        <w:rPr>
          <w:sz w:val="23"/>
          <w:szCs w:val="23"/>
        </w:rPr>
      </w:pPr>
      <w:r>
        <w:rPr>
          <w:sz w:val="23"/>
          <w:szCs w:val="23"/>
        </w:rPr>
        <w:t xml:space="preserve">When yard time is over: </w:t>
      </w:r>
      <w:r w:rsidRPr="002805A5">
        <w:rPr>
          <w:sz w:val="23"/>
          <w:szCs w:val="23"/>
        </w:rPr>
        <w:t>Bell rings once</w:t>
      </w:r>
      <w:r>
        <w:rPr>
          <w:sz w:val="23"/>
          <w:szCs w:val="23"/>
        </w:rPr>
        <w:t xml:space="preserve"> - </w:t>
      </w:r>
      <w:r w:rsidRPr="002805A5">
        <w:rPr>
          <w:sz w:val="23"/>
          <w:szCs w:val="23"/>
        </w:rPr>
        <w:t xml:space="preserve">children freeze, bell rings a second time children </w:t>
      </w:r>
      <w:r>
        <w:rPr>
          <w:sz w:val="23"/>
          <w:szCs w:val="23"/>
        </w:rPr>
        <w:t xml:space="preserve">- </w:t>
      </w:r>
      <w:r w:rsidRPr="002805A5">
        <w:rPr>
          <w:sz w:val="23"/>
          <w:szCs w:val="23"/>
        </w:rPr>
        <w:t xml:space="preserve">walk to their lines. Bell rings a third time </w:t>
      </w:r>
      <w:r>
        <w:rPr>
          <w:sz w:val="23"/>
          <w:szCs w:val="23"/>
        </w:rPr>
        <w:t xml:space="preserve">- </w:t>
      </w:r>
      <w:r w:rsidRPr="002805A5">
        <w:rPr>
          <w:sz w:val="23"/>
          <w:szCs w:val="23"/>
        </w:rPr>
        <w:t>children stand quietly ready to go into their classrooms.</w:t>
      </w:r>
    </w:p>
    <w:p w14:paraId="6D57788B" w14:textId="77777777" w:rsidR="00770158" w:rsidRPr="002805A5" w:rsidRDefault="00770158" w:rsidP="00770158">
      <w:pPr>
        <w:pStyle w:val="Default"/>
      </w:pPr>
    </w:p>
    <w:p w14:paraId="4FB86FD8" w14:textId="77777777" w:rsidR="00770158" w:rsidRPr="002805A5" w:rsidRDefault="00770158" w:rsidP="00770158">
      <w:pPr>
        <w:pStyle w:val="Default"/>
        <w:spacing w:after="44"/>
        <w:rPr>
          <w:b/>
          <w:bCs/>
          <w:sz w:val="23"/>
          <w:szCs w:val="23"/>
        </w:rPr>
      </w:pPr>
      <w:r w:rsidRPr="002805A5">
        <w:rPr>
          <w:b/>
          <w:bCs/>
          <w:sz w:val="23"/>
          <w:szCs w:val="23"/>
        </w:rPr>
        <w:t xml:space="preserve">3. Directions to be given to children </w:t>
      </w:r>
    </w:p>
    <w:p w14:paraId="71A79B57" w14:textId="77777777" w:rsidR="00770158" w:rsidRPr="002805A5" w:rsidRDefault="00770158" w:rsidP="00770158">
      <w:pPr>
        <w:pStyle w:val="Default"/>
        <w:spacing w:after="44"/>
        <w:rPr>
          <w:b/>
          <w:bCs/>
          <w:sz w:val="23"/>
          <w:szCs w:val="23"/>
        </w:rPr>
      </w:pPr>
    </w:p>
    <w:p w14:paraId="45FF4BB2" w14:textId="77777777" w:rsidR="00770158" w:rsidRPr="002805A5" w:rsidRDefault="00770158" w:rsidP="00770158">
      <w:pPr>
        <w:pStyle w:val="Default"/>
        <w:numPr>
          <w:ilvl w:val="0"/>
          <w:numId w:val="25"/>
        </w:numPr>
        <w:spacing w:after="44"/>
        <w:rPr>
          <w:b/>
          <w:bCs/>
          <w:sz w:val="23"/>
          <w:szCs w:val="23"/>
        </w:rPr>
      </w:pPr>
      <w:r w:rsidRPr="002805A5">
        <w:rPr>
          <w:sz w:val="23"/>
          <w:szCs w:val="23"/>
        </w:rPr>
        <w:t>Look straight ahead and walk safely</w:t>
      </w:r>
      <w:r>
        <w:rPr>
          <w:sz w:val="23"/>
          <w:szCs w:val="23"/>
        </w:rPr>
        <w:t>.</w:t>
      </w:r>
      <w:r w:rsidRPr="002805A5">
        <w:rPr>
          <w:sz w:val="23"/>
          <w:szCs w:val="23"/>
        </w:rPr>
        <w:t xml:space="preserve"> </w:t>
      </w:r>
    </w:p>
    <w:p w14:paraId="6E07C580" w14:textId="77777777" w:rsidR="00770158" w:rsidRPr="002805A5" w:rsidRDefault="00770158" w:rsidP="00770158">
      <w:pPr>
        <w:pStyle w:val="Default"/>
        <w:numPr>
          <w:ilvl w:val="0"/>
          <w:numId w:val="25"/>
        </w:numPr>
        <w:spacing w:after="44"/>
        <w:rPr>
          <w:sz w:val="23"/>
          <w:szCs w:val="23"/>
        </w:rPr>
      </w:pPr>
      <w:r w:rsidRPr="002805A5">
        <w:rPr>
          <w:sz w:val="23"/>
          <w:szCs w:val="23"/>
        </w:rPr>
        <w:t>Keep your hands to yourself</w:t>
      </w:r>
      <w:r>
        <w:rPr>
          <w:sz w:val="23"/>
          <w:szCs w:val="23"/>
        </w:rPr>
        <w:t>.</w:t>
      </w:r>
    </w:p>
    <w:p w14:paraId="3B30B789" w14:textId="77777777" w:rsidR="00770158" w:rsidRPr="002805A5" w:rsidRDefault="00770158" w:rsidP="00770158">
      <w:pPr>
        <w:pStyle w:val="Default"/>
        <w:numPr>
          <w:ilvl w:val="0"/>
          <w:numId w:val="25"/>
        </w:numPr>
        <w:rPr>
          <w:sz w:val="23"/>
          <w:szCs w:val="23"/>
        </w:rPr>
      </w:pPr>
      <w:r w:rsidRPr="002805A5">
        <w:rPr>
          <w:sz w:val="23"/>
          <w:szCs w:val="23"/>
        </w:rPr>
        <w:t>Be friendly and enjoy playtime</w:t>
      </w:r>
      <w:r>
        <w:rPr>
          <w:sz w:val="23"/>
          <w:szCs w:val="23"/>
        </w:rPr>
        <w:t>.</w:t>
      </w:r>
    </w:p>
    <w:p w14:paraId="56FDDC4F" w14:textId="77777777" w:rsidR="00770158" w:rsidRPr="002805A5" w:rsidRDefault="00770158" w:rsidP="00770158">
      <w:pPr>
        <w:pStyle w:val="Default"/>
      </w:pPr>
    </w:p>
    <w:p w14:paraId="63F99EDC" w14:textId="77777777" w:rsidR="00770158" w:rsidRPr="002805A5" w:rsidRDefault="00770158" w:rsidP="00770158">
      <w:pPr>
        <w:pStyle w:val="Default"/>
        <w:spacing w:after="44"/>
        <w:rPr>
          <w:b/>
          <w:bCs/>
          <w:sz w:val="23"/>
          <w:szCs w:val="23"/>
        </w:rPr>
      </w:pPr>
      <w:r w:rsidRPr="002805A5">
        <w:rPr>
          <w:b/>
          <w:bCs/>
          <w:sz w:val="23"/>
          <w:szCs w:val="23"/>
        </w:rPr>
        <w:t xml:space="preserve">4. Managing and responses to behaviours on yard during play </w:t>
      </w:r>
    </w:p>
    <w:p w14:paraId="7A5047CB" w14:textId="77777777" w:rsidR="00770158" w:rsidRPr="002805A5" w:rsidRDefault="00770158" w:rsidP="00770158">
      <w:pPr>
        <w:pStyle w:val="Default"/>
        <w:spacing w:after="44"/>
        <w:rPr>
          <w:sz w:val="23"/>
          <w:szCs w:val="23"/>
        </w:rPr>
      </w:pPr>
    </w:p>
    <w:p w14:paraId="74DF29D5" w14:textId="77777777" w:rsidR="00770158" w:rsidRPr="002805A5" w:rsidRDefault="00770158" w:rsidP="00770158">
      <w:pPr>
        <w:pStyle w:val="Default"/>
        <w:numPr>
          <w:ilvl w:val="0"/>
          <w:numId w:val="25"/>
        </w:numPr>
        <w:spacing w:after="44"/>
        <w:rPr>
          <w:sz w:val="23"/>
          <w:szCs w:val="23"/>
        </w:rPr>
      </w:pPr>
      <w:r w:rsidRPr="002805A5">
        <w:rPr>
          <w:sz w:val="23"/>
          <w:szCs w:val="23"/>
        </w:rPr>
        <w:t xml:space="preserve">Praise (on yard and in class) </w:t>
      </w:r>
      <w:r>
        <w:rPr>
          <w:sz w:val="23"/>
          <w:szCs w:val="23"/>
        </w:rPr>
        <w:t>- all g</w:t>
      </w:r>
      <w:r w:rsidRPr="002805A5">
        <w:rPr>
          <w:sz w:val="23"/>
          <w:szCs w:val="23"/>
        </w:rPr>
        <w:t>ood behaviour</w:t>
      </w:r>
      <w:r>
        <w:rPr>
          <w:sz w:val="23"/>
          <w:szCs w:val="23"/>
        </w:rPr>
        <w:t>.</w:t>
      </w:r>
    </w:p>
    <w:p w14:paraId="3054D095" w14:textId="77777777" w:rsidR="00770158" w:rsidRPr="002805A5" w:rsidRDefault="00770158" w:rsidP="00770158">
      <w:pPr>
        <w:pStyle w:val="Default"/>
        <w:numPr>
          <w:ilvl w:val="0"/>
          <w:numId w:val="25"/>
        </w:numPr>
        <w:spacing w:after="44"/>
        <w:rPr>
          <w:sz w:val="23"/>
          <w:szCs w:val="23"/>
        </w:rPr>
      </w:pPr>
      <w:r w:rsidRPr="002805A5">
        <w:rPr>
          <w:sz w:val="23"/>
          <w:szCs w:val="23"/>
        </w:rPr>
        <w:t xml:space="preserve">Ignore - </w:t>
      </w:r>
      <w:r>
        <w:rPr>
          <w:sz w:val="23"/>
          <w:szCs w:val="23"/>
        </w:rPr>
        <w:t>m</w:t>
      </w:r>
      <w:r w:rsidRPr="002805A5">
        <w:rPr>
          <w:sz w:val="23"/>
          <w:szCs w:val="23"/>
        </w:rPr>
        <w:t>inor whining/ telling tales and encourage children to do the same</w:t>
      </w:r>
      <w:r>
        <w:rPr>
          <w:sz w:val="23"/>
          <w:szCs w:val="23"/>
        </w:rPr>
        <w:t>.</w:t>
      </w:r>
      <w:r w:rsidRPr="002805A5">
        <w:rPr>
          <w:sz w:val="23"/>
          <w:szCs w:val="23"/>
        </w:rPr>
        <w:t xml:space="preserve"> </w:t>
      </w:r>
    </w:p>
    <w:p w14:paraId="40D2B5E0" w14:textId="77777777" w:rsidR="00770158" w:rsidRPr="002805A5" w:rsidRDefault="00770158" w:rsidP="00770158">
      <w:pPr>
        <w:pStyle w:val="Default"/>
        <w:numPr>
          <w:ilvl w:val="0"/>
          <w:numId w:val="25"/>
        </w:numPr>
        <w:spacing w:after="44"/>
        <w:rPr>
          <w:sz w:val="23"/>
          <w:szCs w:val="23"/>
        </w:rPr>
      </w:pPr>
      <w:r w:rsidRPr="002805A5">
        <w:rPr>
          <w:sz w:val="23"/>
          <w:szCs w:val="23"/>
        </w:rPr>
        <w:t>Time out</w:t>
      </w:r>
      <w:r>
        <w:rPr>
          <w:sz w:val="23"/>
          <w:szCs w:val="23"/>
        </w:rPr>
        <w:t xml:space="preserve"> is at discretion of teacher for</w:t>
      </w:r>
      <w:r w:rsidRPr="002805A5">
        <w:rPr>
          <w:sz w:val="23"/>
          <w:szCs w:val="23"/>
        </w:rPr>
        <w:t xml:space="preserve"> </w:t>
      </w:r>
      <w:r>
        <w:rPr>
          <w:sz w:val="23"/>
          <w:szCs w:val="23"/>
        </w:rPr>
        <w:t>n</w:t>
      </w:r>
      <w:r w:rsidRPr="002805A5">
        <w:rPr>
          <w:sz w:val="23"/>
          <w:szCs w:val="23"/>
        </w:rPr>
        <w:t>on-compliance and aggressive behaviour</w:t>
      </w:r>
      <w:r>
        <w:rPr>
          <w:sz w:val="23"/>
          <w:szCs w:val="23"/>
        </w:rPr>
        <w:t>.</w:t>
      </w:r>
    </w:p>
    <w:p w14:paraId="6E9832BB" w14:textId="77777777" w:rsidR="00770158" w:rsidRPr="002805A5" w:rsidRDefault="00770158" w:rsidP="00770158">
      <w:pPr>
        <w:pStyle w:val="Default"/>
        <w:numPr>
          <w:ilvl w:val="0"/>
          <w:numId w:val="25"/>
        </w:numPr>
        <w:spacing w:after="44"/>
        <w:rPr>
          <w:sz w:val="23"/>
          <w:szCs w:val="23"/>
        </w:rPr>
      </w:pPr>
      <w:r w:rsidRPr="002805A5">
        <w:rPr>
          <w:sz w:val="23"/>
          <w:szCs w:val="23"/>
        </w:rPr>
        <w:t xml:space="preserve">Time out area </w:t>
      </w:r>
      <w:r>
        <w:rPr>
          <w:sz w:val="23"/>
          <w:szCs w:val="23"/>
        </w:rPr>
        <w:t xml:space="preserve">is </w:t>
      </w:r>
      <w:r w:rsidRPr="002805A5">
        <w:rPr>
          <w:sz w:val="23"/>
          <w:szCs w:val="23"/>
        </w:rPr>
        <w:t xml:space="preserve">identified and marked for each yard. </w:t>
      </w:r>
    </w:p>
    <w:p w14:paraId="5FDF2066" w14:textId="77777777" w:rsidR="00770158" w:rsidRDefault="00770158" w:rsidP="00770158">
      <w:pPr>
        <w:pStyle w:val="Default"/>
        <w:numPr>
          <w:ilvl w:val="0"/>
          <w:numId w:val="25"/>
        </w:numPr>
        <w:spacing w:after="44"/>
        <w:rPr>
          <w:sz w:val="23"/>
          <w:szCs w:val="23"/>
        </w:rPr>
      </w:pPr>
      <w:r w:rsidRPr="002805A5">
        <w:rPr>
          <w:sz w:val="23"/>
          <w:szCs w:val="23"/>
        </w:rPr>
        <w:t>Time out is recorded in yard book. Details recorded are: Name of student, date and time, specific behaviour for which time out was used and the teacher’s name.</w:t>
      </w:r>
    </w:p>
    <w:p w14:paraId="0DEADBA0" w14:textId="77777777" w:rsidR="00770158" w:rsidRPr="002805A5" w:rsidRDefault="00770158" w:rsidP="00770158">
      <w:pPr>
        <w:pStyle w:val="Default"/>
        <w:numPr>
          <w:ilvl w:val="0"/>
          <w:numId w:val="25"/>
        </w:numPr>
        <w:spacing w:after="44"/>
        <w:rPr>
          <w:sz w:val="23"/>
          <w:szCs w:val="23"/>
        </w:rPr>
      </w:pPr>
      <w:r>
        <w:rPr>
          <w:sz w:val="23"/>
          <w:szCs w:val="23"/>
        </w:rPr>
        <w:t xml:space="preserve">Incident report to be filled out for serious incidents/accidents. </w:t>
      </w:r>
    </w:p>
    <w:p w14:paraId="05F83231" w14:textId="77777777" w:rsidR="00770158" w:rsidRPr="002805A5" w:rsidRDefault="00770158" w:rsidP="00770158">
      <w:pPr>
        <w:pStyle w:val="Default"/>
        <w:numPr>
          <w:ilvl w:val="0"/>
          <w:numId w:val="25"/>
        </w:numPr>
        <w:rPr>
          <w:sz w:val="23"/>
          <w:szCs w:val="23"/>
        </w:rPr>
      </w:pPr>
      <w:r w:rsidRPr="002805A5">
        <w:rPr>
          <w:sz w:val="23"/>
          <w:szCs w:val="23"/>
        </w:rPr>
        <w:t xml:space="preserve">Nominated person will review yard book, consult with teachers when necessary and identify students with specific difficulties. </w:t>
      </w:r>
    </w:p>
    <w:p w14:paraId="1DAA2399" w14:textId="77777777" w:rsidR="00770158" w:rsidRPr="002805A5" w:rsidRDefault="00770158" w:rsidP="00770158">
      <w:pPr>
        <w:pStyle w:val="Default"/>
        <w:numPr>
          <w:ilvl w:val="0"/>
          <w:numId w:val="25"/>
        </w:numPr>
        <w:rPr>
          <w:sz w:val="23"/>
          <w:szCs w:val="23"/>
        </w:rPr>
      </w:pPr>
      <w:r w:rsidRPr="002805A5">
        <w:rPr>
          <w:sz w:val="23"/>
          <w:szCs w:val="23"/>
        </w:rPr>
        <w:t xml:space="preserve">Referral to principal – serious incident e.g., leaving premises, extremely aggressive or targeted behaviours. </w:t>
      </w:r>
    </w:p>
    <w:p w14:paraId="232454FD" w14:textId="77777777" w:rsidR="00770158" w:rsidRDefault="00770158" w:rsidP="00770158">
      <w:pPr>
        <w:pStyle w:val="Default"/>
        <w:rPr>
          <w:sz w:val="23"/>
          <w:szCs w:val="23"/>
        </w:rPr>
      </w:pPr>
    </w:p>
    <w:p w14:paraId="43DD2E6C" w14:textId="77777777" w:rsidR="00770158" w:rsidRPr="002805A5" w:rsidRDefault="00770158" w:rsidP="00770158">
      <w:pPr>
        <w:pStyle w:val="Default"/>
      </w:pPr>
    </w:p>
    <w:p w14:paraId="174ACE23" w14:textId="77777777" w:rsidR="00770158" w:rsidRPr="002805A5" w:rsidRDefault="00770158" w:rsidP="00770158">
      <w:pPr>
        <w:pStyle w:val="Default"/>
        <w:spacing w:after="39"/>
        <w:rPr>
          <w:b/>
          <w:bCs/>
          <w:sz w:val="23"/>
          <w:szCs w:val="23"/>
        </w:rPr>
      </w:pPr>
      <w:r w:rsidRPr="002805A5">
        <w:rPr>
          <w:b/>
          <w:bCs/>
          <w:sz w:val="23"/>
          <w:szCs w:val="23"/>
        </w:rPr>
        <w:t xml:space="preserve">5. Instructions for end of break/lunch  </w:t>
      </w:r>
    </w:p>
    <w:p w14:paraId="2BD2D395" w14:textId="77777777" w:rsidR="00770158" w:rsidRPr="002805A5" w:rsidRDefault="00770158" w:rsidP="00770158">
      <w:pPr>
        <w:pStyle w:val="Default"/>
        <w:spacing w:after="39"/>
        <w:rPr>
          <w:sz w:val="23"/>
          <w:szCs w:val="23"/>
        </w:rPr>
      </w:pPr>
    </w:p>
    <w:p w14:paraId="520BBDD0" w14:textId="77777777" w:rsidR="00770158" w:rsidRPr="002805A5" w:rsidRDefault="00770158" w:rsidP="00770158">
      <w:pPr>
        <w:pStyle w:val="Default"/>
        <w:numPr>
          <w:ilvl w:val="0"/>
          <w:numId w:val="25"/>
        </w:numPr>
        <w:spacing w:after="39"/>
        <w:jc w:val="both"/>
        <w:rPr>
          <w:sz w:val="23"/>
          <w:szCs w:val="23"/>
        </w:rPr>
      </w:pPr>
      <w:r w:rsidRPr="002805A5">
        <w:rPr>
          <w:sz w:val="23"/>
          <w:szCs w:val="23"/>
        </w:rPr>
        <w:t>Each class to line up in designated area of their yard</w:t>
      </w:r>
      <w:r>
        <w:rPr>
          <w:sz w:val="23"/>
          <w:szCs w:val="23"/>
        </w:rPr>
        <w:t>.</w:t>
      </w:r>
    </w:p>
    <w:p w14:paraId="277DC7BB" w14:textId="77777777" w:rsidR="00770158" w:rsidRPr="002805A5" w:rsidRDefault="00770158" w:rsidP="00770158">
      <w:pPr>
        <w:pStyle w:val="Default"/>
        <w:numPr>
          <w:ilvl w:val="0"/>
          <w:numId w:val="25"/>
        </w:numPr>
        <w:spacing w:after="39"/>
        <w:rPr>
          <w:sz w:val="23"/>
          <w:szCs w:val="23"/>
        </w:rPr>
      </w:pPr>
      <w:r w:rsidRPr="002805A5">
        <w:rPr>
          <w:sz w:val="23"/>
          <w:szCs w:val="23"/>
        </w:rPr>
        <w:t>Children are called to line using a bell</w:t>
      </w:r>
      <w:r>
        <w:rPr>
          <w:sz w:val="23"/>
          <w:szCs w:val="23"/>
        </w:rPr>
        <w:t>.</w:t>
      </w:r>
    </w:p>
    <w:p w14:paraId="1F640B61" w14:textId="77777777" w:rsidR="00770158" w:rsidRPr="002805A5" w:rsidRDefault="00770158" w:rsidP="00770158">
      <w:pPr>
        <w:pStyle w:val="Default"/>
        <w:numPr>
          <w:ilvl w:val="0"/>
          <w:numId w:val="25"/>
        </w:numPr>
        <w:spacing w:after="39"/>
        <w:rPr>
          <w:sz w:val="23"/>
          <w:szCs w:val="23"/>
        </w:rPr>
      </w:pPr>
      <w:r w:rsidRPr="002805A5">
        <w:rPr>
          <w:sz w:val="23"/>
          <w:szCs w:val="23"/>
        </w:rPr>
        <w:t>Teacher at head of line when leaving yard</w:t>
      </w:r>
      <w:r>
        <w:rPr>
          <w:sz w:val="23"/>
          <w:szCs w:val="23"/>
        </w:rPr>
        <w:t>.</w:t>
      </w:r>
      <w:r w:rsidRPr="002805A5">
        <w:rPr>
          <w:sz w:val="23"/>
          <w:szCs w:val="23"/>
        </w:rPr>
        <w:t xml:space="preserve"> </w:t>
      </w:r>
    </w:p>
    <w:p w14:paraId="5C1555CA" w14:textId="77777777" w:rsidR="00770158" w:rsidRDefault="00770158" w:rsidP="00770158">
      <w:pPr>
        <w:pStyle w:val="Default"/>
        <w:numPr>
          <w:ilvl w:val="0"/>
          <w:numId w:val="25"/>
        </w:numPr>
        <w:rPr>
          <w:sz w:val="23"/>
          <w:szCs w:val="23"/>
        </w:rPr>
      </w:pPr>
      <w:r w:rsidRPr="002805A5">
        <w:rPr>
          <w:sz w:val="23"/>
          <w:szCs w:val="23"/>
        </w:rPr>
        <w:t>No class is left unsupervised in the yard</w:t>
      </w:r>
      <w:r>
        <w:rPr>
          <w:sz w:val="23"/>
          <w:szCs w:val="23"/>
        </w:rPr>
        <w:t>.</w:t>
      </w:r>
      <w:r w:rsidRPr="002805A5">
        <w:rPr>
          <w:sz w:val="23"/>
          <w:szCs w:val="23"/>
        </w:rPr>
        <w:t xml:space="preserve"> </w:t>
      </w:r>
    </w:p>
    <w:p w14:paraId="39890026" w14:textId="77777777" w:rsidR="00770158" w:rsidRPr="002805A5" w:rsidRDefault="00770158" w:rsidP="00770158">
      <w:pPr>
        <w:pStyle w:val="Default"/>
        <w:ind w:left="720"/>
        <w:rPr>
          <w:sz w:val="23"/>
          <w:szCs w:val="23"/>
        </w:rPr>
      </w:pPr>
    </w:p>
    <w:p w14:paraId="57D77C82" w14:textId="77777777" w:rsidR="00770158" w:rsidRPr="002805A5" w:rsidRDefault="00770158" w:rsidP="00770158">
      <w:pPr>
        <w:shd w:val="clear" w:color="auto" w:fill="FFFFFF"/>
        <w:spacing w:before="100" w:beforeAutospacing="1" w:after="100" w:afterAutospacing="1" w:line="240" w:lineRule="auto"/>
        <w:outlineLvl w:val="2"/>
        <w:rPr>
          <w:rFonts w:ascii="Times New Roman" w:eastAsia="Times New Roman" w:hAnsi="Times New Roman" w:cs="Times New Roman"/>
          <w:b/>
          <w:bCs/>
          <w:color w:val="333333"/>
          <w:sz w:val="28"/>
          <w:szCs w:val="28"/>
          <w:lang w:eastAsia="en-IE"/>
        </w:rPr>
      </w:pPr>
      <w:r w:rsidRPr="002805A5">
        <w:rPr>
          <w:rFonts w:ascii="Times New Roman" w:eastAsia="Times New Roman" w:hAnsi="Times New Roman" w:cs="Times New Roman"/>
          <w:b/>
          <w:bCs/>
          <w:color w:val="333333"/>
          <w:sz w:val="28"/>
          <w:szCs w:val="28"/>
          <w:lang w:eastAsia="en-IE"/>
        </w:rPr>
        <w:t>Safety Considerations</w:t>
      </w:r>
    </w:p>
    <w:p w14:paraId="00D064BE" w14:textId="77777777" w:rsidR="00770158" w:rsidRPr="002805A5" w:rsidRDefault="00770158" w:rsidP="00770158">
      <w:pPr>
        <w:numPr>
          <w:ilvl w:val="0"/>
          <w:numId w:val="24"/>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2805A5">
        <w:rPr>
          <w:rFonts w:ascii="Times New Roman" w:eastAsia="Times New Roman" w:hAnsi="Times New Roman" w:cs="Times New Roman"/>
          <w:color w:val="333333"/>
          <w:sz w:val="24"/>
          <w:szCs w:val="24"/>
          <w:lang w:eastAsia="en-IE"/>
        </w:rPr>
        <w:t xml:space="preserve">Pupils are expected to follow the code of </w:t>
      </w:r>
      <w:proofErr w:type="spellStart"/>
      <w:r w:rsidRPr="002805A5">
        <w:rPr>
          <w:rFonts w:ascii="Times New Roman" w:eastAsia="Times New Roman" w:hAnsi="Times New Roman" w:cs="Times New Roman"/>
          <w:color w:val="333333"/>
          <w:sz w:val="24"/>
          <w:szCs w:val="24"/>
          <w:lang w:eastAsia="en-IE"/>
        </w:rPr>
        <w:t>behaviour</w:t>
      </w:r>
      <w:proofErr w:type="spellEnd"/>
      <w:r w:rsidRPr="002805A5">
        <w:rPr>
          <w:rFonts w:ascii="Times New Roman" w:eastAsia="Times New Roman" w:hAnsi="Times New Roman" w:cs="Times New Roman"/>
          <w:color w:val="333333"/>
          <w:sz w:val="24"/>
          <w:szCs w:val="24"/>
          <w:lang w:eastAsia="en-IE"/>
        </w:rPr>
        <w:t xml:space="preserve"> during yard time.</w:t>
      </w:r>
    </w:p>
    <w:p w14:paraId="55B57482" w14:textId="77777777" w:rsidR="00770158" w:rsidRPr="002805A5" w:rsidRDefault="00770158" w:rsidP="00770158">
      <w:pPr>
        <w:numPr>
          <w:ilvl w:val="0"/>
          <w:numId w:val="24"/>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2805A5">
        <w:rPr>
          <w:rFonts w:ascii="Times New Roman" w:eastAsia="Times New Roman" w:hAnsi="Times New Roman" w:cs="Times New Roman"/>
          <w:color w:val="333333"/>
          <w:sz w:val="24"/>
          <w:szCs w:val="24"/>
          <w:lang w:eastAsia="en-IE"/>
        </w:rPr>
        <w:t>Dangerous or rough play is prohibited.</w:t>
      </w:r>
    </w:p>
    <w:p w14:paraId="2D4394DE" w14:textId="77777777" w:rsidR="00770158" w:rsidRPr="002805A5" w:rsidRDefault="00770158" w:rsidP="00770158">
      <w:pPr>
        <w:numPr>
          <w:ilvl w:val="0"/>
          <w:numId w:val="24"/>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2805A5">
        <w:rPr>
          <w:rFonts w:ascii="Times New Roman" w:eastAsia="Times New Roman" w:hAnsi="Times New Roman" w:cs="Times New Roman"/>
          <w:color w:val="333333"/>
          <w:sz w:val="24"/>
          <w:szCs w:val="24"/>
          <w:lang w:eastAsia="en-IE"/>
        </w:rPr>
        <w:t>First aid procedures are followed for any injuries sustained during yard time.</w:t>
      </w:r>
    </w:p>
    <w:p w14:paraId="14B2CE56" w14:textId="77777777" w:rsidR="00770158" w:rsidRPr="002805A5" w:rsidRDefault="00770158" w:rsidP="00770158">
      <w:pPr>
        <w:numPr>
          <w:ilvl w:val="0"/>
          <w:numId w:val="24"/>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2805A5">
        <w:rPr>
          <w:rFonts w:ascii="Times New Roman" w:eastAsia="Times New Roman" w:hAnsi="Times New Roman" w:cs="Times New Roman"/>
          <w:color w:val="333333"/>
          <w:sz w:val="24"/>
          <w:szCs w:val="24"/>
          <w:lang w:eastAsia="en-IE"/>
        </w:rPr>
        <w:t xml:space="preserve">Incident and accident reports are written and given to Emma Lane, AP11. </w:t>
      </w:r>
    </w:p>
    <w:p w14:paraId="2AA269DF" w14:textId="77777777" w:rsidR="00770158" w:rsidRPr="002805A5" w:rsidRDefault="00770158" w:rsidP="00770158">
      <w:pPr>
        <w:numPr>
          <w:ilvl w:val="0"/>
          <w:numId w:val="24"/>
        </w:numPr>
        <w:spacing w:before="100" w:beforeAutospacing="1" w:after="100" w:afterAutospacing="1" w:line="240" w:lineRule="auto"/>
        <w:textAlignment w:val="baseline"/>
        <w:rPr>
          <w:rFonts w:ascii="Times New Roman" w:eastAsia="Times New Roman" w:hAnsi="Times New Roman" w:cs="Times New Roman"/>
          <w:color w:val="333333"/>
          <w:sz w:val="24"/>
          <w:szCs w:val="24"/>
          <w:lang w:eastAsia="en-IE"/>
        </w:rPr>
      </w:pPr>
      <w:r w:rsidRPr="002805A5">
        <w:rPr>
          <w:rFonts w:ascii="Times New Roman" w:eastAsia="Times New Roman" w:hAnsi="Times New Roman" w:cs="Times New Roman"/>
          <w:color w:val="333333"/>
          <w:sz w:val="24"/>
          <w:szCs w:val="24"/>
          <w:lang w:eastAsia="en-IE"/>
        </w:rPr>
        <w:t xml:space="preserve">Teachers and pupils are aware of boundaries. These boundaries are fences, grassy areas or yard markings. </w:t>
      </w:r>
    </w:p>
    <w:p w14:paraId="33C4656E" w14:textId="77777777" w:rsidR="00770158" w:rsidRPr="002805A5" w:rsidRDefault="00770158" w:rsidP="00770158">
      <w:pPr>
        <w:pStyle w:val="Default"/>
        <w:numPr>
          <w:ilvl w:val="0"/>
          <w:numId w:val="24"/>
        </w:numPr>
      </w:pPr>
      <w:r w:rsidRPr="002805A5">
        <w:rPr>
          <w:rFonts w:eastAsia="Times New Roman"/>
          <w:color w:val="333333"/>
          <w:lang w:eastAsia="en-IE"/>
        </w:rPr>
        <w:t xml:space="preserve">Pupils are encouraged to use the facilities prior to leaving the classroom. </w:t>
      </w:r>
    </w:p>
    <w:p w14:paraId="10740980" w14:textId="77777777" w:rsidR="00770158" w:rsidRPr="002805A5" w:rsidRDefault="00770158" w:rsidP="00770158">
      <w:pPr>
        <w:pStyle w:val="Default"/>
        <w:ind w:left="720"/>
        <w:rPr>
          <w:sz w:val="23"/>
          <w:szCs w:val="23"/>
        </w:rPr>
      </w:pPr>
      <w:r w:rsidRPr="002805A5">
        <w:rPr>
          <w:sz w:val="23"/>
          <w:szCs w:val="23"/>
        </w:rPr>
        <w:t>Students must remain on the yard for period of the break, exceptional cases must be agreed in advance of break</w:t>
      </w:r>
      <w:r>
        <w:rPr>
          <w:sz w:val="23"/>
          <w:szCs w:val="23"/>
        </w:rPr>
        <w:t>/lunch</w:t>
      </w:r>
      <w:r w:rsidRPr="002805A5">
        <w:rPr>
          <w:sz w:val="23"/>
          <w:szCs w:val="23"/>
        </w:rPr>
        <w:t xml:space="preserve"> between class teacher and teacher on duty. </w:t>
      </w:r>
    </w:p>
    <w:p w14:paraId="4E9D337D" w14:textId="77777777" w:rsidR="00770158" w:rsidRPr="002805A5" w:rsidRDefault="00770158" w:rsidP="00770158">
      <w:pPr>
        <w:pStyle w:val="Default"/>
        <w:ind w:left="720"/>
        <w:rPr>
          <w:sz w:val="23"/>
          <w:szCs w:val="23"/>
        </w:rPr>
      </w:pPr>
    </w:p>
    <w:p w14:paraId="7FCD20E4" w14:textId="77777777" w:rsidR="00770158" w:rsidRDefault="00770158" w:rsidP="00770158">
      <w:pPr>
        <w:pStyle w:val="Default"/>
        <w:ind w:left="720"/>
        <w:rPr>
          <w:sz w:val="23"/>
          <w:szCs w:val="23"/>
        </w:rPr>
      </w:pPr>
    </w:p>
    <w:p w14:paraId="7B73CCE6" w14:textId="77777777" w:rsidR="00770158" w:rsidRPr="002805A5" w:rsidRDefault="00770158" w:rsidP="00770158">
      <w:pPr>
        <w:pStyle w:val="Default"/>
        <w:ind w:left="720"/>
        <w:rPr>
          <w:sz w:val="23"/>
          <w:szCs w:val="23"/>
        </w:rPr>
      </w:pPr>
    </w:p>
    <w:p w14:paraId="2488A059" w14:textId="77777777" w:rsidR="00770158" w:rsidRPr="002805A5" w:rsidRDefault="00770158" w:rsidP="00770158">
      <w:pPr>
        <w:pStyle w:val="Default"/>
        <w:rPr>
          <w:b/>
          <w:bCs/>
          <w:sz w:val="28"/>
          <w:szCs w:val="28"/>
        </w:rPr>
      </w:pPr>
      <w:r w:rsidRPr="002805A5">
        <w:rPr>
          <w:b/>
          <w:bCs/>
          <w:sz w:val="28"/>
          <w:szCs w:val="28"/>
        </w:rPr>
        <w:t xml:space="preserve">SUCCESS CRITERIA </w:t>
      </w:r>
    </w:p>
    <w:p w14:paraId="287C3580" w14:textId="77777777" w:rsidR="00770158" w:rsidRPr="002805A5" w:rsidRDefault="00770158" w:rsidP="00770158">
      <w:pPr>
        <w:pStyle w:val="Default"/>
        <w:rPr>
          <w:sz w:val="22"/>
          <w:szCs w:val="22"/>
        </w:rPr>
      </w:pPr>
    </w:p>
    <w:p w14:paraId="401D27B2" w14:textId="77777777" w:rsidR="00770158" w:rsidRPr="002805A5" w:rsidRDefault="00770158" w:rsidP="00770158">
      <w:pPr>
        <w:pStyle w:val="Default"/>
        <w:rPr>
          <w:sz w:val="22"/>
          <w:szCs w:val="22"/>
        </w:rPr>
      </w:pPr>
      <w:r w:rsidRPr="002805A5">
        <w:rPr>
          <w:sz w:val="22"/>
          <w:szCs w:val="22"/>
        </w:rPr>
        <w:t xml:space="preserve">This policy will be deemed to be successful when the following are observed: </w:t>
      </w:r>
    </w:p>
    <w:p w14:paraId="3988BA58" w14:textId="77777777" w:rsidR="00770158" w:rsidRPr="002805A5" w:rsidRDefault="00770158" w:rsidP="00770158">
      <w:pPr>
        <w:pStyle w:val="Default"/>
        <w:rPr>
          <w:sz w:val="22"/>
          <w:szCs w:val="22"/>
        </w:rPr>
      </w:pPr>
    </w:p>
    <w:p w14:paraId="4D61A446" w14:textId="77777777" w:rsidR="00770158" w:rsidRPr="002805A5" w:rsidRDefault="00770158" w:rsidP="00770158">
      <w:pPr>
        <w:pStyle w:val="Default"/>
        <w:numPr>
          <w:ilvl w:val="0"/>
          <w:numId w:val="25"/>
        </w:numPr>
        <w:spacing w:after="158"/>
        <w:rPr>
          <w:sz w:val="22"/>
          <w:szCs w:val="22"/>
        </w:rPr>
      </w:pPr>
      <w:r w:rsidRPr="002805A5">
        <w:rPr>
          <w:sz w:val="22"/>
          <w:szCs w:val="22"/>
        </w:rPr>
        <w:t>Positive behaviour in class rooms, playground and school environment</w:t>
      </w:r>
      <w:r>
        <w:rPr>
          <w:sz w:val="22"/>
          <w:szCs w:val="22"/>
        </w:rPr>
        <w:t>.</w:t>
      </w:r>
    </w:p>
    <w:p w14:paraId="35E7F742" w14:textId="77777777" w:rsidR="00770158" w:rsidRPr="002805A5" w:rsidRDefault="00770158" w:rsidP="00770158">
      <w:pPr>
        <w:pStyle w:val="Default"/>
        <w:numPr>
          <w:ilvl w:val="0"/>
          <w:numId w:val="25"/>
        </w:numPr>
        <w:spacing w:after="158"/>
        <w:rPr>
          <w:sz w:val="22"/>
          <w:szCs w:val="22"/>
        </w:rPr>
      </w:pPr>
      <w:r w:rsidRPr="002805A5">
        <w:rPr>
          <w:sz w:val="22"/>
          <w:szCs w:val="22"/>
        </w:rPr>
        <w:t>Practices and procedures listed in this policy being consistently implemented by teachers</w:t>
      </w:r>
      <w:r>
        <w:rPr>
          <w:sz w:val="22"/>
          <w:szCs w:val="22"/>
        </w:rPr>
        <w:t>.</w:t>
      </w:r>
    </w:p>
    <w:p w14:paraId="1F05730C" w14:textId="77777777" w:rsidR="00770158" w:rsidRPr="002805A5" w:rsidRDefault="00770158" w:rsidP="00770158">
      <w:pPr>
        <w:pStyle w:val="Default"/>
        <w:numPr>
          <w:ilvl w:val="0"/>
          <w:numId w:val="25"/>
        </w:numPr>
        <w:rPr>
          <w:sz w:val="22"/>
          <w:szCs w:val="22"/>
        </w:rPr>
      </w:pPr>
      <w:r w:rsidRPr="002805A5">
        <w:rPr>
          <w:sz w:val="22"/>
          <w:szCs w:val="22"/>
        </w:rPr>
        <w:t xml:space="preserve">Positive feedback from teachers, parents and pupils. </w:t>
      </w:r>
    </w:p>
    <w:p w14:paraId="2F1B658F" w14:textId="77777777" w:rsidR="00770158" w:rsidRPr="002805A5" w:rsidRDefault="00770158" w:rsidP="00770158">
      <w:pPr>
        <w:shd w:val="clear" w:color="auto" w:fill="FFFFFF"/>
        <w:spacing w:before="100" w:beforeAutospacing="1" w:after="100" w:afterAutospacing="1" w:line="240" w:lineRule="auto"/>
        <w:outlineLvl w:val="2"/>
        <w:rPr>
          <w:rFonts w:ascii="Times New Roman" w:eastAsia="Times New Roman" w:hAnsi="Times New Roman" w:cs="Times New Roman"/>
          <w:color w:val="333333"/>
          <w:sz w:val="27"/>
          <w:szCs w:val="27"/>
          <w:lang w:eastAsia="en-IE"/>
        </w:rPr>
      </w:pPr>
    </w:p>
    <w:p w14:paraId="4913DC64" w14:textId="77777777" w:rsidR="00770158" w:rsidRPr="002805A5" w:rsidRDefault="00770158" w:rsidP="00770158">
      <w:pPr>
        <w:shd w:val="clear" w:color="auto" w:fill="FFFFFF"/>
        <w:spacing w:before="100" w:beforeAutospacing="1" w:after="100" w:afterAutospacing="1" w:line="240" w:lineRule="auto"/>
        <w:outlineLvl w:val="2"/>
        <w:rPr>
          <w:rFonts w:ascii="Times New Roman" w:eastAsia="Times New Roman" w:hAnsi="Times New Roman" w:cs="Times New Roman"/>
          <w:color w:val="333333"/>
          <w:sz w:val="27"/>
          <w:szCs w:val="27"/>
          <w:lang w:eastAsia="en-IE"/>
        </w:rPr>
      </w:pPr>
    </w:p>
    <w:p w14:paraId="19FAC012" w14:textId="77777777" w:rsidR="00770158" w:rsidRPr="002805A5" w:rsidRDefault="00770158" w:rsidP="00770158">
      <w:pPr>
        <w:shd w:val="clear" w:color="auto" w:fill="FFFFFF"/>
        <w:spacing w:before="100" w:beforeAutospacing="1" w:after="100" w:afterAutospacing="1" w:line="240" w:lineRule="auto"/>
        <w:outlineLvl w:val="2"/>
        <w:rPr>
          <w:rFonts w:ascii="Times New Roman" w:eastAsia="Times New Roman" w:hAnsi="Times New Roman" w:cs="Times New Roman"/>
          <w:color w:val="333333"/>
          <w:sz w:val="27"/>
          <w:szCs w:val="27"/>
          <w:lang w:eastAsia="en-IE"/>
        </w:rPr>
      </w:pPr>
    </w:p>
    <w:p w14:paraId="43A740EA" w14:textId="77777777" w:rsidR="00770158" w:rsidRPr="002805A5" w:rsidRDefault="00770158" w:rsidP="00770158">
      <w:pPr>
        <w:shd w:val="clear" w:color="auto" w:fill="FFFFFF"/>
        <w:spacing w:before="100" w:beforeAutospacing="1" w:after="100" w:afterAutospacing="1" w:line="240" w:lineRule="auto"/>
        <w:outlineLvl w:val="2"/>
        <w:rPr>
          <w:rFonts w:ascii="Times New Roman" w:eastAsia="Times New Roman" w:hAnsi="Times New Roman" w:cs="Times New Roman"/>
          <w:b/>
          <w:bCs/>
          <w:color w:val="333333"/>
          <w:sz w:val="28"/>
          <w:szCs w:val="28"/>
          <w:lang w:eastAsia="en-IE"/>
        </w:rPr>
      </w:pPr>
      <w:r w:rsidRPr="002805A5">
        <w:rPr>
          <w:rFonts w:ascii="Times New Roman" w:eastAsia="Times New Roman" w:hAnsi="Times New Roman" w:cs="Times New Roman"/>
          <w:b/>
          <w:bCs/>
          <w:color w:val="333333"/>
          <w:sz w:val="28"/>
          <w:szCs w:val="28"/>
          <w:lang w:eastAsia="en-IE"/>
        </w:rPr>
        <w:t>Review</w:t>
      </w:r>
    </w:p>
    <w:p w14:paraId="02722AB3" w14:textId="77777777" w:rsidR="00770158" w:rsidRDefault="00770158" w:rsidP="00770158">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en-IE"/>
        </w:rPr>
      </w:pPr>
      <w:r w:rsidRPr="002805A5">
        <w:rPr>
          <w:rFonts w:ascii="Times New Roman" w:eastAsia="Times New Roman" w:hAnsi="Times New Roman" w:cs="Times New Roman"/>
          <w:color w:val="333333"/>
          <w:sz w:val="24"/>
          <w:szCs w:val="24"/>
          <w:lang w:eastAsia="en-IE"/>
        </w:rPr>
        <w:t>This policy will be reviewed regularly by the Board of Management to ensure compliance with Department of Education requirements and to meet the needs of the school community</w:t>
      </w:r>
      <w:r>
        <w:rPr>
          <w:rFonts w:ascii="Times New Roman" w:eastAsia="Times New Roman" w:hAnsi="Times New Roman" w:cs="Times New Roman"/>
          <w:color w:val="333333"/>
          <w:sz w:val="24"/>
          <w:szCs w:val="24"/>
          <w:lang w:eastAsia="en-IE"/>
        </w:rPr>
        <w:t>.</w:t>
      </w:r>
    </w:p>
    <w:p w14:paraId="59689C69" w14:textId="4759B23B" w:rsidR="00B4354F" w:rsidRPr="00770158" w:rsidRDefault="00B4354F" w:rsidP="00770158">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en-IE"/>
        </w:rPr>
      </w:pPr>
    </w:p>
    <w:sectPr w:rsidR="00B4354F" w:rsidRPr="00770158" w:rsidSect="00034616">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3AC26" w14:textId="77777777" w:rsidR="008C2D37" w:rsidRDefault="008C2D37" w:rsidP="00F43F9A">
      <w:pPr>
        <w:spacing w:after="0" w:line="240" w:lineRule="auto"/>
      </w:pPr>
      <w:r>
        <w:separator/>
      </w:r>
    </w:p>
  </w:endnote>
  <w:endnote w:type="continuationSeparator" w:id="0">
    <w:p w14:paraId="01BB36DC" w14:textId="77777777" w:rsidR="008C2D37" w:rsidRDefault="008C2D37" w:rsidP="00F43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altName w:val="Arial"/>
    <w:charset w:val="00"/>
    <w:family w:val="swiss"/>
    <w:pitch w:val="variable"/>
    <w:sig w:usb0="00000001"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7811341"/>
      <w:docPartObj>
        <w:docPartGallery w:val="Page Numbers (Bottom of Page)"/>
        <w:docPartUnique/>
      </w:docPartObj>
    </w:sdtPr>
    <w:sdtEndPr/>
    <w:sdtContent>
      <w:p w14:paraId="6A48A88B" w14:textId="677CB90C" w:rsidR="00F43F9A" w:rsidRDefault="00F43F9A">
        <w:pPr>
          <w:pStyle w:val="Footer"/>
          <w:jc w:val="center"/>
        </w:pPr>
        <w:r>
          <w:fldChar w:fldCharType="begin"/>
        </w:r>
        <w:r>
          <w:instrText>PAGE   \* MERGEFORMAT</w:instrText>
        </w:r>
        <w:r>
          <w:fldChar w:fldCharType="separate"/>
        </w:r>
        <w:r>
          <w:rPr>
            <w:lang w:val="en-GB"/>
          </w:rPr>
          <w:t>2</w:t>
        </w:r>
        <w:r>
          <w:fldChar w:fldCharType="end"/>
        </w:r>
      </w:p>
    </w:sdtContent>
  </w:sdt>
  <w:p w14:paraId="1DC433A2" w14:textId="77777777" w:rsidR="00F43F9A" w:rsidRDefault="00F43F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2AA86" w14:textId="77777777" w:rsidR="008C2D37" w:rsidRDefault="008C2D37" w:rsidP="00F43F9A">
      <w:pPr>
        <w:spacing w:after="0" w:line="240" w:lineRule="auto"/>
      </w:pPr>
      <w:r>
        <w:separator/>
      </w:r>
    </w:p>
  </w:footnote>
  <w:footnote w:type="continuationSeparator" w:id="0">
    <w:p w14:paraId="5904635F" w14:textId="77777777" w:rsidR="008C2D37" w:rsidRDefault="008C2D37" w:rsidP="00F43F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4B4358"/>
    <w:multiLevelType w:val="hybridMultilevel"/>
    <w:tmpl w:val="50647F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8F653AF"/>
    <w:multiLevelType w:val="multilevel"/>
    <w:tmpl w:val="389C308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1D865708"/>
    <w:multiLevelType w:val="multilevel"/>
    <w:tmpl w:val="3078E03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205D5025"/>
    <w:multiLevelType w:val="multilevel"/>
    <w:tmpl w:val="C77ECA1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266071B6"/>
    <w:multiLevelType w:val="multilevel"/>
    <w:tmpl w:val="67546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E31B7F"/>
    <w:multiLevelType w:val="hybridMultilevel"/>
    <w:tmpl w:val="D74E7B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C863E51"/>
    <w:multiLevelType w:val="multilevel"/>
    <w:tmpl w:val="DED2D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C0756D"/>
    <w:multiLevelType w:val="multilevel"/>
    <w:tmpl w:val="5CA6D67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 w15:restartNumberingAfterBreak="0">
    <w:nsid w:val="3DEB22DB"/>
    <w:multiLevelType w:val="multilevel"/>
    <w:tmpl w:val="C71CF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A30B48"/>
    <w:multiLevelType w:val="multilevel"/>
    <w:tmpl w:val="1070D7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261FB1"/>
    <w:multiLevelType w:val="hybridMultilevel"/>
    <w:tmpl w:val="19E8564A"/>
    <w:lvl w:ilvl="0" w:tplc="E5FA56CC">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51E0839"/>
    <w:multiLevelType w:val="hybridMultilevel"/>
    <w:tmpl w:val="8802346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69C4868"/>
    <w:multiLevelType w:val="multilevel"/>
    <w:tmpl w:val="FA403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C22939"/>
    <w:multiLevelType w:val="multilevel"/>
    <w:tmpl w:val="6D9A1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584C70"/>
    <w:multiLevelType w:val="multilevel"/>
    <w:tmpl w:val="30849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C46A2D"/>
    <w:multiLevelType w:val="multilevel"/>
    <w:tmpl w:val="324E25E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5" w15:restartNumberingAfterBreak="0">
    <w:nsid w:val="6D1A53FD"/>
    <w:multiLevelType w:val="multilevel"/>
    <w:tmpl w:val="CB529BF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24"/>
  </w:num>
  <w:num w:numId="11">
    <w:abstractNumId w:val="12"/>
  </w:num>
  <w:num w:numId="12">
    <w:abstractNumId w:val="11"/>
  </w:num>
  <w:num w:numId="13">
    <w:abstractNumId w:val="9"/>
  </w:num>
  <w:num w:numId="14">
    <w:abstractNumId w:val="16"/>
  </w:num>
  <w:num w:numId="15">
    <w:abstractNumId w:val="25"/>
  </w:num>
  <w:num w:numId="16">
    <w:abstractNumId w:val="10"/>
  </w:num>
  <w:num w:numId="17">
    <w:abstractNumId w:val="15"/>
  </w:num>
  <w:num w:numId="18">
    <w:abstractNumId w:val="20"/>
  </w:num>
  <w:num w:numId="19">
    <w:abstractNumId w:val="17"/>
  </w:num>
  <w:num w:numId="20">
    <w:abstractNumId w:val="21"/>
  </w:num>
  <w:num w:numId="21">
    <w:abstractNumId w:val="22"/>
  </w:num>
  <w:num w:numId="22">
    <w:abstractNumId w:val="18"/>
  </w:num>
  <w:num w:numId="23">
    <w:abstractNumId w:val="13"/>
  </w:num>
  <w:num w:numId="24">
    <w:abstractNumId w:val="23"/>
  </w:num>
  <w:num w:numId="25">
    <w:abstractNumId w:val="19"/>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7291"/>
    <w:rsid w:val="00126044"/>
    <w:rsid w:val="001344FC"/>
    <w:rsid w:val="0015074B"/>
    <w:rsid w:val="00181380"/>
    <w:rsid w:val="00205D0D"/>
    <w:rsid w:val="00250971"/>
    <w:rsid w:val="00272862"/>
    <w:rsid w:val="0029639D"/>
    <w:rsid w:val="003026D2"/>
    <w:rsid w:val="00326F90"/>
    <w:rsid w:val="00474601"/>
    <w:rsid w:val="004A5339"/>
    <w:rsid w:val="00587553"/>
    <w:rsid w:val="006570D8"/>
    <w:rsid w:val="00662DA4"/>
    <w:rsid w:val="00681F31"/>
    <w:rsid w:val="006B531C"/>
    <w:rsid w:val="006C36AC"/>
    <w:rsid w:val="006E1C76"/>
    <w:rsid w:val="00770158"/>
    <w:rsid w:val="00771558"/>
    <w:rsid w:val="007B39BA"/>
    <w:rsid w:val="00886573"/>
    <w:rsid w:val="008C2D37"/>
    <w:rsid w:val="00AA1D8D"/>
    <w:rsid w:val="00AC34E3"/>
    <w:rsid w:val="00AD1707"/>
    <w:rsid w:val="00AF30DB"/>
    <w:rsid w:val="00B4354F"/>
    <w:rsid w:val="00B47730"/>
    <w:rsid w:val="00BB0D34"/>
    <w:rsid w:val="00CB0664"/>
    <w:rsid w:val="00D93E06"/>
    <w:rsid w:val="00E0175F"/>
    <w:rsid w:val="00E22194"/>
    <w:rsid w:val="00E22D01"/>
    <w:rsid w:val="00EB1E04"/>
    <w:rsid w:val="00F32245"/>
    <w:rsid w:val="00F43F9A"/>
    <w:rsid w:val="00F459F2"/>
    <w:rsid w:val="00FC693F"/>
    <w:rsid w:val="00FD14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552EFD"/>
  <w14:defaultImageDpi w14:val="300"/>
  <w15:docId w15:val="{9E0B434B-F214-48A2-BA77-700E3D3ED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2509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0971"/>
    <w:rPr>
      <w:rFonts w:ascii="Segoe UI" w:hAnsi="Segoe UI" w:cs="Segoe UI"/>
      <w:sz w:val="18"/>
      <w:szCs w:val="18"/>
    </w:rPr>
  </w:style>
  <w:style w:type="table" w:customStyle="1" w:styleId="TableGrid1">
    <w:name w:val="Table Grid1"/>
    <w:basedOn w:val="TableNormal"/>
    <w:next w:val="TableGrid"/>
    <w:uiPriority w:val="59"/>
    <w:rsid w:val="00886573"/>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70158"/>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Default">
    <w:name w:val="Default"/>
    <w:rsid w:val="00770158"/>
    <w:pPr>
      <w:autoSpaceDE w:val="0"/>
      <w:autoSpaceDN w:val="0"/>
      <w:adjustRightInd w:val="0"/>
      <w:spacing w:after="0" w:line="240" w:lineRule="auto"/>
    </w:pPr>
    <w:rPr>
      <w:rFonts w:ascii="Times New Roman" w:eastAsiaTheme="minorHAnsi" w:hAnsi="Times New Roman" w:cs="Times New Roman"/>
      <w:color w:val="000000"/>
      <w:sz w:val="24"/>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BE957-80C2-488B-B0DF-7A65A9662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25</Pages>
  <Words>5427</Words>
  <Characters>30935</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36290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Caitríona</cp:lastModifiedBy>
  <cp:revision>9</cp:revision>
  <cp:lastPrinted>2026-03-10T16:24:00Z</cp:lastPrinted>
  <dcterms:created xsi:type="dcterms:W3CDTF">2026-05-11T07:49:00Z</dcterms:created>
  <dcterms:modified xsi:type="dcterms:W3CDTF">2026-06-24T12:38:00Z</dcterms:modified>
  <cp:category/>
</cp:coreProperties>
</file>