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OXY vs. XOP (E&amp;P ETF) — Indexed to 100 at Q1 2026 Earnings Date (May 5, 2026). Source: Stock Price Data (Yahoo Finance).</w:t>
      </w:r>
    </w:p>
    <w:p>
      <w:r>
        <w:br w:type="page"/>
      </w:r>
    </w:p>
    <w:p>
      <w:r>
        <w:br w:type="page"/>
      </w:r>
    </w:p>
    <w:p>
      <w:r>
        <w:br w:type="page"/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