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sz w:val="36"/>
        </w:rPr>
        <w:t>Character Sheet</w:t>
      </w:r>
    </w:p>
    <w:p>
      <w:r>
        <w:rPr>
          <w:rFonts w:ascii="Calibri" w:hAnsi="Calibri" w:eastAsia="Calibri"/>
          <w:b w:val="0"/>
          <w:color w:val="9A8F86"/>
          <w:sz w:val="16"/>
        </w:rPr>
        <w:t>litmemo.com/en/templates/character-sheet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Calibri" w:hAnsi="Calibri" w:eastAsia="Calibri"/>
                <w:b/>
              </w:rPr>
              <w:t>Character name</w:t>
            </w:r>
          </w:p>
        </w:tc>
        <w:tc>
          <w:tcPr>
            <w:tcW w:type="dxa" w:w="5046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Basics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Name / alias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Age / birthday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Gender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Height &amp; build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Affiliation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Appearance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Hair, eyes, skin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Wardrobe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Trademark detail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Inner life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Personality (three words + one caveat)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Values / the line they won't cross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Strengths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Flaws &amp; weaknesses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Fear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Want (stated / real)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Speech pattern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Background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Hometown &amp; upbringing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Family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The defining past event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Secret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Relationships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Key relationships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Enemies &amp; grudges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Story role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Role in the story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State at start → state at end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Calibri" w:hAnsi="Calibri" w:eastAsia="Calibri"/>
                <w:b w:val="0"/>
              </w:rPr>
              <w:t>One-line pitch</w:t>
            </w:r>
          </w:p>
        </w:tc>
        <w:tc>
          <w:tcPr>
            <w:tcW w:type="dxa" w:w="6690"/>
          </w:tcPr>
          <w:p/>
        </w:tc>
      </w:tr>
    </w:tbl>
    <w:p>
      <w:r>
        <w:br w:type="page"/>
      </w:r>
    </w:p>
    <w:p>
      <w:r>
        <w:rPr>
          <w:rFonts w:ascii="Calibri" w:hAnsi="Calibri" w:eastAsia="Calibri"/>
          <w:b/>
          <w:sz w:val="28"/>
        </w:rPr>
        <w:t>Mini sheet — side characters (6 fields)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Field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Character 1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Character 2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Calibri" w:hAnsi="Calibri" w:eastAsia="Calibri"/>
                <w:b/>
              </w:rPr>
              <w:t>Character 3</w:t>
            </w:r>
          </w:p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Name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Role in the story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One-line look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One personality tell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What they want from the lead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Calibri" w:hAnsi="Calibri" w:eastAsia="Calibri"/>
                <w:b w:val="0"/>
              </w:rPr>
              <w:t>Speech tell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spacing w:before="200"/>
      </w:pPr>
      <w:r>
        <w:rPr>
          <w:rFonts w:ascii="Calibri" w:hAnsi="Calibri" w:eastAsia="Calibri"/>
          <w:b/>
        </w:rPr>
        <w:t>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rPr>
          <w:trHeight w:val="3402"/>
        </w:trPr>
        <w:tc>
          <w:tcPr>
            <w:tcW w:type="dxa" w:w="10092"/>
          </w:tcPr>
          <w:p/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Sheet</dc:title>
  <dc:subject/>
  <dc:creator>LitMemo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