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Yu Gothic" w:hAnsi="Yu Gothic" w:eastAsia="Yu Gothic"/>
          <w:b/>
          <w:sz w:val="36"/>
        </w:rPr>
        <w:t>キャラクター設定表</w:t>
      </w:r>
    </w:p>
    <w:p>
      <w:r>
        <w:rPr>
          <w:rFonts w:ascii="Yu Gothic" w:hAnsi="Yu Gothic" w:eastAsia="Yu Gothic"/>
          <w:b w:val="0"/>
          <w:color w:val="9A8F86"/>
          <w:sz w:val="16"/>
        </w:rPr>
        <w:t>litmemo.com/ja/templates/character-sheet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Yu Gothic" w:hAnsi="Yu Gothic" w:eastAsia="Yu Gothic"/>
                <w:b/>
              </w:rPr>
              <w:t>キャラクター名</w:t>
            </w:r>
          </w:p>
        </w:tc>
        <w:tc>
          <w:tcPr>
            <w:tcW w:type="dxa" w:w="5046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基本情報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名前／別名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年齢／誕生日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性別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身長・体格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所属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外見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髪・目・肌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服装の傾向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トレードマーク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内面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性格（キーワード3つ＋補足）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価値観・譲れないもの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長所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短所・弱点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恐れているもの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欲しいもの（表／裏）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口癖／口調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背景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出身地・育ち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家族構成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過去の決定的な出来事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秘密（誰が知っているか）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人間関係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主要な関係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敵対・確執</w:t>
            </w:r>
          </w:p>
        </w:tc>
        <w:tc>
          <w:tcPr>
            <w:tcW w:type="dxa" w:w="6690"/>
          </w:tcPr>
          <w:p/>
        </w:tc>
      </w:tr>
    </w:tbl>
    <w:p>
      <w:pPr>
        <w:spacing w:before="160"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690"/>
            <w:gridSpan w:val="2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物語上の役割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物語での役割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最初の状態 → 最後の状態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</w:tcPr>
          <w:p>
            <w:r>
              <w:rPr>
                <w:rFonts w:ascii="Yu Gothic" w:hAnsi="Yu Gothic" w:eastAsia="Yu Gothic"/>
                <w:b w:val="0"/>
              </w:rPr>
              <w:t>キャッチコピー</w:t>
            </w:r>
          </w:p>
        </w:tc>
        <w:tc>
          <w:tcPr>
            <w:tcW w:type="dxa" w:w="6690"/>
          </w:tcPr>
          <w:p/>
        </w:tc>
      </w:tr>
    </w:tbl>
    <w:p>
      <w:r>
        <w:br w:type="page"/>
      </w:r>
    </w:p>
    <w:p>
      <w:r>
        <w:rPr>
          <w:rFonts w:ascii="Yu Gothic" w:hAnsi="Yu Gothic" w:eastAsia="Yu Gothic"/>
          <w:b/>
          <w:sz w:val="28"/>
        </w:rPr>
        <w:t>脇役用ミニ版（6 項目）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項目</w:t>
            </w:r>
          </w:p>
        </w:tc>
        <w:tc>
          <w:tcPr>
            <w:tcW w:type="dxa" w:w="2523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脇役1</w:t>
            </w:r>
          </w:p>
        </w:tc>
        <w:tc>
          <w:tcPr>
            <w:tcW w:type="dxa" w:w="2523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脇役2</w:t>
            </w:r>
          </w:p>
        </w:tc>
        <w:tc>
          <w:tcPr>
            <w:tcW w:type="dxa" w:w="2523"/>
            <w:shd w:val="clear" w:color="auto" w:fill="EFE7DD"/>
          </w:tcPr>
          <w:p>
            <w:r>
              <w:rPr>
                <w:rFonts w:ascii="Yu Gothic" w:hAnsi="Yu Gothic" w:eastAsia="Yu Gothic"/>
                <w:b/>
              </w:rPr>
              <w:t>脇役3</w:t>
            </w:r>
          </w:p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Yu Gothic" w:hAnsi="Yu Gothic" w:eastAsia="Yu Gothic"/>
                <w:b w:val="0"/>
              </w:rPr>
              <w:t>名前／呼ばれ方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Yu Gothic" w:hAnsi="Yu Gothic" w:eastAsia="Yu Gothic"/>
                <w:b w:val="0"/>
              </w:rPr>
              <w:t>役割（主人公にとって何者か）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Yu Gothic" w:hAnsi="Yu Gothic" w:eastAsia="Yu Gothic"/>
                <w:b w:val="0"/>
              </w:rPr>
              <w:t>見た目のトレードマーク（一点だけ）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Yu Gothic" w:hAnsi="Yu Gothic" w:eastAsia="Yu Gothic"/>
                <w:b w:val="0"/>
              </w:rPr>
              <w:t>口調（セリフを一つ）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Yu Gothic" w:hAnsi="Yu Gothic" w:eastAsia="Yu Gothic"/>
                <w:b w:val="0"/>
              </w:rPr>
              <w:t>欲しいもの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  <w:tr>
        <w:trPr>
          <w:trHeight w:val="794"/>
        </w:trPr>
        <w:tc>
          <w:tcPr>
            <w:tcW w:type="dxa" w:w="2523"/>
          </w:tcPr>
          <w:p>
            <w:r>
              <w:rPr>
                <w:rFonts w:ascii="Yu Gothic" w:hAnsi="Yu Gothic" w:eastAsia="Yu Gothic"/>
                <w:b w:val="0"/>
              </w:rPr>
              <w:t>主人公との距離感</w:t>
            </w:r>
          </w:p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  <w:tc>
          <w:tcPr>
            <w:tcW w:type="dxa" w:w="2523"/>
          </w:tcPr>
          <w:p/>
        </w:tc>
      </w:tr>
    </w:tbl>
    <w:p>
      <w:pPr>
        <w:spacing w:before="200"/>
      </w:pPr>
      <w:r>
        <w:rPr>
          <w:rFonts w:ascii="Yu Gothic" w:hAnsi="Yu Gothic" w:eastAsia="Yu Gothic"/>
          <w:b/>
        </w:rPr>
        <w:t>メモ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rPr>
          <w:trHeight w:val="3402"/>
        </w:trPr>
        <w:tc>
          <w:tcPr>
            <w:tcW w:type="dxa" w:w="10092"/>
          </w:tcPr>
          <w:p/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キャラクター設定表</dc:title>
  <dc:subject/>
  <dc:creator>LitMemo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