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40"/>
        </w:rPr>
        <w:t>Manga Script Template</w:t>
      </w:r>
    </w:p>
    <w:p>
      <w:r>
        <w:rPr>
          <w:b/>
          <w:i w:val="0"/>
        </w:rPr>
        <w:t xml:space="preserve">Title: </w:t>
      </w:r>
    </w:p>
    <w:p>
      <w:r>
        <w:rPr>
          <w:b/>
          <w:i w:val="0"/>
        </w:rPr>
        <w:t xml:space="preserve">Chapter: </w:t>
      </w:r>
    </w:p>
    <w:p>
      <w:r>
        <w:rPr>
          <w:b/>
          <w:i w:val="0"/>
        </w:rPr>
        <w:t xml:space="preserve">Draft / date: </w:t>
      </w:r>
    </w:p>
    <w:p>
      <w:r>
        <w:rPr>
          <w:b w:val="0"/>
          <w:i/>
          <w:color w:val="6B717A"/>
          <w:sz w:val="19"/>
        </w:rPr>
        <w:t>How to use: copy a PAGE block for every page of the chapter. Write descriptions in present tense, one moment per panel. Character names in caps. Add (THOUGHT), (SMALL) or (OFF) after a name for thought balloons, whispers, or a speaker off-panel. Mark which pages are left- and right-hand, and put each big reveal on the first page after a page turn. Delete this paragraph when you start.</w:t>
      </w:r>
    </w:p>
    <w:p>
      <w:pPr>
        <w:spacing w:before="280"/>
      </w:pPr>
      <w:r>
        <w:rPr>
          <w:b/>
          <w:i w:val="0"/>
          <w:sz w:val="30"/>
        </w:rPr>
        <w:t>PAGE 1</w:t>
      </w:r>
      <w:r>
        <w:rPr>
          <w:b w:val="0"/>
          <w:i w:val="0"/>
          <w:color w:val="6B717A"/>
          <w:sz w:val="20"/>
        </w:rPr>
        <w:t xml:space="preserve">  (right-hand page · 4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Narration, time, or place.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Sound as it should be lettered.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spacing w:before="280"/>
      </w:pPr>
      <w:r>
        <w:rPr>
          <w:b/>
          <w:i w:val="0"/>
          <w:sz w:val="30"/>
        </w:rPr>
        <w:t>PAGE 2</w:t>
      </w:r>
      <w:r>
        <w:rPr>
          <w:b w:val="0"/>
          <w:i w:val="0"/>
          <w:color w:val="6B717A"/>
          <w:sz w:val="20"/>
        </w:rPr>
        <w:t xml:space="preserve">  (left-hand page · 5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Narration, time, or place.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Sound as it should be lettered.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5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spacing w:before="280"/>
      </w:pPr>
      <w:r>
        <w:rPr>
          <w:b/>
          <w:i w:val="0"/>
          <w:sz w:val="30"/>
        </w:rPr>
        <w:t>PAGE 3</w:t>
      </w:r>
      <w:r>
        <w:rPr>
          <w:b w:val="0"/>
          <w:i w:val="0"/>
          <w:color w:val="6B717A"/>
          <w:sz w:val="20"/>
        </w:rPr>
        <w:t xml:space="preserve">  (right-hand page · 4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Narration, time, or place.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Sound as it should be lettered.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(size / shot)</w:t>
      </w:r>
    </w:p>
    <w:p>
      <w:r>
        <w:t>Description.</w:t>
      </w:r>
    </w:p>
    <w:p>
      <w:pPr>
        <w:ind w:left="680"/>
      </w:pPr>
      <w:r>
        <w:rPr>
          <w:b/>
          <w:i w:val="0"/>
        </w:rPr>
        <w:t xml:space="preserve">CHARACTER: </w:t>
      </w:r>
      <w:r>
        <w:rPr>
          <w:b w:val="0"/>
          <w:i w:val="0"/>
        </w:rPr>
        <w:t>Dialogue.</w:t>
      </w:r>
    </w:p>
    <w:p>
      <w:r>
        <w:br w:type="page"/>
      </w:r>
    </w:p>
    <w:p>
      <w:r>
        <w:rPr>
          <w:b/>
          <w:i w:val="0"/>
          <w:color w:val="8A3B12"/>
          <w:sz w:val="28"/>
        </w:rPr>
        <w:t>Example (invented series)</w:t>
      </w:r>
    </w:p>
    <w:p>
      <w:r>
        <w:rPr>
          <w:b/>
          <w:i w:val="0"/>
          <w:color w:val="6B717A"/>
        </w:rPr>
        <w:t>CROSSWIND CLUB · Chapter 1 “Dead Air” · script, draft 2</w:t>
      </w:r>
    </w:p>
    <w:p>
      <w:pPr>
        <w:spacing w:before="280"/>
      </w:pPr>
      <w:r>
        <w:rPr>
          <w:b/>
          <w:i w:val="0"/>
          <w:sz w:val="30"/>
        </w:rPr>
        <w:t>PAGE 17</w:t>
      </w:r>
      <w:r>
        <w:rPr>
          <w:b w:val="0"/>
          <w:i w:val="0"/>
          <w:color w:val="6B717A"/>
          <w:sz w:val="20"/>
        </w:rPr>
        <w:t xml:space="preserve">  (left-hand page · last page before the turn · 4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(wide, top third)</w:t>
      </w:r>
    </w:p>
    <w:p>
      <w:r>
        <w:t>Establishing. The riverbank seen from the top of the levee. TOMOE stands alone at the water’s edge, line taut, her kite a small red-and-white diamond high above the bridge. KOHARU is halfway down the levee steps, map in hand.</w:t>
      </w:r>
    </w:p>
    <w:p>
      <w:pPr>
        <w:ind w:left="680"/>
      </w:pPr>
      <w:r>
        <w:rPr>
          <w:b/>
          <w:i w:val="0"/>
        </w:rPr>
        <w:t xml:space="preserve">CAPTION: </w:t>
      </w:r>
      <w:r>
        <w:rPr>
          <w:b w:val="0"/>
          <w:i w:val="0"/>
        </w:rPr>
        <w:t>Tuesday, 4:10 p.m.</w:t>
      </w:r>
    </w:p>
    <w:p>
      <w:pPr>
        <w:ind w:left="680"/>
      </w:pPr>
      <w:r>
        <w:rPr>
          <w:b/>
          <w:i w:val="0"/>
        </w:rPr>
        <w:t xml:space="preserve">TOMOE: </w:t>
      </w:r>
      <w:r>
        <w:rPr>
          <w:b w:val="0"/>
          <w:i w:val="0"/>
        </w:rPr>
        <w:t>Wind’s turning.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(medium shot, Tomoe)</w:t>
      </w:r>
    </w:p>
    <w:p>
      <w:r>
        <w:t>Tomoe glances upriver, frowning.</w:t>
      </w:r>
    </w:p>
    <w:p>
      <w:pPr>
        <w:ind w:left="680"/>
      </w:pPr>
      <w:r>
        <w:rPr>
          <w:b/>
          <w:i w:val="0"/>
        </w:rPr>
        <w:t xml:space="preserve">TOMOE (SMALL): </w:t>
      </w:r>
      <w:r>
        <w:rPr>
          <w:b w:val="0"/>
          <w:i w:val="0"/>
        </w:rPr>
        <w:t>…Not now.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(small inset)</w:t>
      </w:r>
    </w:p>
    <w:p>
      <w:r>
        <w:t>Close on a second kite rising beyond the bridge: black, one white stripe.</w:t>
      </w:r>
    </w:p>
    <w:p>
      <w:pPr>
        <w:ind w:left="680"/>
      </w:pPr>
      <w:r>
        <w:rPr>
          <w:b/>
          <w:i w:val="0"/>
        </w:rPr>
        <w:t xml:space="preserve">SFX: </w:t>
      </w:r>
      <w:r>
        <w:rPr>
          <w:b w:val="0"/>
          <w:i w:val="0"/>
        </w:rPr>
        <w:t>fwap fwap</w:t>
      </w:r>
    </w:p>
    <w:p>
      <w:pPr>
        <w:keepNext/>
        <w:spacing w:before="160"/>
      </w:pPr>
      <w:r>
        <w:rPr>
          <w:b/>
          <w:i w:val="0"/>
          <w:color w:val="8A3B12"/>
        </w:rPr>
        <w:t>PANEL 4</w:t>
      </w:r>
      <w:r>
        <w:rPr>
          <w:b w:val="0"/>
          <w:i w:val="0"/>
          <w:color w:val="8A3B12"/>
        </w:rPr>
        <w:t xml:space="preserve"> (wide, bottom · page-turn panel)</w:t>
      </w:r>
    </w:p>
    <w:p>
      <w:r>
        <w:t>Koharu in profile, eyes widening as she tracks the black kite. Keep the sky above her empty; the reader sees the threat only after the turn.</w:t>
      </w:r>
    </w:p>
    <w:p>
      <w:pPr>
        <w:ind w:left="680"/>
      </w:pPr>
      <w:r>
        <w:rPr>
          <w:b/>
          <w:i w:val="0"/>
        </w:rPr>
        <w:t xml:space="preserve">KOHARU (THOUGHT): </w:t>
      </w:r>
      <w:r>
        <w:rPr>
          <w:b w:val="0"/>
          <w:i w:val="0"/>
        </w:rPr>
        <w:t>It’s heading straight for hers.</w:t>
      </w:r>
    </w:p>
    <w:p>
      <w:pPr>
        <w:spacing w:before="280"/>
      </w:pPr>
      <w:r>
        <w:rPr>
          <w:b/>
          <w:i w:val="0"/>
          <w:sz w:val="30"/>
        </w:rPr>
        <w:t>PAGE 18</w:t>
      </w:r>
      <w:r>
        <w:rPr>
          <w:b w:val="0"/>
          <w:i w:val="0"/>
          <w:color w:val="6B717A"/>
          <w:sz w:val="20"/>
        </w:rPr>
        <w:t xml:space="preserve">  (right-hand page · first page after the turn · 3 panels)</w:t>
      </w:r>
    </w:p>
    <w:p>
      <w:pPr>
        <w:keepNext/>
        <w:spacing w:before="160"/>
      </w:pPr>
      <w:r>
        <w:rPr>
          <w:b/>
          <w:i w:val="0"/>
          <w:color w:val="8A3B12"/>
        </w:rPr>
        <w:t>PANEL 1</w:t>
      </w:r>
      <w:r>
        <w:rPr>
          <w:b w:val="0"/>
          <w:i w:val="0"/>
          <w:color w:val="8A3B12"/>
        </w:rPr>
        <w:t xml:space="preserve"> (half page, full width · the reveal)</w:t>
      </w:r>
    </w:p>
    <w:p>
      <w:r>
        <w:t>Low angle from the bank. The black kite slices across Tomoe’s line. Her kite snaps free and spins away into the sun.</w:t>
      </w:r>
    </w:p>
    <w:p>
      <w:pPr>
        <w:ind w:left="680"/>
      </w:pPr>
      <w:r>
        <w:rPr>
          <w:b/>
          <w:i w:val="0"/>
        </w:rPr>
        <w:t xml:space="preserve">SFX (BIG, ACROSS THE PANEL): </w:t>
      </w:r>
      <w:r>
        <w:rPr>
          <w:b w:val="0"/>
          <w:i w:val="0"/>
        </w:rPr>
        <w:t>SHNK</w:t>
      </w:r>
    </w:p>
    <w:p>
      <w:pPr>
        <w:keepNext/>
        <w:spacing w:before="160"/>
      </w:pPr>
      <w:r>
        <w:rPr>
          <w:b/>
          <w:i w:val="0"/>
          <w:color w:val="8A3B12"/>
        </w:rPr>
        <w:t>PANEL 2</w:t>
      </w:r>
      <w:r>
        <w:rPr>
          <w:b w:val="0"/>
          <w:i w:val="0"/>
          <w:color w:val="8A3B12"/>
        </w:rPr>
        <w:t xml:space="preserve"> (medium)</w:t>
      </w:r>
    </w:p>
    <w:p>
      <w:r>
        <w:t>Tomoe, the cut line slack in her hands, staring up.</w:t>
      </w:r>
    </w:p>
    <w:p>
      <w:pPr>
        <w:ind w:left="680"/>
      </w:pPr>
      <w:r>
        <w:rPr>
          <w:b/>
          <w:i w:val="0"/>
        </w:rPr>
        <w:t xml:space="preserve">TOMOE: </w:t>
      </w:r>
      <w:r>
        <w:rPr>
          <w:b w:val="0"/>
          <w:i w:val="0"/>
        </w:rPr>
        <w:t>…</w:t>
      </w:r>
    </w:p>
    <w:p>
      <w:pPr>
        <w:keepNext/>
        <w:spacing w:before="160"/>
      </w:pPr>
      <w:r>
        <w:rPr>
          <w:b/>
          <w:i w:val="0"/>
          <w:color w:val="8A3B12"/>
        </w:rPr>
        <w:t>PANEL 3</w:t>
      </w:r>
      <w:r>
        <w:rPr>
          <w:b w:val="0"/>
          <w:i w:val="0"/>
          <w:color w:val="8A3B12"/>
        </w:rPr>
        <w:t xml:space="preserve"> (small, bottom)</w:t>
      </w:r>
    </w:p>
    <w:p>
      <w:r>
        <w:t>On the bridge railing, a boy in another school’s uniform winds in his reel, half smiling. SHUN.</w:t>
      </w:r>
    </w:p>
    <w:p>
      <w:pPr>
        <w:ind w:left="680"/>
      </w:pPr>
      <w:r>
        <w:rPr>
          <w:b/>
          <w:i w:val="0"/>
        </w:rPr>
        <w:t xml:space="preserve">SHUN: </w:t>
      </w:r>
      <w:r>
        <w:rPr>
          <w:b w:val="0"/>
          <w:i w:val="0"/>
        </w:rPr>
        <w:t>Still flying the old design, Ishiwata?</w:t>
      </w:r>
    </w:p>
    <w:p>
      <w:pPr>
        <w:ind w:left="680"/>
      </w:pPr>
      <w:r>
        <w:rPr>
          <w:b/>
          <w:i w:val="0"/>
        </w:rPr>
        <w:t xml:space="preserve">NOTE: </w:t>
      </w:r>
      <w:r>
        <w:rPr>
          <w:b w:val="0"/>
          <w:i/>
        </w:rPr>
        <w:t>First time we see Shun’s face. Keep his reel in frame; it pays off in chapter 6.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Manga script template · free from litmemo.com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