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Worldbuilding Template</w:t>
      </w:r>
    </w:p>
    <w:p>
      <w:r>
        <w:t>Fill the seven ★ fields before you start drafting; fill the rest when a scene asks. Gray italic text is an invented example (Mist-Veil City). Type over it or leave it. Free to use. From litmemo.com/en/templates/worldbuilding-sheet</w:t>
      </w:r>
    </w:p>
    <w:p>
      <w:r>
        <w:rPr>
          <w:b/>
          <w:sz w:val="25"/>
        </w:rPr>
        <w:t>1. World sheet: 26 fields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tblHeader w:val="true"/>
        </w:trPr>
        <w:tc>
          <w:tcPr>
            <w:tcW w:type="dxa" w:w="2313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784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Example: Mist-Veil City</w:t>
            </w:r>
          </w:p>
        </w:tc>
        <w:tc>
          <w:tcPr>
            <w:tcW w:type="dxa" w:w="4415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Your world</w:t>
            </w:r>
          </w:p>
        </w:tc>
      </w:tr>
      <w:tr>
        <w:tc>
          <w:tcPr>
            <w:tcW w:type="dxa" w:w="10512"/>
            <w:gridSpan w:val="3"/>
            <w:shd w:val="clear" w:color="auto" w:fill="EEF0F3"/>
          </w:tcPr>
          <w:p>
            <w:pPr>
              <w:keepNext/>
            </w:pPr>
            <w:r/>
            <w:r>
              <w:rPr>
                <w:b/>
                <w:sz w:val="17"/>
              </w:rPr>
              <w:t>Geography &amp; nature</w:t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★ Size of the stage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One coastal kingdom, three cities, five days' ride from end to end.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Climate &amp; seasons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Wet and cold. A fog season of forty days each autumn, a short dry summer, storms in between.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★ Terrain &amp; travel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Cliff coast, one river inland. By road, five days between the port and the capital; by boat, two, when the fog allows.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Resources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Fish, salt, whale oil. Almost no timber, so every ship is bought from the south.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0512"/>
            <w:gridSpan w:val="3"/>
            <w:shd w:val="clear" w:color="auto" w:fill="EEF0F3"/>
          </w:tcPr>
          <w:p>
            <w:pPr>
              <w:keepNext/>
            </w:pPr>
            <w:r/>
            <w:r>
              <w:rPr>
                <w:b/>
                <w:sz w:val="17"/>
              </w:rPr>
              <w:t>History</w:t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Origin event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The Lighting of the First Lighthouse, year 0: the pirate captains agreed to guide ships instead of wrecking them.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★ The most recent upheaval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The Purge, twelve years ago: the crown broke the old cliff houses, House Su among them.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The history nobody tells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The first lighthouse keepers went on wrecking ships for another sixty years. The guild's founding charter is a forgery.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0512"/>
            <w:gridSpan w:val="3"/>
            <w:shd w:val="clear" w:color="auto" w:fill="EEF0F3"/>
          </w:tcPr>
          <w:p>
            <w:pPr>
              <w:keepNext/>
            </w:pPr>
            <w:r/>
            <w:r>
              <w:rPr>
                <w:b/>
                <w:sz w:val="17"/>
              </w:rPr>
              <w:t>Politics &amp; power</w:t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★ Form of rule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A crown in the capital. In the port cities, the Lighthouse Keepers' Guild rules everything that touches the sea.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Law &amp; punishment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Lighting an open fire in the fog: branding. Sheltering a purged house: death. Smuggling: a fine the guild collects.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Military &amp; policing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A city guard under the crown. Guild couriers carry blades on the docks by custom, not by law.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The powerful and the opposition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Captain Ren runs the guard for the crown. The guild masters tolerate him. The survivors of the purged houses do not.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0512"/>
            <w:gridSpan w:val="3"/>
            <w:shd w:val="clear" w:color="auto" w:fill="EEF0F3"/>
          </w:tcPr>
          <w:p>
            <w:pPr>
              <w:keepNext/>
            </w:pPr>
            <w:r/>
            <w:r>
              <w:rPr>
                <w:b/>
                <w:sz w:val="17"/>
              </w:rPr>
              <w:t>Society &amp; daily life</w:t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Rank &amp; class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Crown families, guild members, dock workers, the purged. A guild badge moves you up one layer; nothing moves you out of the last one.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Family &amp; marriage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Houses pass to the eldest child, son or daughter. Guild rank is never inherited.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Food, clothing, housing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Salt fish and barley. Oiled wool. Stone houses cut into the cliff, one room per family, shared stairs.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Education &amp; literacy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Guild members read; most dock families don't. The guild school takes one child per family.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0512"/>
            <w:gridSpan w:val="3"/>
            <w:shd w:val="clear" w:color="auto" w:fill="EEF0F3"/>
          </w:tcPr>
          <w:p>
            <w:pPr>
              <w:keepNext/>
            </w:pPr>
            <w:r/>
            <w:r>
              <w:rPr>
                <w:b/>
                <w:sz w:val="17"/>
              </w:rPr>
              <w:t>Economy &amp; technology</w:t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★ Currency &amp; the price of bread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Silver marks and copper bits. A loaf of barley bread costs two bits; a courier earns thirty bits a day.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Main industries &amp; trade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Salt and whale oil out, timber and grain in. Everything goes through the guild's harbor.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★ Level of technology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Sailing ships, oil lamps, hand-set type in the capital only. No gunpowder.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0512"/>
            <w:gridSpan w:val="3"/>
            <w:shd w:val="clear" w:color="auto" w:fill="EEF0F3"/>
          </w:tcPr>
          <w:p>
            <w:pPr>
              <w:keepNext/>
            </w:pPr>
            <w:r/>
            <w:r>
              <w:rPr>
                <w:b/>
                <w:sz w:val="17"/>
              </w:rPr>
              <w:t>Magic &amp; powers</w:t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★ What it can do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Sound-sight: a few people can map a space by its echo, out to the size of a large room. Nothing else counts as magic here.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Cost &amp; limits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Headaches that worsen with use; the old practitioners are half deaf. Useless in wind or rain.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Who has it &amp; how society treats them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Born with it, about one in ten thousand, mostly in the old cliff houses. The guild hires them quietly; the crown keeps a list.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0512"/>
            <w:gridSpan w:val="3"/>
            <w:shd w:val="clear" w:color="auto" w:fill="EEF0F3"/>
          </w:tcPr>
          <w:p>
            <w:pPr>
              <w:keepNext/>
            </w:pPr>
            <w:r/>
            <w:r>
              <w:rPr>
                <w:b/>
                <w:sz w:val="17"/>
              </w:rPr>
              <w:t>Religion &amp; belief</w:t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What is worshipped &amp; what it asks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The Keeper, saint of the first lighthouse. The faith asks two things: keep a lamp lit at night, and never let a ship wreck unaided.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Religion's distance from power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The guild is the church. The crown tolerates it because the ships keep arriving.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0512"/>
            <w:gridSpan w:val="3"/>
            <w:shd w:val="clear" w:color="auto" w:fill="EEF0F3"/>
          </w:tcPr>
          <w:p>
            <w:pPr>
              <w:keepNext/>
            </w:pPr>
            <w:r/>
            <w:r>
              <w:rPr>
                <w:b/>
                <w:sz w:val="17"/>
              </w:rPr>
              <w:t>Language &amp; names</w:t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Languages &amp; the common tongue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One coastal tongue; the southern traders speak their own. Guild couriers learn enough of both to haggle.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Rules for personal names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Old families put the house name first (Su Wan). Everyone else has one name plus a trade (Ren the Captain).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313"/>
          </w:tcPr>
          <w:p>
            <w:r/>
            <w:r>
              <w:rPr>
                <w:sz w:val="17"/>
              </w:rPr>
              <w:t>The sound of place names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Plain descriptive compounds: Mist-Veil City, Saltreach, the Lamp Stairs.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</w:tbl>
    <w:p/>
    <w:p>
      <w:r>
        <w:br w:type="page"/>
      </w:r>
    </w:p>
    <w:p>
      <w:r>
        <w:rPr>
          <w:b/>
          <w:sz w:val="25"/>
        </w:rPr>
        <w:t>2. Entry table: one row per place, faction, people, or object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rPr>
          <w:tblHeader w:val="true"/>
        </w:trPr>
        <w:tc>
          <w:tcPr>
            <w:tcW w:type="dxa" w:w="1472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Name</w:t>
            </w:r>
          </w:p>
        </w:tc>
        <w:tc>
          <w:tcPr>
            <w:tcW w:type="dxa" w:w="1156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Type</w:t>
            </w:r>
          </w:p>
        </w:tc>
        <w:tc>
          <w:tcPr>
            <w:tcW w:type="dxa" w:w="2208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Description</w:t>
            </w:r>
          </w:p>
        </w:tc>
        <w:tc>
          <w:tcPr>
            <w:tcW w:type="dxa" w:w="1997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History</w:t>
            </w:r>
          </w:p>
        </w:tc>
        <w:tc>
          <w:tcPr>
            <w:tcW w:type="dxa" w:w="1892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Rules</w:t>
            </w:r>
          </w:p>
        </w:tc>
        <w:tc>
          <w:tcPr>
            <w:tcW w:type="dxa" w:w="1787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Connections</w:t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i/>
                <w:color w:val="6B6F76"/>
                <w:sz w:val="17"/>
              </w:rPr>
              <w:t>Mist-Veil City</w:t>
            </w:r>
          </w:p>
        </w:tc>
        <w:tc>
          <w:tcPr>
            <w:tcW w:type="dxa" w:w="1156"/>
          </w:tcPr>
          <w:p>
            <w:r/>
            <w:r>
              <w:rPr>
                <w:i/>
                <w:color w:val="6B6F76"/>
                <w:sz w:val="17"/>
              </w:rPr>
              <w:t>Place (port city)</w:t>
            </w:r>
          </w:p>
        </w:tc>
        <w:tc>
          <w:tcPr>
            <w:tcW w:type="dxa" w:w="2208"/>
          </w:tcPr>
          <w:p>
            <w:r/>
            <w:r>
              <w:rPr>
                <w:i/>
                <w:color w:val="6B6F76"/>
                <w:sz w:val="17"/>
              </w:rPr>
              <w:t>A port built into sea cliffs, in fog most of the autumn. Ships come in by lighthouse, not by sight</w:t>
            </w:r>
          </w:p>
        </w:tc>
        <w:tc>
          <w:tcPr>
            <w:tcW w:type="dxa" w:w="1997"/>
          </w:tcPr>
          <w:p>
            <w:r/>
            <w:r>
              <w:rPr>
                <w:i/>
                <w:color w:val="6B6F76"/>
                <w:sz w:val="17"/>
              </w:rPr>
              <w:t>Founded by pirate captains about three hundred years ago; taken by the crown as a border fortress</w:t>
            </w:r>
          </w:p>
        </w:tc>
        <w:tc>
          <w:tcPr>
            <w:tcW w:type="dxa" w:w="1892"/>
          </w:tcPr>
          <w:p>
            <w:r/>
            <w:r>
              <w:rPr>
                <w:i/>
                <w:color w:val="6B6F76"/>
                <w:sz w:val="17"/>
              </w:rPr>
              <w:t>The gates close at dark. No open flame in the fog (fire draws the mist beasts)</w:t>
            </w:r>
          </w:p>
        </w:tc>
        <w:tc>
          <w:tcPr>
            <w:tcW w:type="dxa" w:w="1787"/>
          </w:tcPr>
          <w:p>
            <w:r/>
            <w:r>
              <w:rPr>
                <w:i/>
                <w:color w:val="6B6F76"/>
                <w:sz w:val="17"/>
              </w:rPr>
              <w:t>Su Wan's home; seat of the Lighthouse Keepers' Guild; hunted by the mist beasts</w:t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9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9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9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9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9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9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9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9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9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9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9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9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9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9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9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9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9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9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9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9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892" w:hRule="atLeast"/>
        </w:trPr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9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9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</w:tr>
    </w:tbl>
    <w:p/>
    <w:p>
      <w:r>
        <w:br w:type="page"/>
      </w:r>
    </w:p>
    <w:p>
      <w:r>
        <w:rPr>
          <w:b/>
          <w:sz w:val="25"/>
        </w:rPr>
        <w:t>3. Add-on fields by genre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tblHeader w:val="true"/>
        </w:trPr>
        <w:tc>
          <w:tcPr>
            <w:tcW w:type="dxa" w:w="2523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784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Example: Mist-Veil City</w:t>
            </w:r>
          </w:p>
        </w:tc>
        <w:tc>
          <w:tcPr>
            <w:tcW w:type="dxa" w:w="4205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Your world</w:t>
            </w:r>
          </w:p>
        </w:tc>
      </w:tr>
      <w:tr>
        <w:tc>
          <w:tcPr>
            <w:tcW w:type="dxa" w:w="10512"/>
            <w:gridSpan w:val="3"/>
            <w:shd w:val="clear" w:color="auto" w:fill="EEF0F3"/>
          </w:tcPr>
          <w:p>
            <w:pPr>
              <w:keepNext/>
            </w:pPr>
            <w:r/>
            <w:r>
              <w:rPr>
                <w:b/>
                <w:sz w:val="17"/>
              </w:rPr>
              <w:t>Fantasy</w:t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Peoples &amp; species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Humans only. The southern traders are another nation, not another species.</w:t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Creatures &amp; monsters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Mist beasts: never seen whole, they take livestock left out in the fog. Fire draws them, which is why the fog law exists.</w:t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Calendar &amp; timekeeping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Years counted from the First Lighthouse; it is now Lamp Year 312. The forty fog days have numbers, not names.</w:t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Gods: do they act?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The Keeper has never answered a prayer. The guild says that is the point.</w:t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Magic's history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Sound-sight was a cliff-house secret until the Purge. The crown's list of sound-sighted names dates from that year.</w:t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The map in travel days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  <w:t>Port to capital: five days by road. Port to Saltreach: two days by boat, none in fog season.</w:t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0512"/>
            <w:gridSpan w:val="3"/>
            <w:shd w:val="clear" w:color="auto" w:fill="EEF0F3"/>
          </w:tcPr>
          <w:p>
            <w:pPr>
              <w:keepNext/>
            </w:pPr>
            <w:r/>
            <w:r>
              <w:rPr>
                <w:b/>
                <w:sz w:val="17"/>
              </w:rPr>
              <w:t>Science fiction</w:t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Travel time between worlds or stations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Communication delay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What is automated, and who lost their job to it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Who owns the air, water, or power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Technology that is banned, and why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0512"/>
            <w:gridSpan w:val="3"/>
            <w:shd w:val="clear" w:color="auto" w:fill="EEF0F3"/>
          </w:tcPr>
          <w:p>
            <w:pPr>
              <w:keepNext/>
            </w:pPr>
            <w:r/>
            <w:r>
              <w:rPr>
                <w:b/>
                <w:sz w:val="17"/>
              </w:rPr>
              <w:t>Historical or contemporary</w:t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What you changed from the real record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Real events happening in the background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Words and objects that don't exist yet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20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  <w:t>Your sources for prices, laws, and travel</w:t>
            </w:r>
          </w:p>
        </w:tc>
        <w:tc>
          <w:tcPr>
            <w:tcW w:type="dxa" w:w="3784"/>
          </w:tcPr>
          <w:p>
            <w:r/>
            <w:r>
              <w:rPr>
                <w:i/>
                <w:color w:val="6B6F76"/>
                <w:sz w:val="17"/>
              </w:rPr>
            </w:r>
          </w:p>
        </w:tc>
        <w:tc>
          <w:tcPr>
            <w:tcW w:type="dxa" w:w="4205"/>
          </w:tcPr>
          <w:p>
            <w:r/>
            <w:r>
              <w:rPr>
                <w:sz w:val="17"/>
              </w:rPr>
            </w:r>
          </w:p>
        </w:tc>
      </w:tr>
    </w:tbl>
    <w:p/>
    <w:p>
      <w:r>
        <w:br w:type="page"/>
      </w:r>
    </w:p>
    <w:p>
      <w:r>
        <w:rPr>
          <w:b/>
          <w:sz w:val="25"/>
        </w:rPr>
        <w:t>4. Magic system worksheet</w:t>
      </w:r>
    </w:p>
    <w:p>
      <w:r>
        <w:t>Write the cost and the limits before the wonder, then note the chapter where the story tests each one.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tblHeader w:val="true"/>
        </w:trPr>
        <w:tc>
          <w:tcPr>
            <w:tcW w:type="dxa" w:w="2733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364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Example: sound-sight</w:t>
            </w:r>
          </w:p>
        </w:tc>
        <w:tc>
          <w:tcPr>
            <w:tcW w:type="dxa" w:w="4415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Your magic</w:t>
            </w:r>
          </w:p>
        </w:tc>
      </w:tr>
      <w:tr>
        <w:trPr>
          <w:trHeight w:val="1080" w:hRule="atLeast"/>
        </w:trPr>
        <w:tc>
          <w:tcPr>
            <w:tcW w:type="dxa" w:w="2733"/>
          </w:tcPr>
          <w:p>
            <w:r/>
            <w:r>
              <w:rPr>
                <w:sz w:val="17"/>
              </w:rPr>
              <w:t>What it can do</w:t>
            </w:r>
          </w:p>
        </w:tc>
        <w:tc>
          <w:tcPr>
            <w:tcW w:type="dxa" w:w="3364"/>
          </w:tcPr>
          <w:p>
            <w:r/>
            <w:r>
              <w:rPr>
                <w:i/>
                <w:color w:val="6B6F76"/>
                <w:sz w:val="17"/>
              </w:rPr>
              <w:t>Map a space by its echo.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1080" w:hRule="atLeast"/>
        </w:trPr>
        <w:tc>
          <w:tcPr>
            <w:tcW w:type="dxa" w:w="2733"/>
          </w:tcPr>
          <w:p>
            <w:r/>
            <w:r>
              <w:rPr>
                <w:sz w:val="17"/>
              </w:rPr>
              <w:t>Ceiling (the most anyone can do)</w:t>
            </w:r>
          </w:p>
        </w:tc>
        <w:tc>
          <w:tcPr>
            <w:tcW w:type="dxa" w:w="3364"/>
          </w:tcPr>
          <w:p>
            <w:r/>
            <w:r>
              <w:rPr>
                <w:i/>
                <w:color w:val="6B6F76"/>
                <w:sz w:val="17"/>
              </w:rPr>
              <w:t>One large room.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1080" w:hRule="atLeast"/>
        </w:trPr>
        <w:tc>
          <w:tcPr>
            <w:tcW w:type="dxa" w:w="2733"/>
          </w:tcPr>
          <w:p>
            <w:r/>
            <w:r>
              <w:rPr>
                <w:sz w:val="17"/>
              </w:rPr>
              <w:t>Cost</w:t>
            </w:r>
          </w:p>
        </w:tc>
        <w:tc>
          <w:tcPr>
            <w:tcW w:type="dxa" w:w="3364"/>
          </w:tcPr>
          <w:p>
            <w:r/>
            <w:r>
              <w:rPr>
                <w:i/>
                <w:color w:val="6B6F76"/>
                <w:sz w:val="17"/>
              </w:rPr>
              <w:t>Headaches; deafness with age.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1080" w:hRule="atLeast"/>
        </w:trPr>
        <w:tc>
          <w:tcPr>
            <w:tcW w:type="dxa" w:w="2733"/>
          </w:tcPr>
          <w:p>
            <w:r/>
            <w:r>
              <w:rPr>
                <w:sz w:val="17"/>
              </w:rPr>
              <w:t>Can never</w:t>
            </w:r>
          </w:p>
        </w:tc>
        <w:tc>
          <w:tcPr>
            <w:tcW w:type="dxa" w:w="3364"/>
          </w:tcPr>
          <w:p>
            <w:r/>
            <w:r>
              <w:rPr>
                <w:i/>
                <w:color w:val="6B6F76"/>
                <w:sz w:val="17"/>
              </w:rPr>
              <w:t>Work in wind or rain; see through thick stone.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1080" w:hRule="atLeast"/>
        </w:trPr>
        <w:tc>
          <w:tcPr>
            <w:tcW w:type="dxa" w:w="2733"/>
          </w:tcPr>
          <w:p>
            <w:r/>
            <w:r>
              <w:rPr>
                <w:sz w:val="17"/>
              </w:rPr>
              <w:t>Who has it</w:t>
            </w:r>
          </w:p>
        </w:tc>
        <w:tc>
          <w:tcPr>
            <w:tcW w:type="dxa" w:w="3364"/>
          </w:tcPr>
          <w:p>
            <w:r/>
            <w:r>
              <w:rPr>
                <w:i/>
                <w:color w:val="6B6F76"/>
                <w:sz w:val="17"/>
              </w:rPr>
              <w:t>Born with it, about 1 in 10,000.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1080" w:hRule="atLeast"/>
        </w:trPr>
        <w:tc>
          <w:tcPr>
            <w:tcW w:type="dxa" w:w="2733"/>
          </w:tcPr>
          <w:p>
            <w:r/>
            <w:r>
              <w:rPr>
                <w:sz w:val="17"/>
              </w:rPr>
              <w:t>How society treats them</w:t>
            </w:r>
          </w:p>
        </w:tc>
        <w:tc>
          <w:tcPr>
            <w:tcW w:type="dxa" w:w="3364"/>
          </w:tcPr>
          <w:p>
            <w:r/>
            <w:r>
              <w:rPr>
                <w:i/>
                <w:color w:val="6B6F76"/>
                <w:sz w:val="17"/>
              </w:rPr>
              <w:t>Hired by the guild, listed by the crown.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1080" w:hRule="atLeast"/>
        </w:trPr>
        <w:tc>
          <w:tcPr>
            <w:tcW w:type="dxa" w:w="2733"/>
          </w:tcPr>
          <w:p>
            <w:r/>
            <w:r>
              <w:rPr>
                <w:sz w:val="17"/>
              </w:rPr>
              <w:t>Where the story tests each limit</w:t>
            </w:r>
          </w:p>
        </w:tc>
        <w:tc>
          <w:tcPr>
            <w:tcW w:type="dxa" w:w="3364"/>
          </w:tcPr>
          <w:p>
            <w:r/>
            <w:r>
              <w:rPr>
                <w:i/>
                <w:color w:val="6B6F76"/>
                <w:sz w:val="17"/>
              </w:rPr>
              <w:t>Ch. 1 ceiling; ch. 11 rain; ch. 24 cost.</w:t>
            </w:r>
          </w:p>
        </w:tc>
        <w:tc>
          <w:tcPr>
            <w:tcW w:type="dxa" w:w="4415"/>
          </w:tcPr>
          <w:p>
            <w:r/>
            <w:r>
              <w:rPr>
                <w:sz w:val="17"/>
              </w:rPr>
            </w:r>
          </w:p>
        </w:tc>
      </w:tr>
    </w:tbl>
    <w:p/>
    <w:p>
      <w:r>
        <w:br w:type="page"/>
      </w:r>
    </w:p>
    <w:p>
      <w:r>
        <w:rPr>
          <w:b/>
          <w:sz w:val="25"/>
        </w:rPr>
        <w:t>5. Worldbuilding questions by category</w:t>
      </w:r>
    </w:p>
    <w:p>
      <w:r>
        <w:t>When a field stays blank, answer one of these instead.</w:t>
      </w:r>
    </w:p>
    <w:p>
      <w:r>
        <w:rPr>
          <w:b/>
        </w:rPr>
        <w:t>Geography &amp; nature</w:t>
      </w:r>
    </w:p>
    <w:p>
      <w:pPr>
        <w:pStyle w:val="ListBullet"/>
      </w:pPr>
      <w:r>
        <w:t>What does a traveler see in the first hour after arriving?</w:t>
      </w:r>
    </w:p>
    <w:p>
      <w:pPr>
        <w:pStyle w:val="ListBullet"/>
      </w:pPr>
      <w:r>
        <w:t>Which route does everyone take, and what happens to people who take the other one?</w:t>
      </w:r>
    </w:p>
    <w:p>
      <w:pPr>
        <w:pStyle w:val="ListBullet"/>
      </w:pPr>
      <w:r>
        <w:t>What season is it in chapter one, and what will the next season make impossible?</w:t>
      </w:r>
    </w:p>
    <w:p>
      <w:pPr>
        <w:pStyle w:val="ListBullet"/>
      </w:pPr>
      <w:r>
        <w:t>What does the land run out of first in a bad year?</w:t>
      </w:r>
    </w:p>
    <w:p>
      <w:pPr>
        <w:pStyle w:val="ListBullet"/>
      </w:pPr>
      <w:r>
        <w:t>Where is the one place nobody goes, and why?</w:t>
      </w:r>
    </w:p>
    <w:p>
      <w:r>
        <w:rPr>
          <w:b/>
        </w:rPr>
        <w:t>History</w:t>
      </w:r>
    </w:p>
    <w:p>
      <w:pPr>
        <w:pStyle w:val="ListBullet"/>
      </w:pPr>
      <w:r>
        <w:t>What happened a lifetime ago that old people still argue about?</w:t>
      </w:r>
    </w:p>
    <w:p>
      <w:pPr>
        <w:pStyle w:val="ListBullet"/>
      </w:pPr>
      <w:r>
        <w:t>Who wrote the official history, and what did they gain from it?</w:t>
      </w:r>
    </w:p>
    <w:p>
      <w:pPr>
        <w:pStyle w:val="ListBullet"/>
      </w:pPr>
      <w:r>
        <w:t>Which holiday, monument, or curse word comes from the last war?</w:t>
      </w:r>
    </w:p>
    <w:p>
      <w:pPr>
        <w:pStyle w:val="ListBullet"/>
      </w:pPr>
      <w:r>
        <w:t>What would your antagonist say really happened?</w:t>
      </w:r>
    </w:p>
    <w:p>
      <w:pPr>
        <w:pStyle w:val="ListBullet"/>
      </w:pPr>
      <w:r>
        <w:t>What does everyone believe about the founding that isn't true?</w:t>
      </w:r>
    </w:p>
    <w:p>
      <w:r>
        <w:rPr>
          <w:b/>
        </w:rPr>
        <w:t>Politics &amp; power</w:t>
      </w:r>
    </w:p>
    <w:p>
      <w:pPr>
        <w:pStyle w:val="ListBullet"/>
      </w:pPr>
      <w:r>
        <w:t>Who can have someone arrested, and who can get them released?</w:t>
      </w:r>
    </w:p>
    <w:p>
      <w:pPr>
        <w:pStyle w:val="ListBullet"/>
      </w:pPr>
      <w:r>
        <w:t>What is legal here that a reader would expect to be banned, or the other way around?</w:t>
      </w:r>
    </w:p>
    <w:p>
      <w:pPr>
        <w:pStyle w:val="ListBullet"/>
      </w:pPr>
      <w:r>
        <w:t>Who wants the current ruler gone, and what stops them today?</w:t>
      </w:r>
    </w:p>
    <w:p>
      <w:pPr>
        <w:pStyle w:val="ListBullet"/>
      </w:pPr>
      <w:r>
        <w:t>How long does an order from the top take to reach a street corner?</w:t>
      </w:r>
    </w:p>
    <w:p>
      <w:pPr>
        <w:pStyle w:val="ListBullet"/>
      </w:pPr>
      <w:r>
        <w:t>Who collects taxes, and what happens to people who can't pay?</w:t>
      </w:r>
    </w:p>
    <w:p>
      <w:r>
        <w:rPr>
          <w:b/>
        </w:rPr>
        <w:t>Society &amp; daily life</w:t>
      </w:r>
    </w:p>
    <w:p>
      <w:pPr>
        <w:pStyle w:val="ListBullet"/>
      </w:pPr>
      <w:r>
        <w:t>What does a working family eat on an ordinary night?</w:t>
      </w:r>
    </w:p>
    <w:p>
      <w:pPr>
        <w:pStyle w:val="ListBullet"/>
      </w:pPr>
      <w:r>
        <w:t>What would get your protagonist thrown out of a respectable house?</w:t>
      </w:r>
    </w:p>
    <w:p>
      <w:pPr>
        <w:pStyle w:val="ListBullet"/>
      </w:pPr>
      <w:r>
        <w:t>Who may marry whom, and who breaks that rule anyway?</w:t>
      </w:r>
    </w:p>
    <w:p>
      <w:pPr>
        <w:pStyle w:val="ListBullet"/>
      </w:pPr>
      <w:r>
        <w:t>At what age is someone treated as an adult?</w:t>
      </w:r>
    </w:p>
    <w:p>
      <w:pPr>
        <w:pStyle w:val="ListBullet"/>
      </w:pPr>
      <w:r>
        <w:t>How do strangers greet each other, and what counts as an insult?</w:t>
      </w:r>
    </w:p>
    <w:p>
      <w:r>
        <w:rPr>
          <w:b/>
        </w:rPr>
        <w:t>Economy &amp; technology</w:t>
      </w:r>
    </w:p>
    <w:p>
      <w:pPr>
        <w:pStyle w:val="ListBullet"/>
      </w:pPr>
      <w:r>
        <w:t>What does a day's wage buy?</w:t>
      </w:r>
    </w:p>
    <w:p>
      <w:pPr>
        <w:pStyle w:val="ListBullet"/>
      </w:pPr>
      <w:r>
        <w:t>What gets smuggled, and who looks the other way?</w:t>
      </w:r>
    </w:p>
    <w:p>
      <w:pPr>
        <w:pStyle w:val="ListBullet"/>
      </w:pPr>
      <w:r>
        <w:t>What does every household own one of, and what do only the rich own?</w:t>
      </w:r>
    </w:p>
    <w:p>
      <w:pPr>
        <w:pStyle w:val="ListBullet"/>
      </w:pPr>
      <w:r>
        <w:t>How does news travel, and how fast?</w:t>
      </w:r>
    </w:p>
    <w:p>
      <w:pPr>
        <w:pStyle w:val="ListBullet"/>
      </w:pPr>
      <w:r>
        <w:t>What breaks often, and who fixes it?</w:t>
      </w:r>
    </w:p>
    <w:p>
      <w:r>
        <w:rPr>
          <w:b/>
        </w:rPr>
        <w:t>Magic &amp; powers</w:t>
      </w:r>
    </w:p>
    <w:p>
      <w:pPr>
        <w:pStyle w:val="ListBullet"/>
      </w:pPr>
      <w:r>
        <w:t>What is the most a practitioner can do on their best day?</w:t>
      </w:r>
    </w:p>
    <w:p>
      <w:pPr>
        <w:pStyle w:val="ListBullet"/>
      </w:pPr>
      <w:r>
        <w:t>What does it cost, and who pays when the user can't?</w:t>
      </w:r>
    </w:p>
    <w:p>
      <w:pPr>
        <w:pStyle w:val="ListBullet"/>
      </w:pPr>
      <w:r>
        <w:t>What can magic never do, no matter who tries?</w:t>
      </w:r>
    </w:p>
    <w:p>
      <w:pPr>
        <w:pStyle w:val="ListBullet"/>
      </w:pPr>
      <w:r>
        <w:t>How is it learned, and who controls the teaching?</w:t>
      </w:r>
    </w:p>
    <w:p>
      <w:pPr>
        <w:pStyle w:val="ListBullet"/>
      </w:pPr>
      <w:r>
        <w:t>What would an ordinary person do if they saw it used in the street?</w:t>
      </w:r>
    </w:p>
    <w:p>
      <w:r>
        <w:rPr>
          <w:b/>
        </w:rPr>
        <w:t>Religion &amp; belief</w:t>
      </w:r>
    </w:p>
    <w:p>
      <w:pPr>
        <w:pStyle w:val="ListBullet"/>
      </w:pPr>
      <w:r>
        <w:t>What do people do at a birth, a wedding, and a death?</w:t>
      </w:r>
    </w:p>
    <w:p>
      <w:pPr>
        <w:pStyle w:val="ListBullet"/>
      </w:pPr>
      <w:r>
        <w:t>What do people swear by?</w:t>
      </w:r>
    </w:p>
    <w:p>
      <w:pPr>
        <w:pStyle w:val="ListBullet"/>
      </w:pPr>
      <w:r>
        <w:t>Who in the faith holds real power, and who only appears to?</w:t>
      </w:r>
    </w:p>
    <w:p>
      <w:pPr>
        <w:pStyle w:val="ListBullet"/>
      </w:pPr>
      <w:r>
        <w:t>Which rule do most believers quietly break?</w:t>
      </w:r>
    </w:p>
    <w:p>
      <w:pPr>
        <w:pStyle w:val="ListBullet"/>
      </w:pPr>
      <w:r>
        <w:t>What happens to people who don't believe?</w:t>
      </w:r>
    </w:p>
    <w:p>
      <w:r>
        <w:rPr>
          <w:b/>
        </w:rPr>
        <w:t>Language &amp; names</w:t>
      </w:r>
    </w:p>
    <w:p>
      <w:pPr>
        <w:pStyle w:val="ListBullet"/>
      </w:pPr>
      <w:r>
        <w:t>What do locals call the city, and what do outsiders call it?</w:t>
      </w:r>
    </w:p>
    <w:p>
      <w:pPr>
        <w:pStyle w:val="ListBullet"/>
      </w:pPr>
      <w:r>
        <w:t>What does a name tell you about someone's family or class?</w:t>
      </w:r>
    </w:p>
    <w:p>
      <w:pPr>
        <w:pStyle w:val="ListBullet"/>
      </w:pPr>
      <w:r>
        <w:t>Which words will your protagonist use that the reader won't know, and how will the reader learn them?</w:t>
      </w:r>
    </w:p>
    <w:p>
      <w:pPr>
        <w:pStyle w:val="ListBullet"/>
      </w:pPr>
      <w:r>
        <w:t>Is there a language only some people speak, and who uses it to keep secrets?</w:t>
      </w:r>
    </w:p>
    <w:p>
      <w:pPr>
        <w:pStyle w:val="ListBullet"/>
      </w:pPr>
      <w:r>
        <w:t>How do people address someone above or below them?</w:t>
      </w:r>
    </w:p>
    <w:p>
      <w:r>
        <w:rPr>
          <w:color w:val="4A4F57"/>
          <w:sz w:val="17"/>
        </w:rPr>
        <w:t>Free to use for your own writing. From litmemo.com/en/templates/worldbuilding-sheet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