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Языки программирования</w:t>
      </w:r>
    </w:p>
    <w:p>
      <w:pPr>
        <w:pStyle w:val="Subtitle"/>
      </w:pPr>
      <w:r>
        <w:t>Основные структурные элементы • План учителя • 10 класс РБ • 45 минут</w:t>
      </w:r>
    </w:p>
    <w:p>
      <w:pPr>
        <w:pStyle w:val="Heading2"/>
      </w:pPr>
      <w:r>
        <w:t>START: подготовка и границы</w:t>
      </w:r>
    </w:p>
    <w:p>
      <w:pPr/>
      <w:r>
        <w:t>Второй урок, базовый уровень. Основа: Котов В. М. и соавторы, «Информатика. 10 класс», 2020, § 2, с. 11–21. Веб-урок объясняет тему ученику; этот документ содержит сценарий, условия, ключи и помощь учителю. Презентация — опора для совместного разбора, а не текст для сплошного переписывания.</w:t>
      </w:r>
    </w:p>
    <w:p>
      <w:pPr/>
      <w:r>
        <w:t>Класс: 26 человек. Нужны доска, тетради, ручки и часы. Проектор желателен. Печать и компьютеры не обязательны. Первое знакомство с комплектом: 10–15 минут; повторная подготовка: около 5 минут. Откройте презентацию. Без проектора заранее выпишите определение, программу со страницы 3 и условия А–В; подробности на странице 6. Это ещё 7–10 минут подготовки доски, итого 17–25 минут при первом знакомстве. При готовом PascalABC.NET проверьте запуск заранее: установка и настройка в 45 минут не входят.</w:t>
      </w:r>
    </w:p>
    <w:p>
      <w:pPr>
        <w:pStyle w:val="Heading2"/>
      </w:pPr>
      <w:r>
        <w:t>Чему учим и как увидим результат</w:t>
      </w:r>
    </w:p>
    <w:p>
      <w:pPr/>
      <w:r>
        <w:t>Ученик объяснит отличие алгоритма от программы, узнает имя и тип переменной, выражение и оператор, проследит выполнение и изменит готовую программу. Свидетельства: личные ответы А, объяснение Б3, полная программа площади В с двумя тестами и выходной билет. Ключи и критерии на страницах 4–5. Обзор уровней языков, трансляции и парадигм помогает читать § 2; создавать классы и собственные функции сегодня не требуется.</w:t>
      </w:r>
    </w:p>
    <w:p>
      <w:pPr>
        <w:pStyle w:val="Heading2"/>
      </w:pPr>
      <w:r>
        <w:t>Маршрут на 45 минут</w:t>
      </w:r>
    </w:p>
    <w:p>
      <w:pPr/>
      <w:r>
        <w:t>0–3 связь с алгоритмом; 3–6 определение и уровни; 6–8 выполнение; 8–10 синтаксис/семантика; 10–12 имена; 12–15 переменные и присваивание; 15–23 программа, трассировка, ошибки; 23–25 подпрограммы; 25–28 обзор парадигм; 28–31 А; 31–34 Б; 34–40 В; 40–43 билет; 43–45 домашнее. Время попытки, сверки и переходов включено.</w:t>
      </w:r>
    </w:p>
    <w:p>
      <w:pPr>
        <w:pStyle w:val="Heading2"/>
      </w:pPr>
      <w:r>
        <w:t>Предпосылки</w:t>
      </w:r>
    </w:p>
    <w:p>
      <w:pPr/>
      <w:r>
        <w:t>Алгоритм и массовость из урока 1; сложение и умножение целых чисел. Повторите: периметр прямоугольника — сумма четырёх сторон, площадь — произведение двух соседних сторон. Во всех основных программах стороны целые от 1 до 1000 см. Это границы примеров, а не универсальное ограничение языка.</w:t>
      </w:r>
    </w:p>
    <w:p>
      <w:r>
        <w:br w:type="page"/>
      </w:r>
    </w:p>
    <w:p>
      <w:pPr>
        <w:pStyle w:val="Heading1"/>
      </w:pPr>
      <w:r>
        <w:t>Объяснение до самостоятельной работы</w:t>
      </w:r>
    </w:p>
    <w:p>
      <w:pPr>
        <w:pStyle w:val="Heading2"/>
      </w:pPr>
      <w:r>
        <w:t>0–6 минут. Слайды 1–3</w:t>
      </w:r>
    </w:p>
    <w:p>
      <w:pPr/>
      <w:r>
        <w:t>Спросите: «Как найти периметр при сторонах 5 и 3 см?» Сумма 8, удвоение 16. Скажите: «Способ решения нам известен; теперь запишем его для компьютера». Дайте определение: язык программирования — формальный язык для записи программ, задающий правила записи команд и данных и их смысл. Программа — запись действий и данных средствами языка, предназначенная для выполнения компьютером. На определение и запись выделите 1,5 минуты, на объяснение и уровни ещё 1,5.</w:t>
      </w:r>
    </w:p>
    <w:p>
      <w:pPr/>
      <w:r>
        <w:t>Высокий уровень позволяет не расписывать каждую машинную команду: Pascal, Python, C++, Java. Низкий уровень тесно связан с процессором: ассемблер. «Высокий» не означает «лучший». Один алгоритм может иметь записи на разных языках.</w:t>
      </w:r>
    </w:p>
    <w:p>
      <w:pPr>
        <w:pStyle w:val="Heading2"/>
      </w:pPr>
      <w:r>
        <w:t>6–10 минут. Слайды 4–5</w:t>
      </w:r>
    </w:p>
    <w:p>
      <w:pPr/>
      <w:r>
        <w:t>Транслятор преобразует программу из одного языка или представления в другое. Компилятор переводит в иную форму, например машинный или промежуточный код, который затем выполняют. Интерпретатор обрабатывает команды или промежуточное представление во время работы. Способы могут сочетаться. PascalABC.NET — среда с редактором и компилятором, Pascal — язык. Синтаксис означает правила записи; семантика — смысл. Прочитайте p := 2 * (a + b);: сложить a и b, удвоить, записать в p.</w:t>
      </w:r>
    </w:p>
    <w:p>
      <w:pPr>
        <w:pStyle w:val="Heading2"/>
      </w:pPr>
      <w:r>
        <w:t>10–15 минут. Слайды 6–8</w:t>
      </w:r>
    </w:p>
    <w:p>
      <w:pPr/>
      <w:r>
        <w:t>Алфавит: буквы, цифры, знаки, разделители. Служебные слова var, begin, end имеют заданную роль. Идентификатор — имя объекта. В наших примерах первая — латинская буква, затем буквы, цифры или подчёркивание. side2 и total_sum подходят; 2side и begin — нет. Переменная — именованная величина с изменяемым значением. Тип определяет значения и операции. Константа обозначает постоянное значение.</w:t>
      </w:r>
    </w:p>
    <w:p>
      <w:pPr/>
      <w:r>
        <w:t>Для программы нужен integer — целые числа. Обзор других типов без диктовки: real — вещественные приближённые значения; boolean — True/False; char — символ; string — строка. Покажите число 10 и текст '10'. Выражение 2 * (a + b) вычисляет значение. Оператор p := 2 * (a + b); сохраняет его. := — присваивание. При старом x = 4 команда x := x + 1; записывает 5. + — операция, весь оператор присваивания — законченное действие.</w:t>
      </w:r>
    </w:p>
    <w:p>
      <w:r>
        <w:br w:type="page"/>
      </w:r>
    </w:p>
    <w:p>
      <w:pPr>
        <w:pStyle w:val="Heading1"/>
      </w:pPr>
      <w:r>
        <w:t>Готовая программа и её выполнение</w:t>
      </w:r>
    </w:p>
    <w:p>
      <w:pPr>
        <w:pStyle w:val="Heading2"/>
      </w:pPr>
      <w:r>
        <w:t>15–23 минуты. Слайды 9–11</w:t>
      </w:r>
    </w:p>
    <w:p>
      <w:pPr/>
      <w:r>
        <w:t>Данные — целые a и b от 1 до 1000 см, результат — периметр в сантиметрах. Четыре минуты на чтение и запись шести строк:</w:t>
      </w:r>
    </w:p>
    <w:p>
      <w:pPr>
        <w:spacing w:line="240" w:lineRule="auto"/>
      </w:pPr>
      <w:r>
        <w:rPr>
          <w:rFonts w:ascii="Consolas" w:hAnsi="Consolas"/>
          <w:sz w:val="22"/>
        </w:rPr>
        <w:t>var a, b, p: integer;</w:t>
        <w:br/>
        <w:t>begin</w:t>
        <w:br/>
        <w:t xml:space="preserve">  readln(a, b);</w:t>
        <w:br/>
        <w:t xml:space="preserve">  p := 2 * (a + b);</w:t>
        <w:br/>
        <w:t xml:space="preserve">  writeln(p);</w:t>
        <w:br/>
        <w:t>end.</w:t>
      </w:r>
    </w:p>
    <w:p>
      <w:pPr/>
      <w:r>
        <w:t>var описывает переменные и их тип; begin начинает блок; readln получает два числа; p := ... вычисляет и сохраняет ответ; writeln выводит значение; end. заканчивает программу. Точка с запятой разделяет операторы, точка завершает программу. Умножение пишется явно: 2 * (...).</w:t>
      </w:r>
    </w:p>
    <w:p>
      <w:pPr/>
      <w:r>
        <w:t>Две минуты на трассировку: ввод 5 3 → a = 5, b = 3 → сумма 8 → p = 16 → вывод 16. Затем 4 2 → 12. Код тот же, данные и ответ иные. Если среда заранее готова, второй прогон можно заменить запуском: в окне ввода 5 3 и Enter. Без компьютера значения записываются в тетради.</w:t>
      </w:r>
    </w:p>
    <w:p>
      <w:pPr/>
      <w:r>
        <w:t>Две минуты на ошибки: p := 2 * ; — недостаёт выражения; p := 'hello'; — строка не подходит integer; p := a + b; — допустимая запись, но неверная формула периметра. Компилятор обнаружит первые две ошибки; последняя требует сравнения с ожидаемым ответом 16, а не 8.</w:t>
      </w:r>
    </w:p>
    <w:p>
      <w:pPr>
        <w:pStyle w:val="Heading2"/>
      </w:pPr>
      <w:r>
        <w:t>23–28 минут. Слайды 12–13</w:t>
      </w:r>
    </w:p>
    <w:p>
      <w:pPr/>
      <w:r>
        <w:t>Подпрограмма выполняет отдельную задачу и вызывается по имени. Функция Abs(-3) возвращает 3, это значение можно использовать в выражении. Процедура writeln(p) выводит число, не возвращая значение как результат вызова. Процедуры могут изменять данные; не говорите, что у них вообще нет результата.</w:t>
      </w:r>
    </w:p>
    <w:p>
      <w:pPr/>
      <w:r>
        <w:t>За три минуты дайте обзор § 2.2: структурный подход — следование, ветвления, циклы, подпрограммы; процедурный — разбиение действий на процедуры и функции; функциональный — вычисление и сочетание результатов функций; объектный — объекты с состоянием и поведением. Пример объекта: кнопка и реакция на нажатие. Это парадигмы организации программы, которые могут сочетаться. Практическое освоение всех четырёх сегодня не проверяем.</w:t>
      </w:r>
    </w:p>
    <w:p>
      <w:r>
        <w:br w:type="page"/>
      </w:r>
    </w:p>
    <w:p>
      <w:pPr>
        <w:pStyle w:val="Heading1"/>
      </w:pPr>
      <w:r>
        <w:t>Самостоятельные задания и ключи</w:t>
      </w:r>
    </w:p>
    <w:p>
      <w:pPr>
        <w:pStyle w:val="Heading2"/>
      </w:pPr>
      <w:r>
        <w:t>28–31 минута. А, слайды 14–15</w:t>
      </w:r>
    </w:p>
    <w:p>
      <w:pPr/>
      <w:r>
        <w:t>Оставьте на экране условие А, ученики открывают записанный образец в тетради. Без проектора код и условия на доске. Каждый записывает: 1) язык, переменные, тип, строки ввода и вывода; 2) сумму и вывод для 6 3; 3) выражение и оператор присваивания. 20 секунд инструкция, 2 минуты попытка, 40 секунд сверка. Ключ: Pascal; a, b, p: integer; readln(a,b); и writeln(p); сумма 9, вывод 18; выражение 2 * (a + b), оператор p := 2 * (a + b);. При ответе 9 подчеркните удвоение, новый вход 2 3 → 10.</w:t>
      </w:r>
    </w:p>
    <w:p>
      <w:pPr>
        <w:pStyle w:val="Heading2"/>
      </w:pPr>
      <w:r>
        <w:t>31–34 минута. Б, слайды 16–17</w:t>
      </w:r>
    </w:p>
    <w:p>
      <w:pPr/>
      <w:r>
        <w:t>1) Какие имена подходят: side2, 2side, begin, total_sum? 2) Почему при p: integer не подходит p := 'hello';? 3) Для периметра записали p := a + b;. Ввод 6 2: фактический и ожидаемый ответы, примет ли компилятор? Время: 20 секунд инструкция, 2 минуты попытка, 40 секунд сверка. При задержке А вопросы Б1–2 обсудите устно, Б3 оставьте каждому письменно.</w:t>
      </w:r>
    </w:p>
    <w:p>
      <w:pPr/>
      <w:r>
        <w:t>Ключ: side2 и total_sum подходят; 2side начинается с цифры, begin занято. Строка не соответствует integer. Допустимая строка даст 8, а нужно 16. Исправить на p := 2 * (a + b);, проверить 3 3 → 12. При путанице имён предложите side_length; при путанице выражения и оператора предложите p := p + 2; при старом p = 10 → 12.</w:t>
      </w:r>
    </w:p>
    <w:p>
      <w:pPr>
        <w:pStyle w:val="Heading2"/>
      </w:pPr>
      <w:r>
        <w:t>34–40 минут. В, слайды 18–19</w:t>
      </w:r>
    </w:p>
    <w:p>
      <w:pPr/>
      <w:r>
        <w:t>Найти площадь для целых сторон от 1 до 1000 см: сохранить ввод, результат назвать area, изменить описание, вычисление и вывод. Написать полную программу; проверить 5 3 и 4 2; объяснить согласование имени. 30 секунд инструкция, 3,5 минуты запись, 1,5 минуты сверка, 30 секунд исправление. С компьютером меняют готовый код и запускают; без него пишут в тетради.</w:t>
      </w:r>
    </w:p>
    <w:p>
      <w:pPr>
        <w:spacing w:line="240" w:lineRule="auto"/>
      </w:pPr>
      <w:r>
        <w:rPr>
          <w:rFonts w:ascii="Consolas" w:hAnsi="Consolas"/>
          <w:sz w:val="22"/>
        </w:rPr>
        <w:t>var a, b, area: integer;</w:t>
        <w:br/>
        <w:t>begin</w:t>
        <w:br/>
        <w:t xml:space="preserve">  readln(a, b);</w:t>
        <w:br/>
        <w:t xml:space="preserve">  area := a * b;</w:t>
        <w:br/>
        <w:t xml:space="preserve">  writeln(area);</w:t>
        <w:br/>
        <w:t>end.</w:t>
      </w:r>
    </w:p>
    <w:p>
      <w:pPr/>
      <w:r>
        <w:t>Ключ: вывод 15 и 8, единицы по условию см². area описана, получает вычисленное значение и выводится. Быстрым: 3 3 → 9. Затрудняющимся дайте первую строку, вычисление ученик дописывает сам. Имя p во всех трёх местах допустимо при верной формуле, но area яснее передаёт смысл.</w:t>
      </w:r>
    </w:p>
    <w:p>
      <w:r>
        <w:br w:type="page"/>
      </w:r>
    </w:p>
    <w:p>
      <w:pPr>
        <w:pStyle w:val="Heading1"/>
      </w:pPr>
      <w:r>
        <w:t>Оценка понимания и завершение</w:t>
      </w:r>
    </w:p>
    <w:p>
      <w:pPr>
        <w:pStyle w:val="Heading2"/>
      </w:pPr>
      <w:r>
        <w:t>40–43 минуты. Выходной билет, слайд 20</w:t>
      </w:r>
    </w:p>
    <w:p>
      <w:pPr/>
      <w:r>
        <w:t>1) Чем программа отличается от алгоритма? 2) Было x = 4. Что сделает x := x + 1;? 3) Доказывает ли успешная компиляция верный ответ? Объясни на примере периметра. Время: 20 секунд инструкция, 1 минута 40 секунд запись, 40 секунд сверка одного примера, 20 секунд подготовить тетради к сдаче.</w:t>
      </w:r>
    </w:p>
    <w:p>
      <w:pPr/>
      <w:r>
        <w:t>Ключ: алгоритм задаёт способ решения, программа записывает действия и данные на языке программирования; x станет 5; нет, строка a + b может компилироваться, но не вычисляет периметр. Пересказ своими словами допустим. Соберите билет вместе с личной программой площади.</w:t>
      </w:r>
    </w:p>
    <w:p>
      <w:pPr>
        <w:pStyle w:val="Heading2"/>
      </w:pPr>
      <w:r>
        <w:t>Критерии и дальнейшие действия</w:t>
      </w:r>
    </w:p>
    <w:p>
      <w:pPr/>
      <w:r>
        <w:t>Программа В: описаны используемые переменные; сохранён ввод; формула a * b; выводится вычисленная площадь; оба прогноза верны. Билет: различает способ и его запись; понимает замену значения; отличает компиляцию от проверки результата. Отмечайте компоненты отдельно: освоено / нужна помощь, без автоматического перевода в отметку.</w:t>
      </w:r>
    </w:p>
    <w:p>
      <w:pPr/>
      <w:r>
        <w:t>После урока просмотрите записи (ориентир 8–12 минут на класс). Если неверна формула, верните к смыслу площади и новому входу 3 3. Если осталась старая переменная в выводе, проследите, где хранится вычисленное значение. Если := трактуется как равенство, покажите последовательность x = 4 → вычислили 5 → заменили x. Если смешаны язык и среда, сопоставьте Pascal и PascalABC.NET. На следующем занятии проверьте коротким новым примером именно найденное затруднение.</w:t>
      </w:r>
    </w:p>
    <w:p>
      <w:pPr>
        <w:pStyle w:val="Heading2"/>
      </w:pPr>
      <w:r>
        <w:t>43–45 минут. Домашнее задание, слайд 21</w:t>
      </w:r>
    </w:p>
    <w:p>
      <w:pPr/>
      <w:r>
        <w:t>Прочитать § 2, особенно 2.3. Написать программу периметра квадрата: целая сторона от 1 до 1000 см, имена a и perimeter, тип integer. Подписать ввод, выражение, вывод. Проверить 3 см и 5 см. Компьютер необязателен. На запись условия — минута, повтор условия — 30 секунд, сбор тетрадей — 30 секунд.</w:t>
      </w:r>
    </w:p>
    <w:p>
      <w:pPr>
        <w:spacing w:line="240" w:lineRule="auto"/>
      </w:pPr>
      <w:r>
        <w:rPr>
          <w:rFonts w:ascii="Consolas" w:hAnsi="Consolas"/>
          <w:sz w:val="22"/>
        </w:rPr>
        <w:t>var a, perimeter: integer;</w:t>
        <w:br/>
        <w:t>begin</w:t>
        <w:br/>
        <w:t xml:space="preserve">  readln(a);</w:t>
        <w:br/>
        <w:t xml:space="preserve">  perimeter := 4 * a;</w:t>
        <w:br/>
        <w:t xml:space="preserve">  writeln(perimeter);</w:t>
        <w:br/>
        <w:t>end.</w:t>
      </w:r>
    </w:p>
    <w:p>
      <w:pPr/>
      <w:r>
        <w:t>Ключ: 3 → 12, 5 → 20, периметр в сантиметрах. Если ученик складывает четыре стороны вместо умножения, такой вариант вычисления тоже верен.</w:t>
      </w:r>
    </w:p>
    <w:p>
      <w:r>
        <w:br w:type="page"/>
      </w:r>
    </w:p>
    <w:p>
      <w:pPr>
        <w:pStyle w:val="Heading1"/>
      </w:pPr>
      <w:r>
        <w:t>Варианты проведения и источники</w:t>
      </w:r>
    </w:p>
    <w:p>
      <w:pPr>
        <w:pStyle w:val="Heading2"/>
      </w:pPr>
      <w:r>
        <w:t>Без техники и при сокращении времени</w:t>
      </w:r>
    </w:p>
    <w:p>
      <w:pPr/>
      <w:r>
        <w:t>Без проектора заранее выпишите на доске определение, программу периметра и условия А–В; ориентир подготовки 7–10 минут. Остальные объяснения полностью приведены на страницах 2–3. Без принтера и телефонов ученики работают в тетрадях. Чтение и изменение программы не зависят от наличия компьютера.</w:t>
      </w:r>
    </w:p>
    <w:p>
      <w:pPr/>
      <w:r>
        <w:t>Если класс медленно переписывает, не диктуйте все типы и парадигмы: они есть в веб-уроке для повторения. Сохраняйте явное определение, полный пример, индивидуальную программу площади и билет. При готовой компьютерной среде запуск заменяет часть устной трассировки, а не добавляется к маршруту.</w:t>
      </w:r>
    </w:p>
    <w:p>
      <w:pPr/>
      <w:r>
        <w:t>40 минут: связь и определение 5; выполнение и синтаксис 3; имена, типы и присваивание 5; полный пример 7; подпрограммы и обзор парадигм 4; А 3; Б 3; В 5; билет 3; домашнее 2. Всего 40. Сократите устные примеры и число ответов вслух; Б1–2 можно устно. Не сокращайте личную попытку до показа ключа. Для В за 5 минут: 30 секунд инструкция, 3,5 минуты личная попытка, 30 секунд сверка двух ответов и трёх изменённых строк, 30 секунд исправление. Развёрнутое объяснение проверяется после урока по записи ученика.</w:t>
      </w:r>
    </w:p>
    <w:p>
      <w:pPr>
        <w:pStyle w:val="Heading2"/>
      </w:pPr>
      <w:r>
        <w:t>Источники и авторские решения</w:t>
      </w:r>
    </w:p>
    <w:p>
      <w:pPr/>
      <w:r>
        <w:t>Котов В. М., Лапо А. И., Быкадоров Ю. А., Войтехович Е. Н. «Информатика. 10 класс». Народная асвета, 2020, § 2, с. 11–21. Параграф охватывает уровни языков, средства выполнения, парадигмы и структурные элементы. Определения пересказаны своими словами. Код, задачи и ключи созданы для этого урока; сканы учебника не распространяются.</w:t>
      </w:r>
    </w:p>
    <w:p>
      <w:pPr/>
      <w:r>
        <w:t>Программа X–XI классов, постановление от 29.07.2025 № 132: https://adu.by/images/2025/08/12/Inform-10-11.pdf. При аудите курса подтверждено повторение языка программирования в начале X класса. Тема урока следует принятому КТП, § 2.</w:t>
      </w:r>
    </w:p>
    <w:p>
      <w:pPr/>
      <w:r>
        <w:t>Официальная справка PascalABC.NET: https://pascalabc.net/downloads/pabcnethelp/index.htm. Для пояснения методов выполнения учтено, что компиляция и интерпретация могут сочетаться. Переход «прочитать готовый код → проследить → изменить» использует принцип моделирования решения: https://teachcomputing.org/pedagogy. Обзор парадигм ограничен знакомством, основная практика — данные и операторы.</w:t>
      </w:r>
    </w:p>
    <w:p>
      <w:pPr/>
      <w:r>
        <w:t>Четыре оригинальные иллюстрации image_gen, 15.09.2026: язык, трансляция, переменные, подпрограммы. Это образы понятий; точные команды и значения даны редактируемым текстом. Материал требует обычной учительской адаптации к классу; реальная классная апробация не проводилась.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MediaSchool  •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Языки программирования. Основные структурные элементы — план урока</dc:title>
  <dc:subject>Информатика, 10 класс</dc:subject>
  <dc:creator>MediaSchool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