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7BBEF" w14:textId="13F0DDFD" w:rsidR="00684774" w:rsidRDefault="00684774" w:rsidP="00684774">
      <w:pPr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A80E723" wp14:editId="45F17B3B">
            <wp:simplePos x="0" y="0"/>
            <wp:positionH relativeFrom="column">
              <wp:posOffset>1619250</wp:posOffset>
            </wp:positionH>
            <wp:positionV relativeFrom="paragraph">
              <wp:posOffset>-790575</wp:posOffset>
            </wp:positionV>
            <wp:extent cx="2228850" cy="2228850"/>
            <wp:effectExtent l="0" t="0" r="0" b="0"/>
            <wp:wrapNone/>
            <wp:docPr id="1196572736" name="Picture 1" descr="A logo with animals and su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72736" name="Picture 1" descr="A logo with animals and su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A5371" w14:textId="77777777" w:rsidR="00684774" w:rsidRDefault="00684774" w:rsidP="00684774">
      <w:pPr>
        <w:rPr>
          <w:b/>
          <w:bCs/>
          <w:noProof/>
        </w:rPr>
      </w:pPr>
    </w:p>
    <w:p w14:paraId="4BB7A58C" w14:textId="77777777" w:rsidR="00684774" w:rsidRDefault="00684774" w:rsidP="00684774">
      <w:pPr>
        <w:rPr>
          <w:b/>
          <w:bCs/>
          <w:noProof/>
        </w:rPr>
      </w:pPr>
    </w:p>
    <w:p w14:paraId="1E69DB85" w14:textId="77777777" w:rsidR="00684774" w:rsidRDefault="00684774" w:rsidP="00684774">
      <w:pPr>
        <w:rPr>
          <w:b/>
          <w:bCs/>
          <w:noProof/>
        </w:rPr>
      </w:pPr>
    </w:p>
    <w:p w14:paraId="3F71D6F9" w14:textId="77777777" w:rsidR="00684774" w:rsidRDefault="00684774" w:rsidP="00684774">
      <w:pPr>
        <w:rPr>
          <w:b/>
          <w:bCs/>
          <w:noProof/>
        </w:rPr>
      </w:pPr>
    </w:p>
    <w:p w14:paraId="12B49EC5" w14:textId="5E175056" w:rsidR="00684774" w:rsidRPr="00684774" w:rsidRDefault="00684774" w:rsidP="00684774">
      <w:pPr>
        <w:rPr>
          <w:b/>
          <w:bCs/>
          <w:noProof/>
        </w:rPr>
      </w:pPr>
      <w:r w:rsidRPr="00684774">
        <w:rPr>
          <w:b/>
          <w:bCs/>
          <w:noProof/>
        </w:rPr>
        <w:t>**StreetSafe Strips™</w:t>
      </w:r>
    </w:p>
    <w:p w14:paraId="363B9FCB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Case Study Protocol for Partner Organizations**</w:t>
      </w:r>
      <w:r w:rsidRPr="00684774">
        <w:rPr>
          <w:noProof/>
        </w:rPr>
        <w:br/>
      </w:r>
      <w:r w:rsidRPr="00684774">
        <w:rPr>
          <w:b/>
          <w:bCs/>
          <w:noProof/>
        </w:rPr>
        <w:t>6-Week Wellness Pilot</w:t>
      </w:r>
    </w:p>
    <w:p w14:paraId="286DF960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This case study protocol explains exactly what your organization will do during the 6-week StreetSafe Strips™ Pilot. It is designed to be simple, low-burden, and easy to integrate into your existing workflow.</w:t>
      </w:r>
    </w:p>
    <w:p w14:paraId="1E04AE6B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pict w14:anchorId="1233406D">
          <v:rect id="_x0000_i1223" style="width:0;height:1.5pt" o:hralign="center" o:hrstd="t" o:hr="t" fillcolor="#a0a0a0" stroked="f"/>
        </w:pict>
      </w:r>
    </w:p>
    <w:p w14:paraId="34A410D8" w14:textId="77777777" w:rsidR="00684774" w:rsidRPr="00684774" w:rsidRDefault="00684774" w:rsidP="00684774">
      <w:pPr>
        <w:rPr>
          <w:b/>
          <w:bCs/>
          <w:noProof/>
        </w:rPr>
      </w:pPr>
      <w:r w:rsidRPr="00684774">
        <w:rPr>
          <w:b/>
          <w:bCs/>
          <w:noProof/>
        </w:rPr>
        <w:t>1. Purpose of the Case Study</w:t>
      </w:r>
    </w:p>
    <w:p w14:paraId="1526FD5F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The goal of this 6-week case study is to measure:</w:t>
      </w:r>
    </w:p>
    <w:p w14:paraId="13D2E341" w14:textId="77777777" w:rsidR="00684774" w:rsidRPr="00684774" w:rsidRDefault="00684774" w:rsidP="00684774">
      <w:pPr>
        <w:numPr>
          <w:ilvl w:val="0"/>
          <w:numId w:val="10"/>
        </w:numPr>
        <w:rPr>
          <w:noProof/>
        </w:rPr>
      </w:pPr>
      <w:r w:rsidRPr="00684774">
        <w:rPr>
          <w:noProof/>
        </w:rPr>
        <w:t>Oral comfort (dry mouth relief)</w:t>
      </w:r>
    </w:p>
    <w:p w14:paraId="1C6501DE" w14:textId="77777777" w:rsidR="00684774" w:rsidRPr="00684774" w:rsidRDefault="00684774" w:rsidP="00684774">
      <w:pPr>
        <w:numPr>
          <w:ilvl w:val="0"/>
          <w:numId w:val="10"/>
        </w:numPr>
        <w:rPr>
          <w:noProof/>
        </w:rPr>
      </w:pPr>
      <w:r w:rsidRPr="00684774">
        <w:rPr>
          <w:noProof/>
        </w:rPr>
        <w:t>Hydration comfort</w:t>
      </w:r>
    </w:p>
    <w:p w14:paraId="6A055F89" w14:textId="77777777" w:rsidR="00684774" w:rsidRPr="00684774" w:rsidRDefault="00684774" w:rsidP="00684774">
      <w:pPr>
        <w:numPr>
          <w:ilvl w:val="0"/>
          <w:numId w:val="10"/>
        </w:numPr>
        <w:rPr>
          <w:noProof/>
        </w:rPr>
      </w:pPr>
      <w:r w:rsidRPr="00684774">
        <w:rPr>
          <w:noProof/>
        </w:rPr>
        <w:t>Day-to-day wellness and energy</w:t>
      </w:r>
    </w:p>
    <w:p w14:paraId="6B2F0C51" w14:textId="77777777" w:rsidR="00684774" w:rsidRPr="00684774" w:rsidRDefault="00684774" w:rsidP="00684774">
      <w:pPr>
        <w:numPr>
          <w:ilvl w:val="0"/>
          <w:numId w:val="10"/>
        </w:numPr>
        <w:rPr>
          <w:noProof/>
        </w:rPr>
      </w:pPr>
      <w:r w:rsidRPr="00684774">
        <w:rPr>
          <w:noProof/>
        </w:rPr>
        <w:t>Calmness and steadiness</w:t>
      </w:r>
    </w:p>
    <w:p w14:paraId="06F881CE" w14:textId="77777777" w:rsidR="00684774" w:rsidRPr="00684774" w:rsidRDefault="00684774" w:rsidP="00684774">
      <w:pPr>
        <w:numPr>
          <w:ilvl w:val="0"/>
          <w:numId w:val="10"/>
        </w:numPr>
        <w:rPr>
          <w:noProof/>
        </w:rPr>
      </w:pPr>
      <w:r w:rsidRPr="00684774">
        <w:rPr>
          <w:noProof/>
        </w:rPr>
        <w:t>Ease of use and participant demand</w:t>
      </w:r>
    </w:p>
    <w:p w14:paraId="0698716A" w14:textId="77777777" w:rsidR="00684774" w:rsidRPr="00684774" w:rsidRDefault="00684774" w:rsidP="00684774">
      <w:pPr>
        <w:numPr>
          <w:ilvl w:val="0"/>
          <w:numId w:val="10"/>
        </w:numPr>
        <w:rPr>
          <w:noProof/>
        </w:rPr>
      </w:pPr>
      <w:r w:rsidRPr="00684774">
        <w:rPr>
          <w:noProof/>
        </w:rPr>
        <w:t>Real-world adoption in a shelter or outreach environment</w:t>
      </w:r>
    </w:p>
    <w:p w14:paraId="21439E1E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Data will be used to determine citywide or multi-site expansion.</w:t>
      </w:r>
    </w:p>
    <w:p w14:paraId="3A1597A0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pict w14:anchorId="533B56EF">
          <v:rect id="_x0000_i1224" style="width:0;height:1.5pt" o:hralign="center" o:hrstd="t" o:hr="t" fillcolor="#a0a0a0" stroked="f"/>
        </w:pict>
      </w:r>
    </w:p>
    <w:p w14:paraId="6966ADD7" w14:textId="77777777" w:rsidR="00684774" w:rsidRPr="00684774" w:rsidRDefault="00684774" w:rsidP="00684774">
      <w:pPr>
        <w:rPr>
          <w:b/>
          <w:bCs/>
          <w:noProof/>
        </w:rPr>
      </w:pPr>
      <w:r w:rsidRPr="00684774">
        <w:rPr>
          <w:b/>
          <w:bCs/>
          <w:noProof/>
        </w:rPr>
        <w:t>2. Role of the Partner Organization</w:t>
      </w:r>
    </w:p>
    <w:p w14:paraId="2327ED58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Your organization will:</w:t>
      </w:r>
    </w:p>
    <w:p w14:paraId="4DC91372" w14:textId="77777777" w:rsidR="00684774" w:rsidRPr="00684774" w:rsidRDefault="00684774" w:rsidP="00684774">
      <w:pPr>
        <w:numPr>
          <w:ilvl w:val="0"/>
          <w:numId w:val="11"/>
        </w:numPr>
        <w:rPr>
          <w:noProof/>
        </w:rPr>
      </w:pPr>
      <w:r w:rsidRPr="00684774">
        <w:rPr>
          <w:noProof/>
        </w:rPr>
        <w:t>Enroll participants</w:t>
      </w:r>
    </w:p>
    <w:p w14:paraId="35FBEB62" w14:textId="77777777" w:rsidR="00684774" w:rsidRPr="00684774" w:rsidRDefault="00684774" w:rsidP="00684774">
      <w:pPr>
        <w:numPr>
          <w:ilvl w:val="0"/>
          <w:numId w:val="11"/>
        </w:numPr>
        <w:rPr>
          <w:noProof/>
        </w:rPr>
      </w:pPr>
      <w:r w:rsidRPr="00684774">
        <w:rPr>
          <w:noProof/>
        </w:rPr>
        <w:t>Assign anonymous IDs</w:t>
      </w:r>
    </w:p>
    <w:p w14:paraId="1C81E8D1" w14:textId="77777777" w:rsidR="00684774" w:rsidRPr="00684774" w:rsidRDefault="00684774" w:rsidP="00684774">
      <w:pPr>
        <w:numPr>
          <w:ilvl w:val="0"/>
          <w:numId w:val="11"/>
        </w:numPr>
        <w:rPr>
          <w:noProof/>
        </w:rPr>
      </w:pPr>
      <w:r w:rsidRPr="00684774">
        <w:rPr>
          <w:noProof/>
        </w:rPr>
        <w:t>Distribute StreetSafe Strips™ once per week</w:t>
      </w:r>
    </w:p>
    <w:p w14:paraId="3ECD6814" w14:textId="77777777" w:rsidR="00684774" w:rsidRPr="00684774" w:rsidRDefault="00684774" w:rsidP="00684774">
      <w:pPr>
        <w:numPr>
          <w:ilvl w:val="0"/>
          <w:numId w:val="11"/>
        </w:numPr>
        <w:rPr>
          <w:noProof/>
        </w:rPr>
      </w:pPr>
      <w:r w:rsidRPr="00684774">
        <w:rPr>
          <w:noProof/>
        </w:rPr>
        <w:lastRenderedPageBreak/>
        <w:t>Ask a short weekly check-in (30–60 seconds)</w:t>
      </w:r>
    </w:p>
    <w:p w14:paraId="691E8C0C" w14:textId="77777777" w:rsidR="00684774" w:rsidRPr="00684774" w:rsidRDefault="00684774" w:rsidP="00684774">
      <w:pPr>
        <w:numPr>
          <w:ilvl w:val="0"/>
          <w:numId w:val="11"/>
        </w:numPr>
        <w:rPr>
          <w:noProof/>
        </w:rPr>
      </w:pPr>
      <w:r w:rsidRPr="00684774">
        <w:rPr>
          <w:noProof/>
        </w:rPr>
        <w:t>Complete simple observation + inventory logs</w:t>
      </w:r>
    </w:p>
    <w:p w14:paraId="53EF9ED2" w14:textId="77777777" w:rsidR="00684774" w:rsidRPr="00684774" w:rsidRDefault="00684774" w:rsidP="00684774">
      <w:pPr>
        <w:numPr>
          <w:ilvl w:val="0"/>
          <w:numId w:val="11"/>
        </w:numPr>
        <w:rPr>
          <w:noProof/>
        </w:rPr>
      </w:pPr>
      <w:r w:rsidRPr="00684774">
        <w:rPr>
          <w:noProof/>
        </w:rPr>
        <w:t>Administer the end-of-pilot survey</w:t>
      </w:r>
    </w:p>
    <w:p w14:paraId="2AACBECC" w14:textId="77777777" w:rsidR="00684774" w:rsidRPr="00684774" w:rsidRDefault="00684774" w:rsidP="00684774">
      <w:pPr>
        <w:numPr>
          <w:ilvl w:val="0"/>
          <w:numId w:val="11"/>
        </w:numPr>
        <w:rPr>
          <w:noProof/>
        </w:rPr>
      </w:pPr>
      <w:r w:rsidRPr="00684774">
        <w:rPr>
          <w:noProof/>
        </w:rPr>
        <w:t>Send de-identified logs and survey results back to Signal Wellness</w:t>
      </w:r>
    </w:p>
    <w:p w14:paraId="40207027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 xml:space="preserve">You do </w:t>
      </w:r>
      <w:r w:rsidRPr="00684774">
        <w:rPr>
          <w:b/>
          <w:bCs/>
          <w:noProof/>
        </w:rPr>
        <w:t>not</w:t>
      </w:r>
      <w:r w:rsidRPr="00684774">
        <w:rPr>
          <w:noProof/>
        </w:rPr>
        <w:t xml:space="preserve"> collect names, medical information, or any protected health data.</w:t>
      </w:r>
    </w:p>
    <w:p w14:paraId="377B4C0E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pict w14:anchorId="2682F7A7">
          <v:rect id="_x0000_i1225" style="width:0;height:1.5pt" o:hralign="center" o:hrstd="t" o:hr="t" fillcolor="#a0a0a0" stroked="f"/>
        </w:pict>
      </w:r>
    </w:p>
    <w:p w14:paraId="10217E4B" w14:textId="77777777" w:rsidR="00684774" w:rsidRPr="00684774" w:rsidRDefault="00684774" w:rsidP="00684774">
      <w:pPr>
        <w:rPr>
          <w:b/>
          <w:bCs/>
          <w:noProof/>
        </w:rPr>
      </w:pPr>
      <w:r w:rsidRPr="00684774">
        <w:rPr>
          <w:b/>
          <w:bCs/>
          <w:noProof/>
        </w:rPr>
        <w:t>3. Who Can Participate</w:t>
      </w:r>
    </w:p>
    <w:p w14:paraId="6FF6C87A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Participants must:</w:t>
      </w:r>
    </w:p>
    <w:p w14:paraId="6975EA3A" w14:textId="77777777" w:rsidR="00684774" w:rsidRPr="00684774" w:rsidRDefault="00684774" w:rsidP="00684774">
      <w:pPr>
        <w:numPr>
          <w:ilvl w:val="0"/>
          <w:numId w:val="12"/>
        </w:numPr>
        <w:rPr>
          <w:noProof/>
        </w:rPr>
      </w:pPr>
      <w:r w:rsidRPr="00684774">
        <w:rPr>
          <w:noProof/>
        </w:rPr>
        <w:t>Be 18+ (unless youth protocol is approved separately)</w:t>
      </w:r>
    </w:p>
    <w:p w14:paraId="6BA7A14A" w14:textId="77777777" w:rsidR="00684774" w:rsidRPr="00684774" w:rsidRDefault="00684774" w:rsidP="00684774">
      <w:pPr>
        <w:numPr>
          <w:ilvl w:val="0"/>
          <w:numId w:val="12"/>
        </w:numPr>
        <w:rPr>
          <w:noProof/>
        </w:rPr>
      </w:pPr>
      <w:r w:rsidRPr="00684774">
        <w:rPr>
          <w:noProof/>
        </w:rPr>
        <w:t>Receive services from your organization (shelter, outreach, day center)</w:t>
      </w:r>
    </w:p>
    <w:p w14:paraId="18E37524" w14:textId="77777777" w:rsidR="00684774" w:rsidRPr="00684774" w:rsidRDefault="00684774" w:rsidP="00684774">
      <w:pPr>
        <w:numPr>
          <w:ilvl w:val="0"/>
          <w:numId w:val="12"/>
        </w:numPr>
        <w:rPr>
          <w:noProof/>
        </w:rPr>
      </w:pPr>
      <w:r w:rsidRPr="00684774">
        <w:rPr>
          <w:noProof/>
        </w:rPr>
        <w:t>Understand what the strips are</w:t>
      </w:r>
    </w:p>
    <w:p w14:paraId="6911B739" w14:textId="77777777" w:rsidR="00684774" w:rsidRPr="00684774" w:rsidRDefault="00684774" w:rsidP="00684774">
      <w:pPr>
        <w:numPr>
          <w:ilvl w:val="0"/>
          <w:numId w:val="12"/>
        </w:numPr>
        <w:rPr>
          <w:noProof/>
        </w:rPr>
      </w:pPr>
      <w:r w:rsidRPr="00684774">
        <w:rPr>
          <w:noProof/>
        </w:rPr>
        <w:t>Give verbal consent</w:t>
      </w:r>
    </w:p>
    <w:p w14:paraId="67AEFB0B" w14:textId="77777777" w:rsidR="00684774" w:rsidRPr="00684774" w:rsidRDefault="00684774" w:rsidP="00684774">
      <w:pPr>
        <w:numPr>
          <w:ilvl w:val="0"/>
          <w:numId w:val="12"/>
        </w:numPr>
        <w:rPr>
          <w:noProof/>
        </w:rPr>
      </w:pPr>
      <w:r w:rsidRPr="00684774">
        <w:rPr>
          <w:noProof/>
        </w:rPr>
        <w:t>Be willing to answer short weekly questions</w:t>
      </w:r>
    </w:p>
    <w:p w14:paraId="3EE1C012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Participation is voluntary. They may stop at any time.</w:t>
      </w:r>
    </w:p>
    <w:p w14:paraId="75923BAB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pict w14:anchorId="09637991">
          <v:rect id="_x0000_i1226" style="width:0;height:1.5pt" o:hralign="center" o:hrstd="t" o:hr="t" fillcolor="#a0a0a0" stroked="f"/>
        </w:pict>
      </w:r>
    </w:p>
    <w:p w14:paraId="0607F3C1" w14:textId="77777777" w:rsidR="00684774" w:rsidRPr="00684774" w:rsidRDefault="00684774" w:rsidP="00684774">
      <w:pPr>
        <w:rPr>
          <w:b/>
          <w:bCs/>
          <w:noProof/>
        </w:rPr>
      </w:pPr>
      <w:r w:rsidRPr="00684774">
        <w:rPr>
          <w:b/>
          <w:bCs/>
          <w:noProof/>
        </w:rPr>
        <w:t>4. Enrollment Flow (Week 0 or Week 1)</w:t>
      </w:r>
    </w:p>
    <w:p w14:paraId="7A1EE47D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Each participant receives:</w:t>
      </w:r>
    </w:p>
    <w:p w14:paraId="0E308427" w14:textId="77777777" w:rsidR="00684774" w:rsidRPr="00684774" w:rsidRDefault="00684774" w:rsidP="00684774">
      <w:pPr>
        <w:numPr>
          <w:ilvl w:val="0"/>
          <w:numId w:val="13"/>
        </w:numPr>
        <w:rPr>
          <w:noProof/>
        </w:rPr>
      </w:pPr>
      <w:r w:rsidRPr="00684774">
        <w:rPr>
          <w:b/>
          <w:bCs/>
          <w:noProof/>
        </w:rPr>
        <w:t>Anonymous Participant ID</w:t>
      </w:r>
      <w:r w:rsidRPr="00684774">
        <w:rPr>
          <w:noProof/>
        </w:rPr>
        <w:t xml:space="preserve"> (example: </w:t>
      </w:r>
      <w:r w:rsidRPr="00684774">
        <w:rPr>
          <w:i/>
          <w:iCs/>
          <w:noProof/>
        </w:rPr>
        <w:t>SWS-014</w:t>
      </w:r>
      <w:r w:rsidRPr="00684774">
        <w:rPr>
          <w:noProof/>
        </w:rPr>
        <w:t>)</w:t>
      </w:r>
    </w:p>
    <w:p w14:paraId="764A7FA4" w14:textId="77777777" w:rsidR="00684774" w:rsidRPr="00684774" w:rsidRDefault="00684774" w:rsidP="00684774">
      <w:pPr>
        <w:numPr>
          <w:ilvl w:val="0"/>
          <w:numId w:val="13"/>
        </w:numPr>
        <w:rPr>
          <w:noProof/>
        </w:rPr>
      </w:pPr>
      <w:r w:rsidRPr="00684774">
        <w:rPr>
          <w:b/>
          <w:bCs/>
          <w:noProof/>
        </w:rPr>
        <w:t>Baseline Intake Questions</w:t>
      </w:r>
    </w:p>
    <w:p w14:paraId="230FAE9E" w14:textId="77777777" w:rsidR="00684774" w:rsidRPr="00684774" w:rsidRDefault="00684774" w:rsidP="00684774">
      <w:pPr>
        <w:numPr>
          <w:ilvl w:val="0"/>
          <w:numId w:val="13"/>
        </w:numPr>
        <w:rPr>
          <w:noProof/>
        </w:rPr>
      </w:pPr>
      <w:r w:rsidRPr="00684774">
        <w:rPr>
          <w:b/>
          <w:bCs/>
          <w:noProof/>
        </w:rPr>
        <w:t>First Weekly Pack</w:t>
      </w:r>
      <w:r w:rsidRPr="00684774">
        <w:rPr>
          <w:noProof/>
        </w:rPr>
        <w:t xml:space="preserve"> of StreetSafe Strips™ (7 or 14 strips)</w:t>
      </w:r>
    </w:p>
    <w:p w14:paraId="2BAA9693" w14:textId="77777777" w:rsidR="00684774" w:rsidRPr="00684774" w:rsidRDefault="00684774" w:rsidP="00684774">
      <w:pPr>
        <w:rPr>
          <w:b/>
          <w:bCs/>
          <w:noProof/>
        </w:rPr>
      </w:pPr>
      <w:r w:rsidRPr="00684774">
        <w:rPr>
          <w:b/>
          <w:bCs/>
          <w:noProof/>
        </w:rPr>
        <w:t>Baseline Intake Questions</w:t>
      </w:r>
    </w:p>
    <w:p w14:paraId="4A5F6190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Staff ask:</w:t>
      </w:r>
    </w:p>
    <w:p w14:paraId="482EBB30" w14:textId="77777777" w:rsidR="00684774" w:rsidRPr="00684774" w:rsidRDefault="00684774" w:rsidP="00684774">
      <w:pPr>
        <w:numPr>
          <w:ilvl w:val="0"/>
          <w:numId w:val="14"/>
        </w:numPr>
        <w:rPr>
          <w:noProof/>
        </w:rPr>
      </w:pPr>
      <w:r w:rsidRPr="00684774">
        <w:rPr>
          <w:noProof/>
        </w:rPr>
        <w:t>“In the last week, how often was your mouth very dry?”</w:t>
      </w:r>
    </w:p>
    <w:p w14:paraId="43CFED2A" w14:textId="77777777" w:rsidR="00684774" w:rsidRPr="00684774" w:rsidRDefault="00684774" w:rsidP="00684774">
      <w:pPr>
        <w:numPr>
          <w:ilvl w:val="1"/>
          <w:numId w:val="14"/>
        </w:numPr>
        <w:rPr>
          <w:noProof/>
        </w:rPr>
      </w:pPr>
      <w:r w:rsidRPr="00684774">
        <w:rPr>
          <w:noProof/>
        </w:rPr>
        <w:t>Never / Sometimes / Often / Very often</w:t>
      </w:r>
    </w:p>
    <w:p w14:paraId="1ACA3E19" w14:textId="77777777" w:rsidR="00684774" w:rsidRPr="00684774" w:rsidRDefault="00684774" w:rsidP="00684774">
      <w:pPr>
        <w:numPr>
          <w:ilvl w:val="0"/>
          <w:numId w:val="14"/>
        </w:numPr>
        <w:rPr>
          <w:noProof/>
        </w:rPr>
      </w:pPr>
      <w:r w:rsidRPr="00684774">
        <w:rPr>
          <w:noProof/>
        </w:rPr>
        <w:t>“Do you have trouble staying hydrated?”</w:t>
      </w:r>
    </w:p>
    <w:p w14:paraId="5BBD16C1" w14:textId="77777777" w:rsidR="00684774" w:rsidRPr="00684774" w:rsidRDefault="00684774" w:rsidP="00684774">
      <w:pPr>
        <w:numPr>
          <w:ilvl w:val="1"/>
          <w:numId w:val="14"/>
        </w:numPr>
        <w:rPr>
          <w:noProof/>
        </w:rPr>
      </w:pPr>
      <w:r w:rsidRPr="00684774">
        <w:rPr>
          <w:noProof/>
        </w:rPr>
        <w:t>No / Sometimes / Yes</w:t>
      </w:r>
    </w:p>
    <w:p w14:paraId="001EC382" w14:textId="77777777" w:rsidR="00684774" w:rsidRPr="00684774" w:rsidRDefault="00684774" w:rsidP="00684774">
      <w:pPr>
        <w:numPr>
          <w:ilvl w:val="0"/>
          <w:numId w:val="14"/>
        </w:numPr>
        <w:rPr>
          <w:noProof/>
        </w:rPr>
      </w:pPr>
      <w:r w:rsidRPr="00684774">
        <w:rPr>
          <w:noProof/>
        </w:rPr>
        <w:lastRenderedPageBreak/>
        <w:t>“How is your overall day-to-day feeling lately?”</w:t>
      </w:r>
    </w:p>
    <w:p w14:paraId="373EFA17" w14:textId="77777777" w:rsidR="00684774" w:rsidRPr="00684774" w:rsidRDefault="00684774" w:rsidP="00684774">
      <w:pPr>
        <w:numPr>
          <w:ilvl w:val="1"/>
          <w:numId w:val="14"/>
        </w:numPr>
        <w:rPr>
          <w:noProof/>
        </w:rPr>
      </w:pPr>
      <w:r w:rsidRPr="00684774">
        <w:rPr>
          <w:noProof/>
        </w:rPr>
        <w:t>Low / Fair / Okay / Good</w:t>
      </w:r>
    </w:p>
    <w:p w14:paraId="060D101D" w14:textId="77777777" w:rsidR="00684774" w:rsidRPr="00684774" w:rsidRDefault="00684774" w:rsidP="00684774">
      <w:pPr>
        <w:numPr>
          <w:ilvl w:val="0"/>
          <w:numId w:val="14"/>
        </w:numPr>
        <w:rPr>
          <w:noProof/>
        </w:rPr>
      </w:pPr>
      <w:r w:rsidRPr="00684774">
        <w:rPr>
          <w:noProof/>
        </w:rPr>
        <w:t>“Do you often feel rundown or like you’re getting sick?”</w:t>
      </w:r>
    </w:p>
    <w:p w14:paraId="3E2FDC89" w14:textId="77777777" w:rsidR="00684774" w:rsidRPr="00684774" w:rsidRDefault="00684774" w:rsidP="00684774">
      <w:pPr>
        <w:numPr>
          <w:ilvl w:val="1"/>
          <w:numId w:val="14"/>
        </w:numPr>
        <w:rPr>
          <w:noProof/>
        </w:rPr>
      </w:pPr>
      <w:r w:rsidRPr="00684774">
        <w:rPr>
          <w:noProof/>
        </w:rPr>
        <w:t>No / Sometimes / Yes</w:t>
      </w:r>
    </w:p>
    <w:p w14:paraId="4D2C4FDB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Record responses under the ID.</w:t>
      </w:r>
    </w:p>
    <w:p w14:paraId="38006777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pict w14:anchorId="483B767C">
          <v:rect id="_x0000_i1227" style="width:0;height:1.5pt" o:hralign="center" o:hrstd="t" o:hr="t" fillcolor="#a0a0a0" stroked="f"/>
        </w:pict>
      </w:r>
    </w:p>
    <w:p w14:paraId="028E1115" w14:textId="77777777" w:rsidR="00684774" w:rsidRPr="00684774" w:rsidRDefault="00684774" w:rsidP="00684774">
      <w:pPr>
        <w:rPr>
          <w:b/>
          <w:bCs/>
          <w:noProof/>
        </w:rPr>
      </w:pPr>
      <w:r w:rsidRPr="00684774">
        <w:rPr>
          <w:b/>
          <w:bCs/>
          <w:noProof/>
        </w:rPr>
        <w:t>5. Weekly Distribution Flow (Weeks 1–6)</w:t>
      </w:r>
    </w:p>
    <w:p w14:paraId="1F3205BB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Each week the participant:</w:t>
      </w:r>
    </w:p>
    <w:p w14:paraId="5D12AC21" w14:textId="77777777" w:rsidR="00684774" w:rsidRPr="00684774" w:rsidRDefault="00684774" w:rsidP="00684774">
      <w:pPr>
        <w:numPr>
          <w:ilvl w:val="0"/>
          <w:numId w:val="15"/>
        </w:numPr>
        <w:rPr>
          <w:noProof/>
        </w:rPr>
      </w:pPr>
      <w:r w:rsidRPr="00684774">
        <w:rPr>
          <w:noProof/>
        </w:rPr>
        <w:t>Gives their Participant ID</w:t>
      </w:r>
    </w:p>
    <w:p w14:paraId="30624CA0" w14:textId="77777777" w:rsidR="00684774" w:rsidRPr="00684774" w:rsidRDefault="00684774" w:rsidP="00684774">
      <w:pPr>
        <w:numPr>
          <w:ilvl w:val="0"/>
          <w:numId w:val="15"/>
        </w:numPr>
        <w:rPr>
          <w:noProof/>
        </w:rPr>
      </w:pPr>
      <w:r w:rsidRPr="00684774">
        <w:rPr>
          <w:noProof/>
        </w:rPr>
        <w:t>Receives a new weekly pack</w:t>
      </w:r>
    </w:p>
    <w:p w14:paraId="46225969" w14:textId="77777777" w:rsidR="00684774" w:rsidRPr="00684774" w:rsidRDefault="00684774" w:rsidP="00684774">
      <w:pPr>
        <w:numPr>
          <w:ilvl w:val="0"/>
          <w:numId w:val="15"/>
        </w:numPr>
        <w:rPr>
          <w:noProof/>
        </w:rPr>
      </w:pPr>
      <w:r w:rsidRPr="00684774">
        <w:rPr>
          <w:noProof/>
        </w:rPr>
        <w:t xml:space="preserve">Answers the </w:t>
      </w:r>
      <w:r w:rsidRPr="00684774">
        <w:rPr>
          <w:b/>
          <w:bCs/>
          <w:noProof/>
        </w:rPr>
        <w:t>Weekly Check-In Questions</w:t>
      </w:r>
    </w:p>
    <w:p w14:paraId="2ECCEF55" w14:textId="77777777" w:rsidR="00684774" w:rsidRPr="00684774" w:rsidRDefault="00684774" w:rsidP="00684774">
      <w:pPr>
        <w:rPr>
          <w:b/>
          <w:bCs/>
          <w:noProof/>
        </w:rPr>
      </w:pPr>
      <w:r w:rsidRPr="00684774">
        <w:rPr>
          <w:b/>
          <w:bCs/>
          <w:noProof/>
        </w:rPr>
        <w:t>Weekly Check-In Questions (30–60 seconds)</w:t>
      </w:r>
    </w:p>
    <w:p w14:paraId="07064FB9" w14:textId="77777777" w:rsidR="00684774" w:rsidRPr="00684774" w:rsidRDefault="00684774" w:rsidP="00684774">
      <w:pPr>
        <w:numPr>
          <w:ilvl w:val="0"/>
          <w:numId w:val="16"/>
        </w:numPr>
        <w:rPr>
          <w:noProof/>
        </w:rPr>
      </w:pPr>
      <w:r w:rsidRPr="00684774">
        <w:rPr>
          <w:noProof/>
        </w:rPr>
        <w:t>“How many strips did you use this week?”</w:t>
      </w:r>
    </w:p>
    <w:p w14:paraId="182D1665" w14:textId="77777777" w:rsidR="00684774" w:rsidRPr="00684774" w:rsidRDefault="00684774" w:rsidP="00684774">
      <w:pPr>
        <w:numPr>
          <w:ilvl w:val="1"/>
          <w:numId w:val="16"/>
        </w:numPr>
        <w:rPr>
          <w:noProof/>
        </w:rPr>
      </w:pPr>
      <w:r w:rsidRPr="00684774">
        <w:rPr>
          <w:noProof/>
        </w:rPr>
        <w:t>None / A few / Most / All</w:t>
      </w:r>
    </w:p>
    <w:p w14:paraId="14C0DE49" w14:textId="77777777" w:rsidR="00684774" w:rsidRPr="00684774" w:rsidRDefault="00684774" w:rsidP="00684774">
      <w:pPr>
        <w:numPr>
          <w:ilvl w:val="0"/>
          <w:numId w:val="16"/>
        </w:numPr>
        <w:rPr>
          <w:noProof/>
        </w:rPr>
      </w:pPr>
      <w:r w:rsidRPr="00684774">
        <w:rPr>
          <w:noProof/>
        </w:rPr>
        <w:t>“Did they help with dry mouth or oral discomfort?”</w:t>
      </w:r>
    </w:p>
    <w:p w14:paraId="461C55D5" w14:textId="77777777" w:rsidR="00684774" w:rsidRPr="00684774" w:rsidRDefault="00684774" w:rsidP="00684774">
      <w:pPr>
        <w:numPr>
          <w:ilvl w:val="1"/>
          <w:numId w:val="16"/>
        </w:numPr>
        <w:rPr>
          <w:noProof/>
        </w:rPr>
      </w:pPr>
      <w:r w:rsidRPr="00684774">
        <w:rPr>
          <w:noProof/>
        </w:rPr>
        <w:t>Not at all / A little / A lot</w:t>
      </w:r>
    </w:p>
    <w:p w14:paraId="4815B8E0" w14:textId="77777777" w:rsidR="00684774" w:rsidRPr="00684774" w:rsidRDefault="00684774" w:rsidP="00684774">
      <w:pPr>
        <w:numPr>
          <w:ilvl w:val="0"/>
          <w:numId w:val="16"/>
        </w:numPr>
        <w:rPr>
          <w:noProof/>
        </w:rPr>
      </w:pPr>
      <w:r w:rsidRPr="00684774">
        <w:rPr>
          <w:noProof/>
        </w:rPr>
        <w:t>“Did you feel more able to drink water or stay hydrated?”</w:t>
      </w:r>
    </w:p>
    <w:p w14:paraId="046243D1" w14:textId="77777777" w:rsidR="00684774" w:rsidRPr="00684774" w:rsidRDefault="00684774" w:rsidP="00684774">
      <w:pPr>
        <w:numPr>
          <w:ilvl w:val="1"/>
          <w:numId w:val="16"/>
        </w:numPr>
        <w:rPr>
          <w:noProof/>
        </w:rPr>
      </w:pPr>
      <w:r w:rsidRPr="00684774">
        <w:rPr>
          <w:noProof/>
        </w:rPr>
        <w:t>No / Somewhat / Yes</w:t>
      </w:r>
    </w:p>
    <w:p w14:paraId="48D0659E" w14:textId="77777777" w:rsidR="00684774" w:rsidRPr="00684774" w:rsidRDefault="00684774" w:rsidP="00684774">
      <w:pPr>
        <w:numPr>
          <w:ilvl w:val="0"/>
          <w:numId w:val="16"/>
        </w:numPr>
        <w:rPr>
          <w:noProof/>
        </w:rPr>
      </w:pPr>
      <w:r w:rsidRPr="00684774">
        <w:rPr>
          <w:noProof/>
        </w:rPr>
        <w:t>“How was your overall day-to-day feeling this week?”</w:t>
      </w:r>
    </w:p>
    <w:p w14:paraId="7DD73D2E" w14:textId="77777777" w:rsidR="00684774" w:rsidRPr="00684774" w:rsidRDefault="00684774" w:rsidP="00684774">
      <w:pPr>
        <w:numPr>
          <w:ilvl w:val="1"/>
          <w:numId w:val="16"/>
        </w:numPr>
        <w:rPr>
          <w:noProof/>
        </w:rPr>
      </w:pPr>
      <w:r w:rsidRPr="00684774">
        <w:rPr>
          <w:noProof/>
        </w:rPr>
        <w:t>Worse / About the same / Better</w:t>
      </w:r>
    </w:p>
    <w:p w14:paraId="4553054C" w14:textId="77777777" w:rsidR="00684774" w:rsidRPr="00684774" w:rsidRDefault="00684774" w:rsidP="00684774">
      <w:pPr>
        <w:numPr>
          <w:ilvl w:val="0"/>
          <w:numId w:val="16"/>
        </w:numPr>
        <w:rPr>
          <w:noProof/>
        </w:rPr>
      </w:pPr>
      <w:r w:rsidRPr="00684774">
        <w:rPr>
          <w:noProof/>
        </w:rPr>
        <w:t>“Did the strips help you feel calmer or more steady?”</w:t>
      </w:r>
    </w:p>
    <w:p w14:paraId="1CFF0A8E" w14:textId="77777777" w:rsidR="00684774" w:rsidRPr="00684774" w:rsidRDefault="00684774" w:rsidP="00684774">
      <w:pPr>
        <w:numPr>
          <w:ilvl w:val="1"/>
          <w:numId w:val="16"/>
        </w:numPr>
        <w:rPr>
          <w:noProof/>
        </w:rPr>
      </w:pPr>
      <w:r w:rsidRPr="00684774">
        <w:rPr>
          <w:noProof/>
        </w:rPr>
        <w:t>No / Sometimes / Often</w:t>
      </w:r>
    </w:p>
    <w:p w14:paraId="7F44AA2C" w14:textId="77777777" w:rsidR="00684774" w:rsidRPr="00684774" w:rsidRDefault="00684774" w:rsidP="00684774">
      <w:pPr>
        <w:numPr>
          <w:ilvl w:val="0"/>
          <w:numId w:val="16"/>
        </w:numPr>
        <w:rPr>
          <w:noProof/>
        </w:rPr>
      </w:pPr>
      <w:r w:rsidRPr="00684774">
        <w:rPr>
          <w:noProof/>
        </w:rPr>
        <w:t>“Did you scan or look at the QR code on the packet?”</w:t>
      </w:r>
    </w:p>
    <w:p w14:paraId="084149DB" w14:textId="77777777" w:rsidR="00684774" w:rsidRPr="00684774" w:rsidRDefault="00684774" w:rsidP="00684774">
      <w:pPr>
        <w:numPr>
          <w:ilvl w:val="1"/>
          <w:numId w:val="16"/>
        </w:numPr>
        <w:rPr>
          <w:noProof/>
        </w:rPr>
      </w:pPr>
      <w:r w:rsidRPr="00684774">
        <w:rPr>
          <w:noProof/>
        </w:rPr>
        <w:t>No / Once / More than once</w:t>
      </w:r>
    </w:p>
    <w:p w14:paraId="4BBB1160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Log responses weekly under the ID.</w:t>
      </w:r>
    </w:p>
    <w:p w14:paraId="62968044" w14:textId="77777777" w:rsidR="00684774" w:rsidRPr="00684774" w:rsidRDefault="00684774" w:rsidP="00684774">
      <w:pPr>
        <w:rPr>
          <w:b/>
          <w:bCs/>
          <w:noProof/>
        </w:rPr>
      </w:pPr>
      <w:r w:rsidRPr="00684774">
        <w:rPr>
          <w:b/>
          <w:bCs/>
          <w:noProof/>
        </w:rPr>
        <w:t>Missed Week</w:t>
      </w:r>
    </w:p>
    <w:p w14:paraId="42C39C3A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lastRenderedPageBreak/>
        <w:t>If someone misses a week, mark “Missed.”</w:t>
      </w:r>
      <w:r w:rsidRPr="00684774">
        <w:rPr>
          <w:noProof/>
        </w:rPr>
        <w:br/>
        <w:t>If they return, staff ask:</w:t>
      </w:r>
    </w:p>
    <w:p w14:paraId="654D29A5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“Did you use any strips since the last time we saw you?”</w:t>
      </w:r>
    </w:p>
    <w:p w14:paraId="5C439135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pict w14:anchorId="2C3D3F7A">
          <v:rect id="_x0000_i1228" style="width:0;height:1.5pt" o:hralign="center" o:hrstd="t" o:hr="t" fillcolor="#a0a0a0" stroked="f"/>
        </w:pict>
      </w:r>
    </w:p>
    <w:p w14:paraId="2726782B" w14:textId="77777777" w:rsidR="00684774" w:rsidRPr="00684774" w:rsidRDefault="00684774" w:rsidP="00684774">
      <w:pPr>
        <w:rPr>
          <w:b/>
          <w:bCs/>
          <w:noProof/>
        </w:rPr>
      </w:pPr>
      <w:r w:rsidRPr="00684774">
        <w:rPr>
          <w:b/>
          <w:bCs/>
          <w:noProof/>
        </w:rPr>
        <w:t>6. Observation Log</w:t>
      </w:r>
    </w:p>
    <w:p w14:paraId="09DCE244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Once or twice per week, staff make short notes:</w:t>
      </w:r>
    </w:p>
    <w:p w14:paraId="79E0F99B" w14:textId="77777777" w:rsidR="00684774" w:rsidRPr="00684774" w:rsidRDefault="00684774" w:rsidP="00684774">
      <w:pPr>
        <w:numPr>
          <w:ilvl w:val="0"/>
          <w:numId w:val="17"/>
        </w:numPr>
        <w:rPr>
          <w:noProof/>
        </w:rPr>
      </w:pPr>
      <w:r w:rsidRPr="00684774">
        <w:rPr>
          <w:noProof/>
        </w:rPr>
        <w:t>Number of people using strips on-site</w:t>
      </w:r>
    </w:p>
    <w:p w14:paraId="46D4A446" w14:textId="77777777" w:rsidR="00684774" w:rsidRPr="00684774" w:rsidRDefault="00684774" w:rsidP="00684774">
      <w:pPr>
        <w:numPr>
          <w:ilvl w:val="0"/>
          <w:numId w:val="17"/>
        </w:numPr>
        <w:rPr>
          <w:noProof/>
        </w:rPr>
      </w:pPr>
      <w:r w:rsidRPr="00684774">
        <w:rPr>
          <w:noProof/>
        </w:rPr>
        <w:t>Comments they hear</w:t>
      </w:r>
    </w:p>
    <w:p w14:paraId="66AED9BC" w14:textId="77777777" w:rsidR="00684774" w:rsidRPr="00684774" w:rsidRDefault="00684774" w:rsidP="00684774">
      <w:pPr>
        <w:numPr>
          <w:ilvl w:val="0"/>
          <w:numId w:val="17"/>
        </w:numPr>
        <w:rPr>
          <w:noProof/>
        </w:rPr>
      </w:pPr>
      <w:r w:rsidRPr="00684774">
        <w:rPr>
          <w:noProof/>
        </w:rPr>
        <w:t>Requests for more strips</w:t>
      </w:r>
    </w:p>
    <w:p w14:paraId="5CE3E600" w14:textId="77777777" w:rsidR="00684774" w:rsidRPr="00684774" w:rsidRDefault="00684774" w:rsidP="00684774">
      <w:pPr>
        <w:numPr>
          <w:ilvl w:val="0"/>
          <w:numId w:val="17"/>
        </w:numPr>
        <w:rPr>
          <w:noProof/>
        </w:rPr>
      </w:pPr>
      <w:r w:rsidRPr="00684774">
        <w:rPr>
          <w:noProof/>
        </w:rPr>
        <w:t>General patterns (“Most used in mornings,” etc.)</w:t>
      </w:r>
    </w:p>
    <w:p w14:paraId="2DFB6CA3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This can be 1–3 sentences each time.</w:t>
      </w:r>
    </w:p>
    <w:p w14:paraId="21836C81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pict w14:anchorId="44B8E949">
          <v:rect id="_x0000_i1229" style="width:0;height:1.5pt" o:hralign="center" o:hrstd="t" o:hr="t" fillcolor="#a0a0a0" stroked="f"/>
        </w:pict>
      </w:r>
    </w:p>
    <w:p w14:paraId="49E648AF" w14:textId="77777777" w:rsidR="00684774" w:rsidRPr="00684774" w:rsidRDefault="00684774" w:rsidP="00684774">
      <w:pPr>
        <w:rPr>
          <w:b/>
          <w:bCs/>
          <w:noProof/>
        </w:rPr>
      </w:pPr>
      <w:r w:rsidRPr="00684774">
        <w:rPr>
          <w:b/>
          <w:bCs/>
          <w:noProof/>
        </w:rPr>
        <w:t>7. Safety + Incident Handling</w:t>
      </w:r>
    </w:p>
    <w:p w14:paraId="227F47C7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If a participant experiences any discomfort:</w:t>
      </w:r>
    </w:p>
    <w:p w14:paraId="07F16DD8" w14:textId="77777777" w:rsidR="00684774" w:rsidRPr="00684774" w:rsidRDefault="00684774" w:rsidP="00684774">
      <w:pPr>
        <w:numPr>
          <w:ilvl w:val="0"/>
          <w:numId w:val="18"/>
        </w:numPr>
        <w:rPr>
          <w:noProof/>
        </w:rPr>
      </w:pPr>
      <w:r w:rsidRPr="00684774">
        <w:rPr>
          <w:noProof/>
        </w:rPr>
        <w:t>Log the Participant ID</w:t>
      </w:r>
    </w:p>
    <w:p w14:paraId="540FB50F" w14:textId="77777777" w:rsidR="00684774" w:rsidRPr="00684774" w:rsidRDefault="00684774" w:rsidP="00684774">
      <w:pPr>
        <w:numPr>
          <w:ilvl w:val="0"/>
          <w:numId w:val="18"/>
        </w:numPr>
        <w:rPr>
          <w:noProof/>
        </w:rPr>
      </w:pPr>
      <w:r w:rsidRPr="00684774">
        <w:rPr>
          <w:noProof/>
        </w:rPr>
        <w:t>Log what they reported</w:t>
      </w:r>
    </w:p>
    <w:p w14:paraId="79A1E620" w14:textId="77777777" w:rsidR="00684774" w:rsidRPr="00684774" w:rsidRDefault="00684774" w:rsidP="00684774">
      <w:pPr>
        <w:numPr>
          <w:ilvl w:val="0"/>
          <w:numId w:val="18"/>
        </w:numPr>
        <w:rPr>
          <w:noProof/>
        </w:rPr>
      </w:pPr>
      <w:r w:rsidRPr="00684774">
        <w:rPr>
          <w:noProof/>
        </w:rPr>
        <w:t>Let them stop immediately</w:t>
      </w:r>
    </w:p>
    <w:p w14:paraId="5306461F" w14:textId="77777777" w:rsidR="00684774" w:rsidRPr="00684774" w:rsidRDefault="00684774" w:rsidP="00684774">
      <w:pPr>
        <w:numPr>
          <w:ilvl w:val="0"/>
          <w:numId w:val="18"/>
        </w:numPr>
        <w:rPr>
          <w:noProof/>
        </w:rPr>
      </w:pPr>
      <w:r w:rsidRPr="00684774">
        <w:rPr>
          <w:noProof/>
        </w:rPr>
        <w:t>Offer medical referral if applicable</w:t>
      </w:r>
    </w:p>
    <w:p w14:paraId="32BCEDB4" w14:textId="77777777" w:rsidR="00684774" w:rsidRPr="00684774" w:rsidRDefault="00684774" w:rsidP="00684774">
      <w:pPr>
        <w:numPr>
          <w:ilvl w:val="0"/>
          <w:numId w:val="18"/>
        </w:numPr>
        <w:rPr>
          <w:noProof/>
        </w:rPr>
      </w:pPr>
      <w:r w:rsidRPr="00684774">
        <w:rPr>
          <w:noProof/>
        </w:rPr>
        <w:t>Notify Signal Wellness (de-identified)</w:t>
      </w:r>
    </w:p>
    <w:p w14:paraId="14F7CF16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Incidents are RARE and normally very minor (taste preference, stomach warmth, etc.)</w:t>
      </w:r>
    </w:p>
    <w:p w14:paraId="01D0376B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pict w14:anchorId="04DA77AE">
          <v:rect id="_x0000_i1230" style="width:0;height:1.5pt" o:hralign="center" o:hrstd="t" o:hr="t" fillcolor="#a0a0a0" stroked="f"/>
        </w:pict>
      </w:r>
    </w:p>
    <w:p w14:paraId="2BEAAEBB" w14:textId="77777777" w:rsidR="00684774" w:rsidRPr="00684774" w:rsidRDefault="00684774" w:rsidP="00684774">
      <w:pPr>
        <w:rPr>
          <w:b/>
          <w:bCs/>
          <w:noProof/>
        </w:rPr>
      </w:pPr>
      <w:r w:rsidRPr="00684774">
        <w:rPr>
          <w:b/>
          <w:bCs/>
          <w:noProof/>
        </w:rPr>
        <w:t>8. End-of-Pilot Survey (Week 6)</w:t>
      </w:r>
    </w:p>
    <w:p w14:paraId="653E11E0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At week 6 (or final visit), ask:</w:t>
      </w:r>
    </w:p>
    <w:p w14:paraId="1940BC55" w14:textId="77777777" w:rsidR="00684774" w:rsidRPr="00684774" w:rsidRDefault="00684774" w:rsidP="00684774">
      <w:pPr>
        <w:numPr>
          <w:ilvl w:val="0"/>
          <w:numId w:val="19"/>
        </w:numPr>
        <w:rPr>
          <w:noProof/>
        </w:rPr>
      </w:pPr>
      <w:r w:rsidRPr="00684774">
        <w:rPr>
          <w:noProof/>
        </w:rPr>
        <w:t>“Did the strips help with dry mouth?”</w:t>
      </w:r>
    </w:p>
    <w:p w14:paraId="6385C951" w14:textId="77777777" w:rsidR="00684774" w:rsidRPr="00684774" w:rsidRDefault="00684774" w:rsidP="00684774">
      <w:pPr>
        <w:numPr>
          <w:ilvl w:val="1"/>
          <w:numId w:val="19"/>
        </w:numPr>
        <w:rPr>
          <w:noProof/>
        </w:rPr>
      </w:pPr>
      <w:r w:rsidRPr="00684774">
        <w:rPr>
          <w:noProof/>
        </w:rPr>
        <w:t>Not at all / A little / A lot</w:t>
      </w:r>
    </w:p>
    <w:p w14:paraId="1E890A5C" w14:textId="77777777" w:rsidR="00684774" w:rsidRPr="00684774" w:rsidRDefault="00684774" w:rsidP="00684774">
      <w:pPr>
        <w:numPr>
          <w:ilvl w:val="0"/>
          <w:numId w:val="19"/>
        </w:numPr>
        <w:rPr>
          <w:noProof/>
        </w:rPr>
      </w:pPr>
      <w:r w:rsidRPr="00684774">
        <w:rPr>
          <w:noProof/>
        </w:rPr>
        <w:t>“Did they help you stay hydrated or drink water more regularly?”</w:t>
      </w:r>
    </w:p>
    <w:p w14:paraId="0A5F2E69" w14:textId="77777777" w:rsidR="00684774" w:rsidRPr="00684774" w:rsidRDefault="00684774" w:rsidP="00684774">
      <w:pPr>
        <w:numPr>
          <w:ilvl w:val="1"/>
          <w:numId w:val="19"/>
        </w:numPr>
        <w:rPr>
          <w:noProof/>
        </w:rPr>
      </w:pPr>
      <w:r w:rsidRPr="00684774">
        <w:rPr>
          <w:noProof/>
        </w:rPr>
        <w:lastRenderedPageBreak/>
        <w:t>No / Somewhat / Yes</w:t>
      </w:r>
    </w:p>
    <w:p w14:paraId="00843476" w14:textId="77777777" w:rsidR="00684774" w:rsidRPr="00684774" w:rsidRDefault="00684774" w:rsidP="00684774">
      <w:pPr>
        <w:numPr>
          <w:ilvl w:val="0"/>
          <w:numId w:val="19"/>
        </w:numPr>
        <w:rPr>
          <w:noProof/>
        </w:rPr>
      </w:pPr>
      <w:r w:rsidRPr="00684774">
        <w:rPr>
          <w:noProof/>
        </w:rPr>
        <w:t>“Did you feel better day-to-day during the pilot?”</w:t>
      </w:r>
    </w:p>
    <w:p w14:paraId="6ADD3CD3" w14:textId="77777777" w:rsidR="00684774" w:rsidRPr="00684774" w:rsidRDefault="00684774" w:rsidP="00684774">
      <w:pPr>
        <w:numPr>
          <w:ilvl w:val="1"/>
          <w:numId w:val="19"/>
        </w:numPr>
        <w:rPr>
          <w:noProof/>
        </w:rPr>
      </w:pPr>
      <w:r w:rsidRPr="00684774">
        <w:rPr>
          <w:noProof/>
        </w:rPr>
        <w:t>Worse / Same / Better</w:t>
      </w:r>
    </w:p>
    <w:p w14:paraId="44736011" w14:textId="77777777" w:rsidR="00684774" w:rsidRPr="00684774" w:rsidRDefault="00684774" w:rsidP="00684774">
      <w:pPr>
        <w:numPr>
          <w:ilvl w:val="0"/>
          <w:numId w:val="19"/>
        </w:numPr>
        <w:rPr>
          <w:noProof/>
        </w:rPr>
      </w:pPr>
      <w:r w:rsidRPr="00684774">
        <w:rPr>
          <w:noProof/>
        </w:rPr>
        <w:t>“Did you feel calmer or more steady after using them?”</w:t>
      </w:r>
    </w:p>
    <w:p w14:paraId="19394378" w14:textId="77777777" w:rsidR="00684774" w:rsidRPr="00684774" w:rsidRDefault="00684774" w:rsidP="00684774">
      <w:pPr>
        <w:numPr>
          <w:ilvl w:val="1"/>
          <w:numId w:val="19"/>
        </w:numPr>
        <w:rPr>
          <w:noProof/>
        </w:rPr>
      </w:pPr>
      <w:r w:rsidRPr="00684774">
        <w:rPr>
          <w:noProof/>
        </w:rPr>
        <w:t>No / Sometimes / Often</w:t>
      </w:r>
    </w:p>
    <w:p w14:paraId="44DE1D86" w14:textId="77777777" w:rsidR="00684774" w:rsidRPr="00684774" w:rsidRDefault="00684774" w:rsidP="00684774">
      <w:pPr>
        <w:numPr>
          <w:ilvl w:val="0"/>
          <w:numId w:val="19"/>
        </w:numPr>
        <w:rPr>
          <w:noProof/>
        </w:rPr>
      </w:pPr>
      <w:r w:rsidRPr="00684774">
        <w:rPr>
          <w:noProof/>
        </w:rPr>
        <w:t>“Did they make your mornings or evenings easier?”</w:t>
      </w:r>
    </w:p>
    <w:p w14:paraId="181F69BC" w14:textId="77777777" w:rsidR="00684774" w:rsidRPr="00684774" w:rsidRDefault="00684774" w:rsidP="00684774">
      <w:pPr>
        <w:numPr>
          <w:ilvl w:val="1"/>
          <w:numId w:val="19"/>
        </w:numPr>
        <w:rPr>
          <w:noProof/>
        </w:rPr>
      </w:pPr>
      <w:r w:rsidRPr="00684774">
        <w:rPr>
          <w:noProof/>
        </w:rPr>
        <w:t>No / Somewhat / Yes</w:t>
      </w:r>
    </w:p>
    <w:p w14:paraId="082812CA" w14:textId="77777777" w:rsidR="00684774" w:rsidRPr="00684774" w:rsidRDefault="00684774" w:rsidP="00684774">
      <w:pPr>
        <w:numPr>
          <w:ilvl w:val="0"/>
          <w:numId w:val="19"/>
        </w:numPr>
        <w:rPr>
          <w:noProof/>
        </w:rPr>
      </w:pPr>
      <w:r w:rsidRPr="00684774">
        <w:rPr>
          <w:noProof/>
        </w:rPr>
        <w:t>“Would you want these available year-round?”</w:t>
      </w:r>
    </w:p>
    <w:p w14:paraId="0465796C" w14:textId="77777777" w:rsidR="00684774" w:rsidRPr="00684774" w:rsidRDefault="00684774" w:rsidP="00684774">
      <w:pPr>
        <w:numPr>
          <w:ilvl w:val="1"/>
          <w:numId w:val="19"/>
        </w:numPr>
        <w:rPr>
          <w:noProof/>
        </w:rPr>
      </w:pPr>
      <w:r w:rsidRPr="00684774">
        <w:rPr>
          <w:noProof/>
        </w:rPr>
        <w:t>No / Maybe / Yes</w:t>
      </w:r>
    </w:p>
    <w:p w14:paraId="43EFD3E4" w14:textId="77777777" w:rsidR="00684774" w:rsidRPr="00684774" w:rsidRDefault="00684774" w:rsidP="00684774">
      <w:pPr>
        <w:numPr>
          <w:ilvl w:val="0"/>
          <w:numId w:val="19"/>
        </w:numPr>
        <w:rPr>
          <w:noProof/>
        </w:rPr>
      </w:pPr>
      <w:r w:rsidRPr="00684774">
        <w:rPr>
          <w:noProof/>
        </w:rPr>
        <w:t>“Should these be available at other shelters or outreach programs in the city?”</w:t>
      </w:r>
    </w:p>
    <w:p w14:paraId="62A09962" w14:textId="77777777" w:rsidR="00684774" w:rsidRPr="00684774" w:rsidRDefault="00684774" w:rsidP="00684774">
      <w:pPr>
        <w:numPr>
          <w:ilvl w:val="1"/>
          <w:numId w:val="19"/>
        </w:numPr>
        <w:rPr>
          <w:noProof/>
        </w:rPr>
      </w:pPr>
      <w:r w:rsidRPr="00684774">
        <w:rPr>
          <w:noProof/>
        </w:rPr>
        <w:t>No / Maybe / Yes</w:t>
      </w:r>
    </w:p>
    <w:p w14:paraId="46293059" w14:textId="77777777" w:rsidR="00684774" w:rsidRPr="00684774" w:rsidRDefault="00684774" w:rsidP="00684774">
      <w:pPr>
        <w:numPr>
          <w:ilvl w:val="0"/>
          <w:numId w:val="19"/>
        </w:numPr>
        <w:rPr>
          <w:noProof/>
        </w:rPr>
      </w:pPr>
      <w:r w:rsidRPr="00684774">
        <w:rPr>
          <w:noProof/>
        </w:rPr>
        <w:t>“Anything else you want to share?” (Optional comment)</w:t>
      </w:r>
    </w:p>
    <w:p w14:paraId="3530A7D1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Record answers under the ID.</w:t>
      </w:r>
    </w:p>
    <w:p w14:paraId="26A2BC78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pict w14:anchorId="4C2DFFBD">
          <v:rect id="_x0000_i1231" style="width:0;height:1.5pt" o:hralign="center" o:hrstd="t" o:hr="t" fillcolor="#a0a0a0" stroked="f"/>
        </w:pict>
      </w:r>
    </w:p>
    <w:p w14:paraId="4C24FC45" w14:textId="77777777" w:rsidR="00684774" w:rsidRPr="00684774" w:rsidRDefault="00684774" w:rsidP="00684774">
      <w:pPr>
        <w:rPr>
          <w:b/>
          <w:bCs/>
          <w:noProof/>
        </w:rPr>
      </w:pPr>
      <w:r w:rsidRPr="00684774">
        <w:rPr>
          <w:b/>
          <w:bCs/>
          <w:noProof/>
        </w:rPr>
        <w:t>9. Inventory Log</w:t>
      </w:r>
    </w:p>
    <w:p w14:paraId="41EEB124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Each week, staff log:</w:t>
      </w:r>
    </w:p>
    <w:p w14:paraId="7D0E9641" w14:textId="77777777" w:rsidR="00684774" w:rsidRPr="00684774" w:rsidRDefault="00684774" w:rsidP="00684774">
      <w:pPr>
        <w:numPr>
          <w:ilvl w:val="0"/>
          <w:numId w:val="20"/>
        </w:numPr>
        <w:rPr>
          <w:noProof/>
        </w:rPr>
      </w:pPr>
      <w:r w:rsidRPr="00684774">
        <w:rPr>
          <w:noProof/>
        </w:rPr>
        <w:t>Packs distributed</w:t>
      </w:r>
    </w:p>
    <w:p w14:paraId="33A73632" w14:textId="77777777" w:rsidR="00684774" w:rsidRPr="00684774" w:rsidRDefault="00684774" w:rsidP="00684774">
      <w:pPr>
        <w:numPr>
          <w:ilvl w:val="0"/>
          <w:numId w:val="20"/>
        </w:numPr>
        <w:rPr>
          <w:noProof/>
        </w:rPr>
      </w:pPr>
      <w:r w:rsidRPr="00684774">
        <w:rPr>
          <w:noProof/>
        </w:rPr>
        <w:t>Packs remaining</w:t>
      </w:r>
    </w:p>
    <w:p w14:paraId="30D6FC4C" w14:textId="77777777" w:rsidR="00684774" w:rsidRPr="00684774" w:rsidRDefault="00684774" w:rsidP="00684774">
      <w:pPr>
        <w:numPr>
          <w:ilvl w:val="0"/>
          <w:numId w:val="20"/>
        </w:numPr>
        <w:rPr>
          <w:noProof/>
        </w:rPr>
      </w:pPr>
      <w:r w:rsidRPr="00684774">
        <w:rPr>
          <w:noProof/>
        </w:rPr>
        <w:t>Packs damaged / lost / expired</w:t>
      </w:r>
    </w:p>
    <w:p w14:paraId="4299CB2C" w14:textId="77777777" w:rsidR="00684774" w:rsidRPr="00684774" w:rsidRDefault="00684774" w:rsidP="00684774">
      <w:pPr>
        <w:numPr>
          <w:ilvl w:val="0"/>
          <w:numId w:val="20"/>
        </w:numPr>
        <w:rPr>
          <w:noProof/>
        </w:rPr>
      </w:pPr>
      <w:r w:rsidRPr="00684774">
        <w:rPr>
          <w:noProof/>
        </w:rPr>
        <w:t>Staff initials + date</w:t>
      </w:r>
    </w:p>
    <w:p w14:paraId="21142F7A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This ensures clean, transparent reporting.</w:t>
      </w:r>
    </w:p>
    <w:p w14:paraId="1E6E22A8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pict w14:anchorId="1BB8D1F9">
          <v:rect id="_x0000_i1232" style="width:0;height:1.5pt" o:hralign="center" o:hrstd="t" o:hr="t" fillcolor="#a0a0a0" stroked="f"/>
        </w:pict>
      </w:r>
    </w:p>
    <w:p w14:paraId="02343784" w14:textId="77777777" w:rsidR="00684774" w:rsidRPr="00684774" w:rsidRDefault="00684774" w:rsidP="00684774">
      <w:pPr>
        <w:rPr>
          <w:b/>
          <w:bCs/>
          <w:noProof/>
        </w:rPr>
      </w:pPr>
      <w:r w:rsidRPr="00684774">
        <w:rPr>
          <w:b/>
          <w:bCs/>
          <w:noProof/>
        </w:rPr>
        <w:t>10. Data Submission</w:t>
      </w:r>
    </w:p>
    <w:p w14:paraId="28426413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At the end of 6 weeks, send Signal Wellness:</w:t>
      </w:r>
    </w:p>
    <w:p w14:paraId="1605EB53" w14:textId="77777777" w:rsidR="00684774" w:rsidRPr="00684774" w:rsidRDefault="00684774" w:rsidP="00684774">
      <w:pPr>
        <w:numPr>
          <w:ilvl w:val="0"/>
          <w:numId w:val="21"/>
        </w:numPr>
        <w:rPr>
          <w:noProof/>
        </w:rPr>
      </w:pPr>
      <w:r w:rsidRPr="00684774">
        <w:rPr>
          <w:noProof/>
        </w:rPr>
        <w:t>Intake forms</w:t>
      </w:r>
    </w:p>
    <w:p w14:paraId="7C217F07" w14:textId="77777777" w:rsidR="00684774" w:rsidRPr="00684774" w:rsidRDefault="00684774" w:rsidP="00684774">
      <w:pPr>
        <w:numPr>
          <w:ilvl w:val="0"/>
          <w:numId w:val="21"/>
        </w:numPr>
        <w:rPr>
          <w:noProof/>
        </w:rPr>
      </w:pPr>
      <w:r w:rsidRPr="00684774">
        <w:rPr>
          <w:noProof/>
        </w:rPr>
        <w:t>Weekly check-in sheets</w:t>
      </w:r>
    </w:p>
    <w:p w14:paraId="2C13325F" w14:textId="77777777" w:rsidR="00684774" w:rsidRPr="00684774" w:rsidRDefault="00684774" w:rsidP="00684774">
      <w:pPr>
        <w:numPr>
          <w:ilvl w:val="0"/>
          <w:numId w:val="21"/>
        </w:numPr>
        <w:rPr>
          <w:noProof/>
        </w:rPr>
      </w:pPr>
      <w:r w:rsidRPr="00684774">
        <w:rPr>
          <w:noProof/>
        </w:rPr>
        <w:lastRenderedPageBreak/>
        <w:t>End-of-pilot surveys</w:t>
      </w:r>
    </w:p>
    <w:p w14:paraId="77801FAE" w14:textId="77777777" w:rsidR="00684774" w:rsidRPr="00684774" w:rsidRDefault="00684774" w:rsidP="00684774">
      <w:pPr>
        <w:numPr>
          <w:ilvl w:val="0"/>
          <w:numId w:val="21"/>
        </w:numPr>
        <w:rPr>
          <w:noProof/>
        </w:rPr>
      </w:pPr>
      <w:r w:rsidRPr="00684774">
        <w:rPr>
          <w:noProof/>
        </w:rPr>
        <w:t>Observation logs</w:t>
      </w:r>
    </w:p>
    <w:p w14:paraId="094C46C2" w14:textId="77777777" w:rsidR="00684774" w:rsidRPr="00684774" w:rsidRDefault="00684774" w:rsidP="00684774">
      <w:pPr>
        <w:numPr>
          <w:ilvl w:val="0"/>
          <w:numId w:val="21"/>
        </w:numPr>
        <w:rPr>
          <w:noProof/>
        </w:rPr>
      </w:pPr>
      <w:r w:rsidRPr="00684774">
        <w:rPr>
          <w:noProof/>
        </w:rPr>
        <w:t>Inventory logs</w:t>
      </w:r>
    </w:p>
    <w:p w14:paraId="4E432D5C" w14:textId="77777777" w:rsidR="00684774" w:rsidRPr="00684774" w:rsidRDefault="00684774" w:rsidP="00684774">
      <w:pPr>
        <w:numPr>
          <w:ilvl w:val="0"/>
          <w:numId w:val="21"/>
        </w:numPr>
        <w:rPr>
          <w:noProof/>
        </w:rPr>
      </w:pPr>
      <w:r w:rsidRPr="00684774">
        <w:rPr>
          <w:noProof/>
        </w:rPr>
        <w:t>Incident logs (if any)</w:t>
      </w:r>
    </w:p>
    <w:p w14:paraId="022FF4B2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 xml:space="preserve">All data must be </w:t>
      </w:r>
      <w:r w:rsidRPr="00684774">
        <w:rPr>
          <w:b/>
          <w:bCs/>
          <w:noProof/>
        </w:rPr>
        <w:t>de-identified</w:t>
      </w:r>
      <w:r w:rsidRPr="00684774">
        <w:rPr>
          <w:noProof/>
        </w:rPr>
        <w:t>.</w:t>
      </w:r>
    </w:p>
    <w:p w14:paraId="04CB1514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Signal Wellness will produce the:</w:t>
      </w:r>
    </w:p>
    <w:p w14:paraId="7DF44D85" w14:textId="77777777" w:rsidR="00684774" w:rsidRPr="00684774" w:rsidRDefault="00684774" w:rsidP="00684774">
      <w:pPr>
        <w:numPr>
          <w:ilvl w:val="0"/>
          <w:numId w:val="22"/>
        </w:numPr>
        <w:rPr>
          <w:noProof/>
        </w:rPr>
      </w:pPr>
      <w:r w:rsidRPr="00684774">
        <w:rPr>
          <w:noProof/>
        </w:rPr>
        <w:t>Data analysis</w:t>
      </w:r>
    </w:p>
    <w:p w14:paraId="204EF36D" w14:textId="77777777" w:rsidR="00684774" w:rsidRPr="00684774" w:rsidRDefault="00684774" w:rsidP="00684774">
      <w:pPr>
        <w:numPr>
          <w:ilvl w:val="0"/>
          <w:numId w:val="22"/>
        </w:numPr>
        <w:rPr>
          <w:noProof/>
        </w:rPr>
      </w:pPr>
      <w:r w:rsidRPr="00684774">
        <w:rPr>
          <w:noProof/>
        </w:rPr>
        <w:t>Graphs + metrics</w:t>
      </w:r>
    </w:p>
    <w:p w14:paraId="0FDD5A91" w14:textId="77777777" w:rsidR="00684774" w:rsidRPr="00684774" w:rsidRDefault="00684774" w:rsidP="00684774">
      <w:pPr>
        <w:numPr>
          <w:ilvl w:val="0"/>
          <w:numId w:val="22"/>
        </w:numPr>
        <w:rPr>
          <w:noProof/>
        </w:rPr>
      </w:pPr>
      <w:r w:rsidRPr="00684774">
        <w:rPr>
          <w:noProof/>
        </w:rPr>
        <w:t>Final Pilot Outcome Report</w:t>
      </w:r>
    </w:p>
    <w:p w14:paraId="39E82878" w14:textId="77777777" w:rsidR="00684774" w:rsidRPr="00684774" w:rsidRDefault="00684774" w:rsidP="00684774">
      <w:pPr>
        <w:numPr>
          <w:ilvl w:val="0"/>
          <w:numId w:val="22"/>
        </w:numPr>
        <w:rPr>
          <w:noProof/>
        </w:rPr>
      </w:pPr>
      <w:r w:rsidRPr="00684774">
        <w:rPr>
          <w:noProof/>
        </w:rPr>
        <w:t>City-ready expansion summary</w:t>
      </w:r>
    </w:p>
    <w:p w14:paraId="1A655B7D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pict w14:anchorId="1C5C0EE8">
          <v:rect id="_x0000_i1233" style="width:0;height:1.5pt" o:hralign="center" o:hrstd="t" o:hr="t" fillcolor="#a0a0a0" stroked="f"/>
        </w:pict>
      </w:r>
    </w:p>
    <w:p w14:paraId="3D73805C" w14:textId="77777777" w:rsidR="00684774" w:rsidRPr="00684774" w:rsidRDefault="00684774" w:rsidP="00684774">
      <w:pPr>
        <w:rPr>
          <w:b/>
          <w:bCs/>
          <w:noProof/>
        </w:rPr>
      </w:pPr>
      <w:r w:rsidRPr="00684774">
        <w:rPr>
          <w:b/>
          <w:bCs/>
          <w:noProof/>
        </w:rPr>
        <w:t>11. What Success Looks Like</w:t>
      </w:r>
    </w:p>
    <w:p w14:paraId="13101ADF" w14:textId="77777777" w:rsidR="00684774" w:rsidRPr="00684774" w:rsidRDefault="00684774" w:rsidP="00684774">
      <w:pPr>
        <w:rPr>
          <w:noProof/>
        </w:rPr>
      </w:pPr>
      <w:r w:rsidRPr="00684774">
        <w:rPr>
          <w:noProof/>
        </w:rPr>
        <w:t>Success indicators:</w:t>
      </w:r>
    </w:p>
    <w:p w14:paraId="6BE3A17E" w14:textId="77777777" w:rsidR="00684774" w:rsidRPr="00684774" w:rsidRDefault="00684774" w:rsidP="00684774">
      <w:pPr>
        <w:numPr>
          <w:ilvl w:val="0"/>
          <w:numId w:val="23"/>
        </w:numPr>
        <w:rPr>
          <w:noProof/>
        </w:rPr>
      </w:pPr>
      <w:r w:rsidRPr="00684774">
        <w:rPr>
          <w:noProof/>
        </w:rPr>
        <w:t>High adoption and usage</w:t>
      </w:r>
    </w:p>
    <w:p w14:paraId="16B75FBA" w14:textId="77777777" w:rsidR="00684774" w:rsidRPr="00684774" w:rsidRDefault="00684774" w:rsidP="00684774">
      <w:pPr>
        <w:numPr>
          <w:ilvl w:val="0"/>
          <w:numId w:val="23"/>
        </w:numPr>
        <w:rPr>
          <w:noProof/>
        </w:rPr>
      </w:pPr>
      <w:r w:rsidRPr="00684774">
        <w:rPr>
          <w:noProof/>
        </w:rPr>
        <w:t>Clear improvements in oral comfort</w:t>
      </w:r>
    </w:p>
    <w:p w14:paraId="13E02D47" w14:textId="77777777" w:rsidR="00684774" w:rsidRPr="00684774" w:rsidRDefault="00684774" w:rsidP="00684774">
      <w:pPr>
        <w:numPr>
          <w:ilvl w:val="0"/>
          <w:numId w:val="23"/>
        </w:numPr>
        <w:rPr>
          <w:noProof/>
        </w:rPr>
      </w:pPr>
      <w:r w:rsidRPr="00684774">
        <w:rPr>
          <w:noProof/>
        </w:rPr>
        <w:t>Better hydration comfort</w:t>
      </w:r>
    </w:p>
    <w:p w14:paraId="1A35B3F1" w14:textId="77777777" w:rsidR="00684774" w:rsidRPr="00684774" w:rsidRDefault="00684774" w:rsidP="00684774">
      <w:pPr>
        <w:numPr>
          <w:ilvl w:val="0"/>
          <w:numId w:val="23"/>
        </w:numPr>
        <w:rPr>
          <w:noProof/>
        </w:rPr>
      </w:pPr>
      <w:r w:rsidRPr="00684774">
        <w:rPr>
          <w:noProof/>
        </w:rPr>
        <w:t>Improved daily steadiness / calmness</w:t>
      </w:r>
    </w:p>
    <w:p w14:paraId="1944F267" w14:textId="77777777" w:rsidR="00684774" w:rsidRPr="00684774" w:rsidRDefault="00684774" w:rsidP="00684774">
      <w:pPr>
        <w:numPr>
          <w:ilvl w:val="0"/>
          <w:numId w:val="23"/>
        </w:numPr>
        <w:rPr>
          <w:noProof/>
        </w:rPr>
      </w:pPr>
      <w:r w:rsidRPr="00684774">
        <w:rPr>
          <w:noProof/>
        </w:rPr>
        <w:t>Positive participant comments</w:t>
      </w:r>
    </w:p>
    <w:p w14:paraId="051428B2" w14:textId="77777777" w:rsidR="00684774" w:rsidRPr="00684774" w:rsidRDefault="00684774" w:rsidP="00684774">
      <w:pPr>
        <w:numPr>
          <w:ilvl w:val="0"/>
          <w:numId w:val="23"/>
        </w:numPr>
        <w:rPr>
          <w:noProof/>
        </w:rPr>
      </w:pPr>
      <w:r w:rsidRPr="00684774">
        <w:rPr>
          <w:noProof/>
        </w:rPr>
        <w:t>Strong interest in continued access</w:t>
      </w:r>
    </w:p>
    <w:p w14:paraId="7169EEE1" w14:textId="77777777" w:rsidR="00684774" w:rsidRPr="00684774" w:rsidRDefault="00684774" w:rsidP="00684774">
      <w:pPr>
        <w:numPr>
          <w:ilvl w:val="0"/>
          <w:numId w:val="23"/>
        </w:numPr>
        <w:rPr>
          <w:noProof/>
        </w:rPr>
      </w:pPr>
      <w:r w:rsidRPr="00684774">
        <w:rPr>
          <w:noProof/>
        </w:rPr>
        <w:t>Strong partner feedback</w:t>
      </w:r>
    </w:p>
    <w:p w14:paraId="07FE331D" w14:textId="77777777" w:rsidR="00684774" w:rsidRPr="00684774" w:rsidRDefault="00684774" w:rsidP="00684774">
      <w:pPr>
        <w:numPr>
          <w:ilvl w:val="0"/>
          <w:numId w:val="23"/>
        </w:numPr>
        <w:rPr>
          <w:noProof/>
        </w:rPr>
      </w:pPr>
      <w:r w:rsidRPr="00684774">
        <w:rPr>
          <w:noProof/>
        </w:rPr>
        <w:t>Clean, transparent data</w:t>
      </w:r>
    </w:p>
    <w:p w14:paraId="3DFB9F4D" w14:textId="77777777" w:rsidR="00684774" w:rsidRPr="00684774" w:rsidRDefault="00684774" w:rsidP="00684774">
      <w:pPr>
        <w:numPr>
          <w:ilvl w:val="0"/>
          <w:numId w:val="23"/>
        </w:numPr>
        <w:rPr>
          <w:noProof/>
        </w:rPr>
      </w:pPr>
      <w:r w:rsidRPr="00684774">
        <w:rPr>
          <w:noProof/>
        </w:rPr>
        <w:t>Low burden on staff</w:t>
      </w:r>
    </w:p>
    <w:p w14:paraId="791B168D" w14:textId="77777777" w:rsidR="00684774" w:rsidRPr="00684774" w:rsidRDefault="00684774" w:rsidP="00684774">
      <w:pPr>
        <w:numPr>
          <w:ilvl w:val="0"/>
          <w:numId w:val="23"/>
        </w:numPr>
        <w:rPr>
          <w:noProof/>
        </w:rPr>
      </w:pPr>
      <w:r w:rsidRPr="00684774">
        <w:rPr>
          <w:noProof/>
        </w:rPr>
        <w:t>Clear cost-per-participant for city budgeting</w:t>
      </w:r>
    </w:p>
    <w:p w14:paraId="1B319F57" w14:textId="086E800E" w:rsidR="001C3AB1" w:rsidRPr="00684774" w:rsidRDefault="001C3AB1" w:rsidP="00684774"/>
    <w:sectPr w:rsidR="001C3AB1" w:rsidRPr="00684774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CB3615"/>
    <w:multiLevelType w:val="multilevel"/>
    <w:tmpl w:val="E0AC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A0231D6"/>
    <w:multiLevelType w:val="multilevel"/>
    <w:tmpl w:val="36363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A15804"/>
    <w:multiLevelType w:val="multilevel"/>
    <w:tmpl w:val="935E1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1564DD4"/>
    <w:multiLevelType w:val="multilevel"/>
    <w:tmpl w:val="02FA7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BC4B99"/>
    <w:multiLevelType w:val="multilevel"/>
    <w:tmpl w:val="EE9C9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0D68D7"/>
    <w:multiLevelType w:val="multilevel"/>
    <w:tmpl w:val="8FDE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1A2D90"/>
    <w:multiLevelType w:val="multilevel"/>
    <w:tmpl w:val="3626C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A87EEF"/>
    <w:multiLevelType w:val="multilevel"/>
    <w:tmpl w:val="E0363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DF61233"/>
    <w:multiLevelType w:val="multilevel"/>
    <w:tmpl w:val="CCC8C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3DA16ED"/>
    <w:multiLevelType w:val="multilevel"/>
    <w:tmpl w:val="5D142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8316DC"/>
    <w:multiLevelType w:val="multilevel"/>
    <w:tmpl w:val="47B8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F95DBE"/>
    <w:multiLevelType w:val="multilevel"/>
    <w:tmpl w:val="1A0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D54B7A"/>
    <w:multiLevelType w:val="multilevel"/>
    <w:tmpl w:val="8E527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222E58"/>
    <w:multiLevelType w:val="multilevel"/>
    <w:tmpl w:val="68AAB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891060">
    <w:abstractNumId w:val="8"/>
  </w:num>
  <w:num w:numId="2" w16cid:durableId="110515133">
    <w:abstractNumId w:val="6"/>
  </w:num>
  <w:num w:numId="3" w16cid:durableId="1988195506">
    <w:abstractNumId w:val="5"/>
  </w:num>
  <w:num w:numId="4" w16cid:durableId="858541253">
    <w:abstractNumId w:val="4"/>
  </w:num>
  <w:num w:numId="5" w16cid:durableId="1275140406">
    <w:abstractNumId w:val="7"/>
  </w:num>
  <w:num w:numId="6" w16cid:durableId="122190274">
    <w:abstractNumId w:val="3"/>
  </w:num>
  <w:num w:numId="7" w16cid:durableId="1705401696">
    <w:abstractNumId w:val="2"/>
  </w:num>
  <w:num w:numId="8" w16cid:durableId="607930469">
    <w:abstractNumId w:val="1"/>
  </w:num>
  <w:num w:numId="9" w16cid:durableId="1755979062">
    <w:abstractNumId w:val="0"/>
  </w:num>
  <w:num w:numId="10" w16cid:durableId="2140998029">
    <w:abstractNumId w:val="14"/>
  </w:num>
  <w:num w:numId="11" w16cid:durableId="1720133297">
    <w:abstractNumId w:val="13"/>
  </w:num>
  <w:num w:numId="12" w16cid:durableId="1993871504">
    <w:abstractNumId w:val="10"/>
  </w:num>
  <w:num w:numId="13" w16cid:durableId="1487555679">
    <w:abstractNumId w:val="15"/>
  </w:num>
  <w:num w:numId="14" w16cid:durableId="338508947">
    <w:abstractNumId w:val="18"/>
  </w:num>
  <w:num w:numId="15" w16cid:durableId="1302465069">
    <w:abstractNumId w:val="16"/>
  </w:num>
  <w:num w:numId="16" w16cid:durableId="46881280">
    <w:abstractNumId w:val="17"/>
  </w:num>
  <w:num w:numId="17" w16cid:durableId="261689670">
    <w:abstractNumId w:val="21"/>
  </w:num>
  <w:num w:numId="18" w16cid:durableId="1962416646">
    <w:abstractNumId w:val="19"/>
  </w:num>
  <w:num w:numId="19" w16cid:durableId="1557470853">
    <w:abstractNumId w:val="11"/>
  </w:num>
  <w:num w:numId="20" w16cid:durableId="974259763">
    <w:abstractNumId w:val="12"/>
  </w:num>
  <w:num w:numId="21" w16cid:durableId="1876387750">
    <w:abstractNumId w:val="22"/>
  </w:num>
  <w:num w:numId="22" w16cid:durableId="1701084464">
    <w:abstractNumId w:val="9"/>
  </w:num>
  <w:num w:numId="23" w16cid:durableId="36668749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C3AB1"/>
    <w:rsid w:val="0029639D"/>
    <w:rsid w:val="00326F90"/>
    <w:rsid w:val="00684774"/>
    <w:rsid w:val="00A83D63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EED743"/>
  <w14:defaultImageDpi w14:val="300"/>
  <w15:docId w15:val="{7C1FB095-1415-493B-8728-8AC11F8F4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Benny Lakkaraju</cp:lastModifiedBy>
  <cp:revision>2</cp:revision>
  <dcterms:created xsi:type="dcterms:W3CDTF">2025-11-21T00:34:00Z</dcterms:created>
  <dcterms:modified xsi:type="dcterms:W3CDTF">2025-11-21T00:34:00Z</dcterms:modified>
  <cp:category/>
</cp:coreProperties>
</file>