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0C9" w:rsidRDefault="00EE7F8D">
      <w:pPr>
        <w:spacing w:after="40"/>
        <w:jc w:val="center"/>
      </w:pPr>
      <w:r>
        <w:rPr>
          <w:rFonts w:ascii="Arial" w:hAnsi="Arial"/>
          <w:b/>
          <w:color w:val="1F4E78"/>
          <w:sz w:val="19"/>
        </w:rPr>
        <w:t>À DIRETORIA DE ASSISTÊNCIA TÉCNICA INTEGRAL – CATI</w:t>
      </w:r>
    </w:p>
    <w:p w:rsidR="006E20C9" w:rsidRDefault="00EE7F8D">
      <w:pPr>
        <w:spacing w:before="80" w:after="80"/>
        <w:jc w:val="center"/>
        <w:rPr>
          <w:rFonts w:ascii="Arial" w:hAnsi="Arial"/>
          <w:b/>
          <w:color w:val="1B365D"/>
          <w:sz w:val="30"/>
        </w:rPr>
      </w:pPr>
      <w:r>
        <w:rPr>
          <w:rFonts w:ascii="Arial" w:hAnsi="Arial"/>
          <w:b/>
          <w:color w:val="1B365D"/>
          <w:sz w:val="30"/>
        </w:rPr>
        <w:t>ANEXO I</w:t>
      </w:r>
      <w:r>
        <w:rPr>
          <w:rFonts w:ascii="Arial" w:hAnsi="Arial"/>
          <w:b/>
          <w:color w:val="1B365D"/>
          <w:sz w:val="30"/>
        </w:rPr>
        <w:br/>
        <w:t>REQUERIMENTO PARA EMPREGO DO FOGO MEDIANTE QUEIMA CONTROLADA</w:t>
      </w:r>
    </w:p>
    <w:p w:rsidR="00B772FA" w:rsidRDefault="00B772FA">
      <w:pPr>
        <w:spacing w:before="80" w:after="8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F74508" w:rsidRDefault="00EE7F8D" w:rsidP="00F74508">
            <w:pPr>
              <w:spacing w:before="40" w:after="40"/>
              <w:rPr>
                <w:rFonts w:ascii="Arial" w:hAnsi="Arial"/>
                <w:b/>
                <w:color w:val="1B365D"/>
                <w:sz w:val="20"/>
              </w:rPr>
            </w:pPr>
            <w:r>
              <w:rPr>
                <w:rFonts w:ascii="Arial" w:hAnsi="Arial"/>
                <w:b/>
                <w:color w:val="1B365D"/>
                <w:sz w:val="20"/>
              </w:rPr>
              <w:t xml:space="preserve">SOLICITAÇÃO DE AUTORIZAÇÃO </w:t>
            </w:r>
          </w:p>
          <w:p w:rsidR="006E20C9" w:rsidRDefault="00EE7F8D" w:rsidP="00F74508">
            <w:pPr>
              <w:spacing w:before="40" w:after="40"/>
            </w:pPr>
            <w:proofErr w:type="spellStart"/>
            <w:r>
              <w:rPr>
                <w:rFonts w:ascii="Arial" w:hAnsi="Arial"/>
                <w:color w:val="222222"/>
                <w:sz w:val="19"/>
              </w:rPr>
              <w:t>Solicito</w:t>
            </w:r>
            <w:proofErr w:type="spellEnd"/>
            <w:r>
              <w:rPr>
                <w:rFonts w:ascii="Arial" w:hAnsi="Arial"/>
                <w:color w:val="222222"/>
                <w:sz w:val="19"/>
              </w:rPr>
              <w:t xml:space="preserve"> </w:t>
            </w:r>
            <w:proofErr w:type="gramStart"/>
            <w:r>
              <w:rPr>
                <w:rFonts w:ascii="Arial" w:hAnsi="Arial"/>
                <w:color w:val="222222"/>
                <w:sz w:val="19"/>
              </w:rPr>
              <w:t>a</w:t>
            </w:r>
            <w:proofErr w:type="gramEnd"/>
            <w:r>
              <w:rPr>
                <w:rFonts w:ascii="Arial" w:hAnsi="Arial"/>
                <w:color w:val="222222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9"/>
              </w:rPr>
              <w:t>emissão</w:t>
            </w:r>
            <w:proofErr w:type="spellEnd"/>
            <w:r>
              <w:rPr>
                <w:rFonts w:ascii="Arial" w:hAnsi="Arial"/>
                <w:color w:val="222222"/>
                <w:sz w:val="19"/>
              </w:rPr>
              <w:t xml:space="preserve"> de Autorização para Emprego do Fogo mediante Queima Controlada, nos termos da legislação vigente e da Portaria CATI Nº 17, DE 13 DE OUTUBRO DE 2026.</w:t>
            </w:r>
            <w:r>
              <w:rPr>
                <w:rFonts w:ascii="Arial" w:hAnsi="Arial"/>
                <w:color w:val="222222"/>
                <w:sz w:val="19"/>
              </w:rPr>
              <w:br/>
            </w:r>
            <w:r>
              <w:rPr>
                <w:rFonts w:ascii="Arial" w:hAnsi="Arial"/>
                <w:color w:val="222222"/>
                <w:sz w:val="19"/>
              </w:rPr>
              <w:br/>
              <w:t xml:space="preserve">OBS: </w:t>
            </w:r>
            <w:proofErr w:type="gramStart"/>
            <w:r>
              <w:rPr>
                <w:rFonts w:ascii="Arial" w:hAnsi="Arial"/>
                <w:color w:val="222222"/>
                <w:sz w:val="19"/>
              </w:rPr>
              <w:t>A</w:t>
            </w:r>
            <w:proofErr w:type="gramEnd"/>
            <w:r>
              <w:rPr>
                <w:rFonts w:ascii="Arial" w:hAnsi="Arial"/>
                <w:color w:val="222222"/>
                <w:sz w:val="19"/>
              </w:rPr>
              <w:t xml:space="preserve"> apresentação desta solicitação não autoriza a realização da queima. A operação somente poderá ocorrer após a emissão da autorização e o cumprimento das comunicações e condições nela estabelecidas.</w:t>
            </w: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1. IDENTIFICAÇÃO DO REQUERENTE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Nome/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Razão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Social: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CPF/CNPJ: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RG (quando pessoa física):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Endereço: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B772F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  <w:r>
              <w:rPr>
                <w:rFonts w:ascii="Arial" w:hAnsi="Arial"/>
                <w:b/>
                <w:color w:val="1F4E78"/>
                <w:sz w:val="19"/>
              </w:rPr>
              <w:t>CEP: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B772FA" w:rsidP="00B772FA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Município</w:t>
            </w:r>
            <w:proofErr w:type="spellEnd"/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 w:rsidP="00B772FA">
            <w:pPr>
              <w:tabs>
                <w:tab w:val="left" w:pos="1305"/>
              </w:tabs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 w:rsidP="00B772FA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 xml:space="preserve">Telefone 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 w:rsidP="00B772FA">
            <w:pPr>
              <w:spacing w:after="0"/>
            </w:pPr>
          </w:p>
        </w:tc>
      </w:tr>
      <w:tr w:rsidR="00B772F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  <w:r>
              <w:rPr>
                <w:rFonts w:ascii="Arial" w:hAnsi="Arial"/>
                <w:b/>
                <w:color w:val="1F4E78"/>
                <w:sz w:val="19"/>
              </w:rPr>
              <w:t>E-mail: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 w:rsidP="00B772FA">
            <w:pPr>
              <w:spacing w:after="0"/>
              <w:rPr>
                <w:rFonts w:ascii="Arial" w:hAnsi="Arial"/>
                <w:color w:val="333333"/>
                <w:sz w:val="19"/>
              </w:rPr>
            </w:pP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2. REPRESENTANTE LEGAL (SE HOUVER)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Nome: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 w:rsidP="00B772FA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CPF: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 w:rsidP="00B772FA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 xml:space="preserve">Telefone / 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B772F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  <w:r>
              <w:rPr>
                <w:rFonts w:ascii="Arial" w:hAnsi="Arial"/>
                <w:b/>
                <w:color w:val="1F4E78"/>
                <w:sz w:val="19"/>
              </w:rPr>
              <w:t>E-mail: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>
            <w:pPr>
              <w:spacing w:after="0"/>
              <w:rPr>
                <w:rFonts w:ascii="Arial" w:hAnsi="Arial"/>
                <w:color w:val="333333"/>
                <w:sz w:val="19"/>
              </w:rPr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Instrumento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representação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anexado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>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EE7F8D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(  ) Sim      </w:t>
            </w:r>
          </w:p>
          <w:p w:rsidR="006E20C9" w:rsidRDefault="00EE7F8D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 xml:space="preserve">(  )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Não</w:t>
            </w:r>
            <w:proofErr w:type="spellEnd"/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3. IDENTIFICAÇÃO DO IMÓVEL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Denominação do imóvel: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Município: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Endereço ou Localização: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Matrícula/Transcrição nº: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CAR nº: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CCIR nº: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Área total do imóvel (ha):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Área objeto da queima (ha):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92A9B" w:rsidRDefault="00A92A9B" w:rsidP="00A92A9B">
            <w:pPr>
              <w:spacing w:after="0"/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1F497D" w:themeColor="text2"/>
                <w:sz w:val="20"/>
              </w:rPr>
              <w:t>Coordenadas</w:t>
            </w:r>
            <w:proofErr w:type="spellEnd"/>
            <w:r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1F497D" w:themeColor="text2"/>
                <w:sz w:val="20"/>
              </w:rPr>
              <w:t>Geográficas</w:t>
            </w:r>
            <w:proofErr w:type="spellEnd"/>
            <w:r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color w:val="1F497D" w:themeColor="text2"/>
                <w:sz w:val="20"/>
              </w:rPr>
              <w:t>Área</w:t>
            </w:r>
            <w:proofErr w:type="spellEnd"/>
            <w:r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1F497D" w:themeColor="text2"/>
                <w:sz w:val="20"/>
              </w:rPr>
              <w:t>Objeto</w:t>
            </w:r>
            <w:proofErr w:type="spellEnd"/>
            <w:r>
              <w:rPr>
                <w:rFonts w:ascii="Arial" w:hAnsi="Arial" w:cs="Arial"/>
                <w:b/>
                <w:color w:val="1F497D" w:themeColor="text2"/>
                <w:sz w:val="20"/>
              </w:rPr>
              <w:t>)</w:t>
            </w:r>
            <w:r>
              <w:rPr>
                <w:rFonts w:ascii="Arial" w:hAnsi="Arial" w:cs="Arial"/>
                <w:color w:val="1F497D" w:themeColor="text2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>Graus</w:t>
            </w:r>
            <w:proofErr w:type="spellEnd"/>
            <w:r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>Decimais</w:t>
            </w:r>
            <w:proofErr w:type="spellEnd"/>
            <w:r w:rsidR="00F74508"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 xml:space="preserve"> – SIRGAS 2000</w:t>
            </w:r>
          </w:p>
          <w:p w:rsidR="00A92A9B" w:rsidRDefault="00A92A9B" w:rsidP="00A92A9B">
            <w:pPr>
              <w:spacing w:after="0"/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>Exemplo</w:t>
            </w:r>
            <w:proofErr w:type="spellEnd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>Lat</w:t>
            </w:r>
            <w:proofErr w:type="spellEnd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 xml:space="preserve">    -22.812345</w:t>
            </w:r>
          </w:p>
          <w:p w:rsidR="006E20C9" w:rsidRPr="00B772FA" w:rsidRDefault="00A92A9B" w:rsidP="00A92A9B">
            <w:pPr>
              <w:spacing w:after="0"/>
              <w:rPr>
                <w:i/>
              </w:rPr>
            </w:pPr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 xml:space="preserve">               Long -45.612345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772FA" w:rsidRDefault="00B772FA" w:rsidP="00B772FA">
            <w:pPr>
              <w:spacing w:after="0"/>
              <w:jc w:val="center"/>
              <w:rPr>
                <w:rFonts w:ascii="Arial" w:hAnsi="Arial"/>
                <w:color w:val="333333"/>
                <w:sz w:val="19"/>
              </w:rPr>
            </w:pPr>
          </w:p>
          <w:p w:rsidR="00B772FA" w:rsidRDefault="00B772FA" w:rsidP="00B772FA">
            <w:pPr>
              <w:spacing w:after="0"/>
              <w:jc w:val="center"/>
              <w:rPr>
                <w:rFonts w:ascii="Arial" w:hAnsi="Arial"/>
                <w:color w:val="333333"/>
                <w:sz w:val="19"/>
              </w:rPr>
            </w:pPr>
          </w:p>
          <w:p w:rsidR="00B772FA" w:rsidRDefault="00B772FA" w:rsidP="00B772FA">
            <w:pPr>
              <w:spacing w:after="0"/>
              <w:jc w:val="center"/>
              <w:rPr>
                <w:rFonts w:ascii="Arial" w:hAnsi="Arial"/>
                <w:color w:val="333333"/>
                <w:sz w:val="19"/>
              </w:rPr>
            </w:pPr>
          </w:p>
          <w:p w:rsidR="006E20C9" w:rsidRDefault="00B772FA" w:rsidP="00B772FA">
            <w:pPr>
              <w:spacing w:after="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br/>
            </w: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4. RELAÇÃO COM O IMÓVEL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E68DA" w:rsidRDefault="00EE7F8D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 w:rsidRPr="00AE68DA">
              <w:rPr>
                <w:rFonts w:ascii="Arial" w:hAnsi="Arial"/>
                <w:b/>
                <w:color w:val="333333"/>
                <w:sz w:val="20"/>
                <w:szCs w:val="20"/>
              </w:rPr>
              <w:t xml:space="preserve">O </w:t>
            </w:r>
            <w:proofErr w:type="spellStart"/>
            <w:r w:rsidR="00AE68DA">
              <w:rPr>
                <w:rFonts w:ascii="Arial" w:hAnsi="Arial"/>
                <w:b/>
                <w:color w:val="333333"/>
                <w:sz w:val="20"/>
                <w:szCs w:val="20"/>
              </w:rPr>
              <w:t>R</w:t>
            </w:r>
            <w:r w:rsidRPr="00AE68DA">
              <w:rPr>
                <w:rFonts w:ascii="Arial" w:hAnsi="Arial"/>
                <w:b/>
                <w:color w:val="333333"/>
                <w:sz w:val="20"/>
                <w:szCs w:val="20"/>
              </w:rPr>
              <w:t>equerente</w:t>
            </w:r>
            <w:proofErr w:type="spellEnd"/>
            <w:r w:rsidRPr="00AE68DA">
              <w:rPr>
                <w:rFonts w:ascii="Arial" w:hAnsi="Arial"/>
                <w:b/>
                <w:color w:val="333333"/>
                <w:sz w:val="20"/>
                <w:szCs w:val="20"/>
              </w:rPr>
              <w:t xml:space="preserve"> é:</w:t>
            </w:r>
          </w:p>
          <w:p w:rsidR="00AE68DA" w:rsidRDefault="00EE7F8D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br/>
              <w:t>(  ) Proprietário       (  ) Possuidor       (  ) Arrendatário</w:t>
            </w:r>
            <w:r>
              <w:rPr>
                <w:rFonts w:ascii="Arial" w:hAnsi="Arial"/>
                <w:color w:val="333333"/>
                <w:sz w:val="19"/>
              </w:rPr>
              <w:br/>
              <w:t>(  ) Parceiro rural     (  ) Comodatário     (  ) Outro: 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Documentação comprobatória anexada:  (  ) Sim      </w:t>
            </w:r>
          </w:p>
          <w:p w:rsidR="006E20C9" w:rsidRDefault="00AE68DA">
            <w:pPr>
              <w:spacing w:after="40"/>
            </w:pPr>
            <w:r>
              <w:rPr>
                <w:rFonts w:ascii="Arial" w:hAnsi="Arial"/>
                <w:color w:val="333333"/>
                <w:sz w:val="19"/>
              </w:rPr>
              <w:t xml:space="preserve">                                                                  </w:t>
            </w:r>
            <w:r w:rsidR="00EE7F8D">
              <w:rPr>
                <w:rFonts w:ascii="Arial" w:hAnsi="Arial"/>
                <w:color w:val="333333"/>
                <w:sz w:val="19"/>
              </w:rPr>
              <w:t xml:space="preserve">(  ) </w:t>
            </w:r>
            <w:proofErr w:type="spellStart"/>
            <w:r w:rsidR="00EE7F8D">
              <w:rPr>
                <w:rFonts w:ascii="Arial" w:hAnsi="Arial"/>
                <w:color w:val="333333"/>
                <w:sz w:val="19"/>
              </w:rPr>
              <w:t>Não</w:t>
            </w:r>
            <w:proofErr w:type="spellEnd"/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5. FINALIDADE DA QUEIMA CONTROLADA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E20C9" w:rsidRDefault="00EE7F8D" w:rsidP="00A31EEF">
            <w:pPr>
              <w:spacing w:after="40"/>
            </w:pPr>
            <w:r>
              <w:rPr>
                <w:rFonts w:ascii="Arial" w:hAnsi="Arial"/>
                <w:color w:val="333333"/>
                <w:sz w:val="19"/>
              </w:rPr>
              <w:t>(  ) Limpeza de material vegetal resultante de manejo agrícola</w:t>
            </w:r>
            <w:r>
              <w:rPr>
                <w:rFonts w:ascii="Arial" w:hAnsi="Arial"/>
                <w:color w:val="333333"/>
                <w:sz w:val="19"/>
              </w:rPr>
              <w:br/>
              <w:t>(  ) Eliminação de resíduos vegetais</w:t>
            </w:r>
            <w:r>
              <w:rPr>
                <w:rFonts w:ascii="Arial" w:hAnsi="Arial"/>
                <w:color w:val="333333"/>
                <w:sz w:val="19"/>
              </w:rPr>
              <w:br/>
              <w:t>(  ) Renovação de pastagem</w:t>
            </w:r>
            <w:r>
              <w:rPr>
                <w:rFonts w:ascii="Arial" w:hAnsi="Arial"/>
                <w:color w:val="333333"/>
                <w:sz w:val="19"/>
              </w:rPr>
              <w:br/>
              <w:t>(  ) Manejo agrícola</w:t>
            </w:r>
            <w:r>
              <w:rPr>
                <w:rFonts w:ascii="Arial" w:hAnsi="Arial"/>
                <w:color w:val="333333"/>
                <w:sz w:val="19"/>
              </w:rPr>
              <w:br/>
              <w:t>(  ) Manejo florestal</w:t>
            </w:r>
            <w:r>
              <w:rPr>
                <w:rFonts w:ascii="Arial" w:hAnsi="Arial"/>
                <w:color w:val="333333"/>
                <w:sz w:val="19"/>
              </w:rPr>
              <w:br/>
              <w:t>(  ) Outra hipótese de competência da CATI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Especificar: </w:t>
            </w: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6. CARACTERIZAÇÃO DA ÁREA E DO MATERIAL A SER QUEIMADO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E20C9" w:rsidRDefault="00EE7F8D" w:rsidP="00A31EEF">
            <w:pPr>
              <w:spacing w:after="40"/>
            </w:pPr>
            <w:r>
              <w:rPr>
                <w:rFonts w:ascii="Arial" w:hAnsi="Arial"/>
                <w:color w:val="333333"/>
                <w:sz w:val="19"/>
              </w:rPr>
              <w:t>Tipo de material</w:t>
            </w:r>
            <w:proofErr w:type="gramStart"/>
            <w:r>
              <w:rPr>
                <w:rFonts w:ascii="Arial" w:hAnsi="Arial"/>
                <w:color w:val="333333"/>
                <w:sz w:val="19"/>
              </w:rPr>
              <w:t>:</w:t>
            </w:r>
            <w:proofErr w:type="gramEnd"/>
            <w:r>
              <w:rPr>
                <w:rFonts w:ascii="Arial" w:hAnsi="Arial"/>
                <w:color w:val="333333"/>
                <w:sz w:val="19"/>
              </w:rPr>
              <w:br/>
              <w:t xml:space="preserve">(  ) Galhos      (  ) Troncos      (  ) Restos culturais      (  ) Capoeira      (  )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Resíduos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poda</w:t>
            </w:r>
            <w:proofErr w:type="spellEnd"/>
            <w:r w:rsidR="00481D07">
              <w:rPr>
                <w:rFonts w:ascii="Arial" w:hAnsi="Arial"/>
                <w:color w:val="333333"/>
                <w:sz w:val="19"/>
              </w:rPr>
              <w:t xml:space="preserve">     (  ) </w:t>
            </w:r>
            <w:proofErr w:type="spellStart"/>
            <w:r w:rsidR="00481D07">
              <w:rPr>
                <w:rFonts w:ascii="Arial" w:hAnsi="Arial"/>
                <w:color w:val="333333"/>
                <w:sz w:val="19"/>
              </w:rPr>
              <w:t>Raízes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br/>
              <w:t>(  ) Outro. Especificar: ________________________________________________________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br/>
              <w:t>Forma de disposição do material:</w:t>
            </w:r>
            <w:r>
              <w:rPr>
                <w:rFonts w:ascii="Arial" w:hAnsi="Arial"/>
                <w:color w:val="333333"/>
                <w:sz w:val="19"/>
              </w:rPr>
              <w:br/>
              <w:t>(  ) Leiras      (  ) Montículos      (  ) Outra. Qual? 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Quantidade ou volume estimado: </w:t>
            </w: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7. RESPONSÁVEL TÉCNICO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Nome: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CPF: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Profissão: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Registro profissional: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ART/TRT ou equivalente nº: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 w:rsidP="00AE68DA">
            <w:pPr>
              <w:spacing w:after="0"/>
            </w:pPr>
          </w:p>
        </w:tc>
      </w:tr>
      <w:tr w:rsidR="006E20C9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AE68DA" w:rsidP="00AE68DA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 xml:space="preserve">Telefone 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6E20C9">
            <w:pPr>
              <w:spacing w:after="0"/>
            </w:pPr>
          </w:p>
        </w:tc>
      </w:tr>
      <w:tr w:rsidR="00AE68D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E68DA" w:rsidRDefault="00AE68DA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  <w:r>
              <w:rPr>
                <w:rFonts w:ascii="Arial" w:hAnsi="Arial"/>
                <w:b/>
                <w:color w:val="1F4E78"/>
                <w:sz w:val="19"/>
              </w:rPr>
              <w:t>E-mail: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E68DA" w:rsidRDefault="00AE68DA">
            <w:pPr>
              <w:spacing w:after="0"/>
              <w:rPr>
                <w:rFonts w:ascii="Arial" w:hAnsi="Arial"/>
                <w:color w:val="333333"/>
                <w:sz w:val="19"/>
              </w:rPr>
            </w:pPr>
          </w:p>
        </w:tc>
      </w:tr>
      <w:tr w:rsidR="00481D0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81D07" w:rsidRDefault="00481D07" w:rsidP="00481D07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Município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de residência:</w:t>
            </w:r>
            <w:bookmarkStart w:id="0" w:name="_GoBack"/>
            <w:bookmarkEnd w:id="0"/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81D07" w:rsidRDefault="00481D07">
            <w:pPr>
              <w:spacing w:after="0"/>
              <w:rPr>
                <w:rFonts w:ascii="Arial" w:hAnsi="Arial"/>
                <w:color w:val="333333"/>
                <w:sz w:val="19"/>
              </w:rPr>
            </w:pP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8. DOCUMENTOS ANEXOS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E20C9" w:rsidRPr="00AE68DA" w:rsidRDefault="00EE7F8D" w:rsidP="00AE68DA">
            <w:pPr>
              <w:spacing w:after="40"/>
            </w:pPr>
            <w:r w:rsidRPr="00AE68DA">
              <w:rPr>
                <w:rFonts w:ascii="Arial" w:hAnsi="Arial"/>
                <w:color w:val="333333"/>
              </w:rPr>
              <w:t>Apresento os seguintes documentos:</w:t>
            </w:r>
            <w:r w:rsidRPr="00AE68DA">
              <w:rPr>
                <w:rFonts w:ascii="Arial" w:hAnsi="Arial"/>
                <w:color w:val="333333"/>
              </w:rPr>
              <w:br/>
              <w:t>(  ) Documento de identificação do requerente</w:t>
            </w:r>
            <w:r w:rsidRPr="00AE68DA">
              <w:rPr>
                <w:rFonts w:ascii="Arial" w:hAnsi="Arial"/>
                <w:color w:val="333333"/>
              </w:rPr>
              <w:br/>
              <w:t>(  ) Procuração, quando aplicável</w:t>
            </w:r>
            <w:r w:rsidRPr="00AE68DA">
              <w:rPr>
                <w:rFonts w:ascii="Arial" w:hAnsi="Arial"/>
                <w:color w:val="333333"/>
              </w:rPr>
              <w:br/>
              <w:t>(  ) Documento comprobatório de posse ou propriedade</w:t>
            </w:r>
            <w:r w:rsidRPr="00AE68DA">
              <w:rPr>
                <w:rFonts w:ascii="Arial" w:hAnsi="Arial"/>
                <w:color w:val="333333"/>
              </w:rPr>
              <w:br/>
              <w:t>(  ) Recibo e demonstrativo do CAR</w:t>
            </w:r>
            <w:r w:rsidRPr="00AE68DA">
              <w:rPr>
                <w:rFonts w:ascii="Arial" w:hAnsi="Arial"/>
                <w:color w:val="333333"/>
              </w:rPr>
              <w:br/>
              <w:t>(  ) Mapa georreferenciado ou croqui da área</w:t>
            </w:r>
            <w:r w:rsidRPr="00AE68DA">
              <w:rPr>
                <w:rFonts w:ascii="Arial" w:hAnsi="Arial"/>
                <w:color w:val="333333"/>
              </w:rPr>
              <w:br/>
              <w:t>(  ) Laudo técnico</w:t>
            </w:r>
            <w:r w:rsidRPr="00AE68DA">
              <w:rPr>
                <w:rFonts w:ascii="Arial" w:hAnsi="Arial"/>
                <w:color w:val="333333"/>
              </w:rPr>
              <w:br/>
              <w:t>(  ) Plano de Queima Controlada</w:t>
            </w:r>
            <w:r w:rsidRPr="00AE68DA">
              <w:rPr>
                <w:rFonts w:ascii="Arial" w:hAnsi="Arial"/>
                <w:color w:val="333333"/>
              </w:rPr>
              <w:br/>
              <w:t>(  ) Declaração de Preparo da Área e Termo de Responsabilidade</w:t>
            </w:r>
            <w:r w:rsidRPr="00AE68DA">
              <w:rPr>
                <w:rFonts w:ascii="Arial" w:hAnsi="Arial"/>
                <w:color w:val="333333"/>
              </w:rPr>
              <w:br/>
              <w:t>(  ) ART/TRT ou documento equivalente</w:t>
            </w:r>
            <w:r w:rsidRPr="00AE68DA">
              <w:rPr>
                <w:rFonts w:ascii="Arial" w:hAnsi="Arial"/>
                <w:color w:val="333333"/>
              </w:rPr>
              <w:br/>
              <w:t xml:space="preserve">(  ) Outros documentos. Especificar: </w:t>
            </w: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9. DECLARAÇÃO DO REQUERENTE</w:t>
            </w:r>
          </w:p>
        </w:tc>
      </w:tr>
    </w:tbl>
    <w:p w:rsidR="006E20C9" w:rsidRDefault="006E20C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6E20C9" w:rsidRPr="00AE68DA" w:rsidRDefault="00EE7F8D">
            <w:pPr>
              <w:spacing w:before="40" w:after="40"/>
              <w:rPr>
                <w:sz w:val="20"/>
                <w:szCs w:val="20"/>
              </w:rPr>
            </w:pPr>
            <w:r w:rsidRPr="00AE68DA">
              <w:rPr>
                <w:rFonts w:ascii="Arial" w:hAnsi="Arial"/>
                <w:b/>
                <w:color w:val="1B365D"/>
                <w:sz w:val="20"/>
                <w:szCs w:val="20"/>
              </w:rPr>
              <w:t>DECLARAÇÃO E COMPROMISSO FORMAL</w:t>
            </w:r>
            <w:r w:rsidRPr="00AE68DA">
              <w:rPr>
                <w:rFonts w:ascii="Arial" w:hAnsi="Arial"/>
                <w:b/>
                <w:color w:val="1B365D"/>
                <w:sz w:val="20"/>
                <w:szCs w:val="20"/>
              </w:rPr>
              <w:br/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t>Declaro que:</w:t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I – as informações prestadas neste requerimento e nos documentos anexos são verdadeiras;</w:t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II – tenho ciência de que a autorização para emprego do fogo não dispensa o cumprimento das demais exigências ambientais e legais aplicáveis;</w:t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III – tenho ciência de que poderão ser solicitadas informações ou documentos complementares durante a análise do pedido;</w:t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IV – estou ciente de que a prestação de informações falsas ou omissas poderá resultar no indeferimento do pedido, no cancelamento da autorização eventualmente concedida e na aplicação das sanções cabíveis;</w:t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V – comprometo-me a observar integralmente as condições que vierem a constar da autorização.</w:t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</w:r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Termos em que</w:t>
            </w:r>
            <w:proofErr w:type="gramStart"/>
            <w:r w:rsidRPr="00AE68DA">
              <w:rPr>
                <w:rFonts w:ascii="Arial" w:hAnsi="Arial"/>
                <w:color w:val="222222"/>
                <w:sz w:val="20"/>
                <w:szCs w:val="20"/>
              </w:rPr>
              <w:t>,</w:t>
            </w:r>
            <w:proofErr w:type="gramEnd"/>
            <w:r w:rsidRPr="00AE68DA">
              <w:rPr>
                <w:rFonts w:ascii="Arial" w:hAnsi="Arial"/>
                <w:color w:val="222222"/>
                <w:sz w:val="20"/>
                <w:szCs w:val="20"/>
              </w:rPr>
              <w:br/>
              <w:t>Pede deferimento.</w:t>
            </w:r>
          </w:p>
        </w:tc>
      </w:tr>
    </w:tbl>
    <w:p w:rsidR="006E20C9" w:rsidRDefault="006E20C9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6E20C9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6E20C9" w:rsidRDefault="00EE7F8D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LOCAL, DATA E ASSINATURAS</w:t>
            </w:r>
          </w:p>
        </w:tc>
      </w:tr>
    </w:tbl>
    <w:p w:rsidR="006E20C9" w:rsidRDefault="006E20C9">
      <w:pPr>
        <w:spacing w:after="80"/>
      </w:pPr>
    </w:p>
    <w:p w:rsidR="006E20C9" w:rsidRDefault="00EE7F8D">
      <w:r>
        <w:rPr>
          <w:rFonts w:ascii="Arial" w:hAnsi="Arial"/>
          <w:sz w:val="20"/>
        </w:rPr>
        <w:t>Local: _______________________________________  Data: _____/_____/________</w:t>
      </w:r>
      <w:r>
        <w:rPr>
          <w:rFonts w:ascii="Arial" w:hAnsi="Arial"/>
          <w:sz w:val="20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6E20C9">
        <w:trPr>
          <w:jc w:val="center"/>
        </w:trPr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REQUERENTE: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109BE" w:rsidRDefault="00EE7F8D" w:rsidP="00AE68DA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Nome: </w:t>
            </w:r>
            <w:r w:rsidR="00AE68DA">
              <w:rPr>
                <w:rFonts w:ascii="Arial" w:hAnsi="Arial"/>
                <w:color w:val="333333"/>
                <w:sz w:val="19"/>
              </w:rPr>
              <w:t>_________________________________________________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4109BE" w:rsidRDefault="00EE7F8D" w:rsidP="00AE68DA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CPF/CNPJ: </w:t>
            </w:r>
            <w:r w:rsidR="00AE68DA">
              <w:rPr>
                <w:rFonts w:ascii="Arial" w:hAnsi="Arial"/>
                <w:color w:val="333333"/>
                <w:sz w:val="19"/>
              </w:rPr>
              <w:t>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6E20C9" w:rsidRDefault="00EE7F8D" w:rsidP="00AE68DA">
            <w:pPr>
              <w:spacing w:after="0"/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Assinatura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____________________________________________</w:t>
            </w:r>
          </w:p>
        </w:tc>
      </w:tr>
      <w:tr w:rsidR="006E20C9">
        <w:trPr>
          <w:jc w:val="center"/>
        </w:trPr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E20C9" w:rsidRDefault="00EE7F8D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PROTOCOLO CATI: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  <w:t>(Uso Exclusivo do Órgão)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109BE" w:rsidRDefault="00EE7F8D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Data do recebimento: _____/_____/________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4109BE" w:rsidRDefault="00EE7F8D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Processo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SEI nº: 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4109BE" w:rsidRDefault="00EE7F8D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Servidor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responsável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6E20C9" w:rsidRDefault="00EE7F8D">
            <w:pPr>
              <w:spacing w:after="0"/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Assinatura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____________________________________________</w:t>
            </w:r>
          </w:p>
        </w:tc>
      </w:tr>
    </w:tbl>
    <w:p w:rsidR="006E20C9" w:rsidRDefault="006E20C9">
      <w:pPr>
        <w:spacing w:after="120"/>
      </w:pPr>
    </w:p>
    <w:sectPr w:rsidR="006E20C9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F0F" w:rsidRDefault="00646F0F">
      <w:pPr>
        <w:spacing w:after="0" w:line="240" w:lineRule="auto"/>
      </w:pPr>
      <w:r>
        <w:separator/>
      </w:r>
    </w:p>
  </w:endnote>
  <w:endnote w:type="continuationSeparator" w:id="0">
    <w:p w:rsidR="00646F0F" w:rsidRDefault="0064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0C9" w:rsidRDefault="00EE7F8D">
    <w:pPr>
      <w:pStyle w:val="Rodap"/>
      <w:jc w:val="center"/>
    </w:pPr>
    <w:r>
      <w:rPr>
        <w:rFonts w:ascii="Arial" w:hAnsi="Arial"/>
        <w:color w:val="777777"/>
        <w:sz w:val="17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481D07">
      <w:rPr>
        <w:noProof/>
      </w:rPr>
      <w:t>4</w:t>
    </w:r>
    <w:r>
      <w:fldChar w:fldCharType="end"/>
    </w:r>
    <w:r>
      <w:rPr>
        <w:rFonts w:ascii="Arial" w:hAnsi="Arial"/>
        <w:color w:val="777777"/>
        <w:sz w:val="17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481D07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F0F" w:rsidRDefault="00646F0F">
      <w:pPr>
        <w:spacing w:after="0" w:line="240" w:lineRule="auto"/>
      </w:pPr>
      <w:r>
        <w:separator/>
      </w:r>
    </w:p>
  </w:footnote>
  <w:footnote w:type="continuationSeparator" w:id="0">
    <w:p w:rsidR="00646F0F" w:rsidRDefault="00646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0C9" w:rsidRDefault="00EE7F8D">
    <w:pPr>
      <w:pStyle w:val="Cabealho"/>
      <w:jc w:val="right"/>
    </w:pPr>
    <w:r>
      <w:rPr>
        <w:rFonts w:ascii="Arial" w:hAnsi="Arial"/>
        <w:color w:val="777777"/>
        <w:sz w:val="17"/>
      </w:rPr>
      <w:t>GOVERNO DO ESTADO DE SÃO PAULO — CATI | ANEXO I - REQUERIMENTO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2B2B"/>
    <w:rsid w:val="0029639D"/>
    <w:rsid w:val="00326F90"/>
    <w:rsid w:val="004109BE"/>
    <w:rsid w:val="00481D07"/>
    <w:rsid w:val="00646F0F"/>
    <w:rsid w:val="006E20C9"/>
    <w:rsid w:val="00884042"/>
    <w:rsid w:val="008E1930"/>
    <w:rsid w:val="00A31EEF"/>
    <w:rsid w:val="00A92A9B"/>
    <w:rsid w:val="00AA1D8D"/>
    <w:rsid w:val="00AE68DA"/>
    <w:rsid w:val="00B47730"/>
    <w:rsid w:val="00B53F61"/>
    <w:rsid w:val="00B772FA"/>
    <w:rsid w:val="00C5695E"/>
    <w:rsid w:val="00CB0664"/>
    <w:rsid w:val="00EE7F8D"/>
    <w:rsid w:val="00F74508"/>
    <w:rsid w:val="00F92C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7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5C0782-BB1F-485B-A8F5-AB82B7A1B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640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Carolina Roberta Alves De Matos  </cp:lastModifiedBy>
  <cp:revision>11</cp:revision>
  <cp:lastPrinted>2026-10-22T14:44:00Z</cp:lastPrinted>
  <dcterms:created xsi:type="dcterms:W3CDTF">2013-12-23T23:15:00Z</dcterms:created>
  <dcterms:modified xsi:type="dcterms:W3CDTF">2026-10-23T21:02:00Z</dcterms:modified>
</cp:coreProperties>
</file>