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3A" w:rsidRDefault="00B921CE">
      <w:pPr>
        <w:spacing w:before="80" w:after="80"/>
        <w:jc w:val="center"/>
      </w:pPr>
      <w:r>
        <w:rPr>
          <w:rFonts w:ascii="Arial" w:hAnsi="Arial"/>
          <w:b/>
          <w:color w:val="1B365D"/>
          <w:sz w:val="30"/>
        </w:rPr>
        <w:t>ANEXO III</w:t>
      </w:r>
      <w:r>
        <w:rPr>
          <w:rFonts w:ascii="Arial" w:hAnsi="Arial"/>
          <w:b/>
          <w:color w:val="1B365D"/>
          <w:sz w:val="30"/>
        </w:rPr>
        <w:br/>
        <w:t>MODELO DE LAUDO TÉCNICO PARA EMPREGO DO FOGO MEDIANTE QUEIMA CONTROLADA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1B365D"/>
                <w:sz w:val="20"/>
              </w:rPr>
              <w:t>NOTA EXPLICATIVA TÉCNICA</w:t>
            </w:r>
            <w:r>
              <w:rPr>
                <w:rFonts w:ascii="Arial" w:hAnsi="Arial"/>
                <w:b/>
                <w:color w:val="1B365D"/>
                <w:sz w:val="20"/>
              </w:rPr>
              <w:br/>
            </w:r>
            <w:r>
              <w:rPr>
                <w:rFonts w:ascii="Arial" w:hAnsi="Arial"/>
                <w:color w:val="222222"/>
                <w:sz w:val="19"/>
              </w:rPr>
              <w:t>O Laudo Técnico constitui parecer profissional fundamentado elaborado por Responsável Técnico habilitado (com ART/TRT), destinado a atestar a necessidade, viabilidade, segurança e compatibilidade ambiental da operação de queima controlada.</w:t>
            </w: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1. IDENTIFICAÇÃO DO REQUERENTE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Nome/Razão Social: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CPF/CNPJ: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Endereço: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Telefone/E-mail: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>Tel: ______________________ E-mail: ____________________</w:t>
            </w: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2. IDENTIFICAÇÃO DO IMÓVEL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Denominação do imóvel: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Município: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Endereço ou localização: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Matrícula/Transcrição: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CAR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Área total do imóvel (ha):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Área objeto da queima (ha):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10133" w:rsidRDefault="00610133">
            <w:pPr>
              <w:spacing w:after="0"/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</w:pPr>
            <w:proofErr w:type="spellStart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>Coordenadas</w:t>
            </w:r>
            <w:proofErr w:type="spellEnd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</w:t>
            </w:r>
            <w:proofErr w:type="spellStart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>Geográficas</w:t>
            </w:r>
            <w:proofErr w:type="spellEnd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(</w:t>
            </w:r>
            <w:proofErr w:type="spellStart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>Área</w:t>
            </w:r>
            <w:proofErr w:type="spellEnd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 xml:space="preserve"> </w:t>
            </w:r>
            <w:proofErr w:type="spellStart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>Objeto</w:t>
            </w:r>
            <w:proofErr w:type="spellEnd"/>
            <w:r w:rsidRPr="00610133">
              <w:rPr>
                <w:rFonts w:ascii="Arial" w:hAnsi="Arial" w:cs="Arial"/>
                <w:b/>
                <w:color w:val="1F497D" w:themeColor="text2"/>
                <w:sz w:val="20"/>
              </w:rPr>
              <w:t>)</w:t>
            </w:r>
            <w:r w:rsidRPr="00610133">
              <w:rPr>
                <w:rFonts w:ascii="Arial" w:hAnsi="Arial" w:cs="Arial"/>
                <w:color w:val="1F497D" w:themeColor="text2"/>
                <w:sz w:val="20"/>
              </w:rPr>
              <w:t xml:space="preserve"> </w:t>
            </w:r>
            <w:proofErr w:type="spellStart"/>
            <w:r w:rsidRPr="00610133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>Graus</w:t>
            </w:r>
            <w:proofErr w:type="spellEnd"/>
            <w:r w:rsidRPr="00610133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 xml:space="preserve"> </w:t>
            </w:r>
            <w:proofErr w:type="spellStart"/>
            <w:r w:rsidRPr="00610133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>Decimais</w:t>
            </w:r>
            <w:proofErr w:type="spellEnd"/>
            <w:r w:rsidR="002E7F36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t xml:space="preserve"> – SIRGAS 2000</w:t>
            </w:r>
            <w:r w:rsidRPr="00610133">
              <w:rPr>
                <w:rFonts w:ascii="Arial" w:hAnsi="Arial" w:cs="Arial"/>
                <w:i/>
                <w:color w:val="1F497D" w:themeColor="text2"/>
                <w:sz w:val="18"/>
                <w:szCs w:val="18"/>
              </w:rPr>
              <w:br/>
            </w:r>
            <w:proofErr w:type="spellStart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>Exemplo</w:t>
            </w:r>
            <w:proofErr w:type="spellEnd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: </w:t>
            </w:r>
            <w:proofErr w:type="spellStart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>Lat</w:t>
            </w:r>
            <w:proofErr w:type="spellEnd"/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    -22.812345</w:t>
            </w:r>
          </w:p>
          <w:p w:rsidR="00A17E3A" w:rsidRPr="00610133" w:rsidRDefault="0061013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 xml:space="preserve">                Long -</w:t>
            </w:r>
            <w:r w:rsidRPr="00610133">
              <w:rPr>
                <w:rFonts w:ascii="Arial" w:hAnsi="Arial" w:cs="Arial"/>
                <w:i/>
                <w:color w:val="1F497D" w:themeColor="text2"/>
                <w:sz w:val="16"/>
                <w:szCs w:val="16"/>
              </w:rPr>
              <w:t>45.612345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</w:tbl>
    <w:p w:rsidR="00610133" w:rsidRDefault="00610133">
      <w:pPr>
        <w:spacing w:after="120"/>
      </w:pPr>
    </w:p>
    <w:p w:rsidR="001E5CD3" w:rsidRDefault="001E5CD3">
      <w:pPr>
        <w:spacing w:after="120"/>
      </w:pPr>
    </w:p>
    <w:p w:rsidR="001E5CD3" w:rsidRDefault="001E5CD3">
      <w:pPr>
        <w:spacing w:after="120"/>
      </w:pPr>
    </w:p>
    <w:p w:rsidR="001E5CD3" w:rsidRDefault="001E5CD3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3. IDENTIFICAÇÃO DO RESPONSÁVEL TÉCNICO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624"/>
      </w:tblGrid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Nome: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>CPF: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Profissão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Registro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profissional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  <w:tr w:rsidR="00A17E3A">
        <w:trPr>
          <w:jc w:val="center"/>
        </w:trPr>
        <w:tc>
          <w:tcPr>
            <w:tcW w:w="3168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r>
              <w:rPr>
                <w:rFonts w:ascii="Arial" w:hAnsi="Arial"/>
                <w:b/>
                <w:color w:val="1F4E78"/>
                <w:sz w:val="19"/>
              </w:rPr>
              <w:t xml:space="preserve">ART/TRT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ou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equivalente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nº:</w:t>
            </w:r>
          </w:p>
        </w:tc>
        <w:tc>
          <w:tcPr>
            <w:tcW w:w="662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A17E3A">
            <w:pPr>
              <w:spacing w:after="0"/>
            </w:pP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4. OBJETO DO PEDIDO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2E7F36" w:rsidRDefault="00B921CE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 xml:space="preserve">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Prática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agrícola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br/>
              <w:t xml:space="preserve">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Prática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pastoril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br/>
              <w:t xml:space="preserve">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Prática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florestal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br/>
              <w:t xml:space="preserve">(  )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Outra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hipótese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competência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CATI</w:t>
            </w:r>
          </w:p>
          <w:p w:rsidR="00A17E3A" w:rsidRDefault="00B921CE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br/>
            </w:r>
            <w:proofErr w:type="spellStart"/>
            <w:r w:rsidRPr="00DE357A">
              <w:rPr>
                <w:rFonts w:ascii="Arial" w:hAnsi="Arial"/>
                <w:b/>
                <w:color w:val="333333"/>
                <w:sz w:val="19"/>
              </w:rPr>
              <w:t>Especificar</w:t>
            </w:r>
            <w:proofErr w:type="spellEnd"/>
            <w:r w:rsidRPr="00DE357A">
              <w:rPr>
                <w:rFonts w:ascii="Arial" w:hAnsi="Arial"/>
                <w:b/>
                <w:color w:val="333333"/>
                <w:sz w:val="19"/>
              </w:rPr>
              <w:t>:</w:t>
            </w:r>
            <w:r>
              <w:rPr>
                <w:rFonts w:ascii="Arial" w:hAnsi="Arial"/>
                <w:color w:val="333333"/>
                <w:sz w:val="19"/>
              </w:rPr>
              <w:t xml:space="preserve"> </w:t>
            </w:r>
          </w:p>
          <w:p w:rsidR="00691825" w:rsidRDefault="00691825">
            <w:pPr>
              <w:spacing w:after="40"/>
            </w:pP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5. CARACTERIZAÇÃO DA ÁREA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17E3A" w:rsidRDefault="00B921CE">
            <w:pPr>
              <w:spacing w:after="40"/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Descrever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localização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objeto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queima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condições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acesso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relevo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declividade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predominantes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IV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uso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atual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solo;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culturas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existentes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anteriormente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conduzidas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VI - material vegetal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ser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queimado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existência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residências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estradas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ferrovias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linhas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transmissão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instalações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industriais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escolas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hospitais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aeroportos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núcleos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urbanos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outras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estruturas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sensíveis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proximidades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respectivas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distâncias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nos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termos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da Lei nº 10.547/2000</w:t>
            </w:r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VIII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corpos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d'água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nascentes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preservação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permanente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vegetação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nativa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demais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ambientalmente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sensíveis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localizadas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no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entorno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respectivas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distâncias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. No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caso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Unidades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Conservação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informar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também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seu</w:t>
            </w:r>
            <w:proofErr w:type="spellEnd"/>
            <w:r w:rsidR="002E7F36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2E7F36">
              <w:rPr>
                <w:rFonts w:ascii="Arial" w:hAnsi="Arial"/>
                <w:color w:val="333333"/>
                <w:sz w:val="19"/>
              </w:rPr>
              <w:t>nome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.</w:t>
            </w:r>
          </w:p>
          <w:p w:rsidR="00A17E3A" w:rsidRPr="00DE357A" w:rsidRDefault="00B921CE">
            <w:pPr>
              <w:spacing w:after="40"/>
              <w:rPr>
                <w:rFonts w:ascii="Arial" w:hAnsi="Arial" w:cs="Arial"/>
                <w:b/>
                <w:sz w:val="19"/>
              </w:rPr>
            </w:pPr>
            <w:r w:rsidRPr="00DE357A">
              <w:rPr>
                <w:rFonts w:ascii="Arial" w:hAnsi="Arial" w:cs="Arial"/>
                <w:b/>
                <w:sz w:val="19"/>
              </w:rPr>
              <w:t xml:space="preserve"> </w:t>
            </w:r>
          </w:p>
          <w:p w:rsidR="00DE357A" w:rsidRDefault="00DE357A" w:rsidP="00DE357A">
            <w:pPr>
              <w:spacing w:after="40"/>
            </w:pPr>
          </w:p>
        </w:tc>
      </w:tr>
    </w:tbl>
    <w:p w:rsidR="00A17E3A" w:rsidRDefault="00A17E3A">
      <w:pPr>
        <w:spacing w:after="120"/>
      </w:pPr>
    </w:p>
    <w:p w:rsidR="00691825" w:rsidRDefault="00691825">
      <w:pPr>
        <w:spacing w:after="120"/>
      </w:pPr>
    </w:p>
    <w:p w:rsidR="00691825" w:rsidRDefault="00691825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6. JUSTIFICATIVA TÉCNICA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919C3" w:rsidRDefault="00B921CE" w:rsidP="00C919C3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Apresentar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fundamentação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detalhada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demonstrando</w:t>
            </w:r>
            <w:proofErr w:type="spellEnd"/>
            <w:proofErr w:type="gramStart"/>
            <w:r>
              <w:rPr>
                <w:rFonts w:ascii="Arial" w:hAnsi="Arial"/>
                <w:color w:val="333333"/>
                <w:sz w:val="19"/>
              </w:rPr>
              <w:t>:</w:t>
            </w:r>
            <w:proofErr w:type="gramEnd"/>
            <w:r>
              <w:rPr>
                <w:rFonts w:ascii="Arial" w:hAnsi="Arial"/>
                <w:color w:val="333333"/>
                <w:sz w:val="19"/>
              </w:rPr>
              <w:br/>
              <w:t xml:space="preserve">I -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finalidade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operação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 -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necessidade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técnica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emprego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fogo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benefícios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esperados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para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atividade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agrícola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IV -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compatibilidade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prática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com as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condições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 -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inexistência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insuficiência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inadequação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alternativas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tecnicamente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viáveis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para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atingir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objetivo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pretendido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.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VI-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declaração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gramStart"/>
            <w:r>
              <w:rPr>
                <w:rFonts w:ascii="Arial" w:hAnsi="Arial"/>
                <w:color w:val="333333"/>
                <w:sz w:val="19"/>
              </w:rPr>
              <w:t>a</w:t>
            </w:r>
            <w:proofErr w:type="gram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objeto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queima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controlada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é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isenta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infestação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por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praga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quarentenária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cuja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atribuição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para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autorização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queima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fitossanitária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é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atribuição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Defesa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Agropecuária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.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</w:r>
            <w:proofErr w:type="spellStart"/>
            <w:r w:rsidRPr="00DE357A">
              <w:rPr>
                <w:rFonts w:ascii="Arial" w:hAnsi="Arial"/>
                <w:color w:val="333333"/>
                <w:sz w:val="19"/>
              </w:rPr>
              <w:t>Justificativa</w:t>
            </w:r>
            <w:proofErr w:type="spellEnd"/>
            <w:r w:rsidRPr="00DE357A">
              <w:rPr>
                <w:rFonts w:ascii="Arial" w:hAnsi="Arial"/>
                <w:color w:val="333333"/>
                <w:sz w:val="19"/>
              </w:rPr>
              <w:t>:</w:t>
            </w:r>
            <w:r>
              <w:rPr>
                <w:rFonts w:ascii="Arial" w:hAnsi="Arial"/>
                <w:color w:val="333333"/>
                <w:sz w:val="19"/>
              </w:rPr>
              <w:t xml:space="preserve"> </w:t>
            </w:r>
          </w:p>
          <w:p w:rsidR="00A17E3A" w:rsidRDefault="00A17E3A">
            <w:pPr>
              <w:spacing w:after="40"/>
            </w:pP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7. ANÁLISE DE RISCOS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9D28DF" w:rsidRDefault="00B921CE" w:rsidP="00C919C3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Avaliar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riscos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potenciais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decorrentes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operação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incluindo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possibilidade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propagação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controlada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fogo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impactos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sobre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propriedades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confrontantes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interferências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em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rodovias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,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ferrovias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outras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infraestruturas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IV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riscos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à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saúde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humana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decorrentes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fumaça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V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riscos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à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vegetação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nativa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recursos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hídricos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.</w:t>
            </w:r>
          </w:p>
          <w:p w:rsidR="00A17E3A" w:rsidRDefault="00B921CE" w:rsidP="00C919C3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br/>
            </w:r>
            <w:proofErr w:type="spellStart"/>
            <w:r w:rsidRPr="00DE357A">
              <w:rPr>
                <w:rFonts w:ascii="Arial" w:hAnsi="Arial"/>
                <w:color w:val="333333"/>
                <w:sz w:val="19"/>
              </w:rPr>
              <w:t>Conclusão</w:t>
            </w:r>
            <w:proofErr w:type="spellEnd"/>
            <w:r w:rsidRPr="00DE357A"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 w:rsidRPr="00DE357A">
              <w:rPr>
                <w:rFonts w:ascii="Arial" w:hAnsi="Arial"/>
                <w:color w:val="333333"/>
                <w:sz w:val="19"/>
              </w:rPr>
              <w:t>análise</w:t>
            </w:r>
            <w:proofErr w:type="spellEnd"/>
            <w:r w:rsidRPr="00DE357A"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 w:rsidRPr="00DE357A">
              <w:rPr>
                <w:rFonts w:ascii="Arial" w:hAnsi="Arial"/>
                <w:color w:val="333333"/>
                <w:sz w:val="19"/>
              </w:rPr>
              <w:t>riscos</w:t>
            </w:r>
            <w:proofErr w:type="spellEnd"/>
            <w:r w:rsidRPr="00DE357A">
              <w:rPr>
                <w:rFonts w:ascii="Arial" w:hAnsi="Arial"/>
                <w:color w:val="333333"/>
                <w:sz w:val="19"/>
              </w:rPr>
              <w:t>:</w:t>
            </w:r>
            <w:r>
              <w:rPr>
                <w:rFonts w:ascii="Arial" w:hAnsi="Arial"/>
                <w:color w:val="333333"/>
                <w:sz w:val="19"/>
              </w:rPr>
              <w:t xml:space="preserve"> </w:t>
            </w:r>
          </w:p>
          <w:p w:rsidR="00C919C3" w:rsidRDefault="00C919C3" w:rsidP="00C919C3">
            <w:pPr>
              <w:spacing w:after="40"/>
            </w:pP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8. MEDIDAS DE PREVENÇÃO E CONTROLE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A17E3A" w:rsidRDefault="00B921CE">
            <w:pPr>
              <w:spacing w:after="40"/>
            </w:pPr>
            <w:r>
              <w:rPr>
                <w:rFonts w:ascii="Arial" w:hAnsi="Arial"/>
                <w:color w:val="333333"/>
                <w:sz w:val="19"/>
              </w:rPr>
              <w:t>Descrever as medidas previstas para garantir a execução segura da operação: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 - aceiros existentes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serem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implantados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respectivas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dimensões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equipamentos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recursos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disponíveis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para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9D28DF">
              <w:rPr>
                <w:rFonts w:ascii="Arial" w:hAnsi="Arial"/>
                <w:color w:val="333333"/>
                <w:sz w:val="19"/>
              </w:rPr>
              <w:t>controle</w:t>
            </w:r>
            <w:proofErr w:type="spellEnd"/>
            <w:r w:rsidR="009D28DF">
              <w:rPr>
                <w:rFonts w:ascii="Arial" w:hAnsi="Arial"/>
                <w:color w:val="333333"/>
                <w:sz w:val="19"/>
              </w:rPr>
              <w:t xml:space="preserve"> do fogo</w:t>
            </w:r>
            <w:bookmarkStart w:id="0" w:name="_GoBack"/>
            <w:bookmarkEnd w:id="0"/>
            <w:r>
              <w:rPr>
                <w:rFonts w:ascii="Arial" w:hAnsi="Arial"/>
                <w:color w:val="333333"/>
                <w:sz w:val="19"/>
              </w:rPr>
              <w:t>;</w:t>
            </w:r>
            <w:r>
              <w:rPr>
                <w:rFonts w:ascii="Arial" w:hAnsi="Arial"/>
                <w:color w:val="333333"/>
                <w:sz w:val="19"/>
              </w:rPr>
              <w:br/>
              <w:t>III - disponibilidade de água;</w:t>
            </w:r>
            <w:r>
              <w:rPr>
                <w:rFonts w:ascii="Arial" w:hAnsi="Arial"/>
                <w:color w:val="333333"/>
                <w:sz w:val="19"/>
              </w:rPr>
              <w:br/>
              <w:t>IV - equipe de acompanhamento;</w:t>
            </w:r>
            <w:r>
              <w:rPr>
                <w:rFonts w:ascii="Arial" w:hAnsi="Arial"/>
                <w:color w:val="333333"/>
                <w:sz w:val="19"/>
              </w:rPr>
              <w:br/>
              <w:t>V - meios de comunicação;</w:t>
            </w:r>
            <w:r>
              <w:rPr>
                <w:rFonts w:ascii="Arial" w:hAnsi="Arial"/>
                <w:color w:val="333333"/>
                <w:sz w:val="19"/>
              </w:rPr>
              <w:br/>
              <w:t>VI - procedimentos de emergência;</w:t>
            </w:r>
            <w:r>
              <w:rPr>
                <w:rFonts w:ascii="Arial" w:hAnsi="Arial"/>
                <w:color w:val="333333"/>
                <w:sz w:val="19"/>
              </w:rPr>
              <w:br/>
              <w:t>VII - procedimentos de rescaldo.</w:t>
            </w:r>
          </w:p>
          <w:p w:rsidR="00A17E3A" w:rsidRDefault="00B921CE">
            <w:pPr>
              <w:spacing w:after="40"/>
            </w:pPr>
            <w:r>
              <w:rPr>
                <w:sz w:val="19"/>
              </w:rPr>
              <w:t xml:space="preserve"> </w:t>
            </w:r>
          </w:p>
        </w:tc>
      </w:tr>
    </w:tbl>
    <w:p w:rsidR="00A17E3A" w:rsidRDefault="00A17E3A">
      <w:pPr>
        <w:spacing w:after="120"/>
      </w:pPr>
    </w:p>
    <w:p w:rsidR="00B6666D" w:rsidRDefault="00B6666D">
      <w:pPr>
        <w:spacing w:after="120"/>
      </w:pPr>
    </w:p>
    <w:p w:rsidR="00DE357A" w:rsidRDefault="00DE357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9. DECLARAÇÃO DE COMPATIBILIDADE COM O PLANO DE QUEIMA CONTROLADA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1B365D"/>
                <w:sz w:val="20"/>
              </w:rPr>
              <w:t>DECLARAÇÃO DE PARECER TÉCNICO FAVORÁVEL</w:t>
            </w:r>
            <w:r>
              <w:rPr>
                <w:rFonts w:ascii="Arial" w:hAnsi="Arial"/>
                <w:b/>
                <w:color w:val="1B365D"/>
                <w:sz w:val="20"/>
              </w:rPr>
              <w:br/>
            </w:r>
            <w:r>
              <w:rPr>
                <w:rFonts w:ascii="Arial" w:hAnsi="Arial"/>
                <w:color w:val="222222"/>
                <w:sz w:val="19"/>
              </w:rPr>
              <w:t>Declaro que o Plano de Queima Controlada apresentado foi analisado e contém, em meu entendimento técnico, os elementos necessários para a execução da operação pretendida.</w:t>
            </w:r>
            <w:r>
              <w:rPr>
                <w:rFonts w:ascii="Arial" w:hAnsi="Arial"/>
                <w:color w:val="222222"/>
                <w:sz w:val="19"/>
              </w:rPr>
              <w:br/>
              <w:t>A operação pretendida apresenta justificativa técnica compatível com a finalidade informada e pode ser executada, desde que observadas as condições legais e as medidas preventivas previstas.</w:t>
            </w: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10. DECLARAÇÃO DE RESPONSABILIDADE TÉCNICA</w:t>
            </w:r>
          </w:p>
        </w:tc>
      </w:tr>
    </w:tbl>
    <w:p w:rsidR="00A17E3A" w:rsidRDefault="00A17E3A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1B365D"/>
                <w:sz w:val="20"/>
              </w:rPr>
              <w:t>TERMO DE RESPONSABILIDADE PROFISSIONAL</w:t>
            </w:r>
            <w:r>
              <w:rPr>
                <w:rFonts w:ascii="Arial" w:hAnsi="Arial"/>
                <w:b/>
                <w:color w:val="1B365D"/>
                <w:sz w:val="20"/>
              </w:rPr>
              <w:br/>
            </w:r>
            <w:r>
              <w:rPr>
                <w:rFonts w:ascii="Arial" w:hAnsi="Arial"/>
                <w:color w:val="222222"/>
                <w:sz w:val="19"/>
              </w:rPr>
              <w:t>Declaro que as informações constantes deste laudo refletem minha avaliação técnica profissional, realizada com base nos documentos apresentados, nas informações prestadas pelo interessado e, quando realizada, na vistoria da área.</w:t>
            </w:r>
            <w:r>
              <w:rPr>
                <w:rFonts w:ascii="Arial" w:hAnsi="Arial"/>
                <w:color w:val="222222"/>
                <w:sz w:val="19"/>
              </w:rPr>
              <w:br/>
              <w:t>Declaro, ainda, estar ciente de que a presente manifestação possui caráter exclusivamente técnico e não substitui a análise administrativa da CATI nem vincula a decisão da autoridade competente.</w:t>
            </w:r>
          </w:p>
        </w:tc>
      </w:tr>
    </w:tbl>
    <w:p w:rsidR="00A17E3A" w:rsidRDefault="00A17E3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A17E3A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A17E3A" w:rsidRDefault="00B921CE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LOCAL, DATA E ASSINATURA</w:t>
            </w:r>
          </w:p>
        </w:tc>
      </w:tr>
    </w:tbl>
    <w:p w:rsidR="00A17E3A" w:rsidRDefault="00A17E3A">
      <w:pPr>
        <w:spacing w:after="80"/>
      </w:pPr>
    </w:p>
    <w:p w:rsidR="00A17E3A" w:rsidRDefault="00B921CE">
      <w:r>
        <w:rPr>
          <w:rFonts w:ascii="Arial" w:hAnsi="Arial"/>
          <w:sz w:val="20"/>
        </w:rPr>
        <w:t>Local e data: _______________________________________, _____ de ___________________ de 20____.</w:t>
      </w:r>
      <w:r>
        <w:rPr>
          <w:rFonts w:ascii="Arial" w:hAnsi="Arial"/>
          <w:sz w:val="20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A17E3A">
        <w:trPr>
          <w:jc w:val="center"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A17E3A" w:rsidRDefault="00B921CE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Assinatura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Responsável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Técnico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DE357A" w:rsidRDefault="00B921CE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Nome: _________________________________________________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DE357A" w:rsidRDefault="00B921CE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Registro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Profissional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A17E3A" w:rsidRDefault="00B921CE">
            <w:pPr>
              <w:spacing w:after="0"/>
            </w:pPr>
            <w:r>
              <w:rPr>
                <w:rFonts w:ascii="Arial" w:hAnsi="Arial"/>
                <w:color w:val="333333"/>
                <w:sz w:val="19"/>
              </w:rPr>
              <w:t xml:space="preserve">ART/TRT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documento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equivalente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nº: 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br/>
              <w:t>Assinatura: ____________________________________________</w:t>
            </w:r>
          </w:p>
        </w:tc>
      </w:tr>
    </w:tbl>
    <w:p w:rsidR="00A17E3A" w:rsidRDefault="00A17E3A">
      <w:pPr>
        <w:spacing w:after="120"/>
      </w:pPr>
    </w:p>
    <w:sectPr w:rsidR="00A17E3A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5EA" w:rsidRDefault="00FC55EA">
      <w:pPr>
        <w:spacing w:after="0" w:line="240" w:lineRule="auto"/>
      </w:pPr>
      <w:r>
        <w:separator/>
      </w:r>
    </w:p>
  </w:endnote>
  <w:endnote w:type="continuationSeparator" w:id="0">
    <w:p w:rsidR="00FC55EA" w:rsidRDefault="00FC5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E3A" w:rsidRDefault="00B921CE">
    <w:pPr>
      <w:pStyle w:val="Rodap"/>
      <w:jc w:val="center"/>
    </w:pPr>
    <w:r>
      <w:rPr>
        <w:rFonts w:ascii="Arial" w:hAnsi="Arial"/>
        <w:color w:val="777777"/>
        <w:sz w:val="17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D28DF">
      <w:rPr>
        <w:noProof/>
      </w:rPr>
      <w:t>4</w:t>
    </w:r>
    <w:r>
      <w:fldChar w:fldCharType="end"/>
    </w:r>
    <w:r>
      <w:rPr>
        <w:rFonts w:ascii="Arial" w:hAnsi="Arial"/>
        <w:color w:val="777777"/>
        <w:sz w:val="17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9D28DF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5EA" w:rsidRDefault="00FC55EA">
      <w:pPr>
        <w:spacing w:after="0" w:line="240" w:lineRule="auto"/>
      </w:pPr>
      <w:r>
        <w:separator/>
      </w:r>
    </w:p>
  </w:footnote>
  <w:footnote w:type="continuationSeparator" w:id="0">
    <w:p w:rsidR="00FC55EA" w:rsidRDefault="00FC5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7E3A" w:rsidRDefault="00B921CE">
    <w:pPr>
      <w:pStyle w:val="Cabealho"/>
      <w:jc w:val="right"/>
    </w:pPr>
    <w:r>
      <w:rPr>
        <w:rFonts w:ascii="Arial" w:hAnsi="Arial"/>
        <w:color w:val="777777"/>
        <w:sz w:val="17"/>
      </w:rPr>
      <w:t>GOVERNO DO ESTADO DE SÃO PAULO — CATI | ANEXO III - LAUDO TÉCNICO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E5CD3"/>
    <w:rsid w:val="0029639D"/>
    <w:rsid w:val="002E7F36"/>
    <w:rsid w:val="00326F90"/>
    <w:rsid w:val="00337348"/>
    <w:rsid w:val="00573574"/>
    <w:rsid w:val="00610133"/>
    <w:rsid w:val="00691825"/>
    <w:rsid w:val="009D28DF"/>
    <w:rsid w:val="00A17E3A"/>
    <w:rsid w:val="00A94C1B"/>
    <w:rsid w:val="00AA1D8D"/>
    <w:rsid w:val="00B47730"/>
    <w:rsid w:val="00B6666D"/>
    <w:rsid w:val="00B921CE"/>
    <w:rsid w:val="00C7719D"/>
    <w:rsid w:val="00C919C3"/>
    <w:rsid w:val="00CB0664"/>
    <w:rsid w:val="00DE357A"/>
    <w:rsid w:val="00E216A6"/>
    <w:rsid w:val="00FC55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4BCD81-50FF-4139-AB71-D04434BE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729</Words>
  <Characters>3937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Carolina Roberta Alves De Matos  </cp:lastModifiedBy>
  <cp:revision>6</cp:revision>
  <cp:lastPrinted>2026-10-22T14:49:00Z</cp:lastPrinted>
  <dcterms:created xsi:type="dcterms:W3CDTF">2013-12-23T23:15:00Z</dcterms:created>
  <dcterms:modified xsi:type="dcterms:W3CDTF">2026-10-23T21:20:00Z</dcterms:modified>
</cp:coreProperties>
</file>