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25C9B4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1C0382B7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0455B86F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47E19FC8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79826DDF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651EB36E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6F592C1C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14B60582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1B1F5B63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618F953B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707CF347" w14:textId="77777777" w:rsidR="00207A4C" w:rsidRDefault="00207A4C" w:rsidP="00207A4C">
      <w:pPr>
        <w:pStyle w:val="Title"/>
        <w:spacing w:after="0" w:line="360" w:lineRule="auto"/>
        <w:jc w:val="center"/>
        <w:rPr>
          <w:lang w:val="uk-UA"/>
        </w:rPr>
      </w:pPr>
    </w:p>
    <w:p w14:paraId="0183DC93" w14:textId="048DF0EB" w:rsidR="00966C02" w:rsidRDefault="00000000" w:rsidP="00207A4C">
      <w:pPr>
        <w:pStyle w:val="Title"/>
        <w:spacing w:after="0" w:line="360" w:lineRule="auto"/>
        <w:jc w:val="center"/>
        <w:rPr>
          <w:lang w:val="uk-UA"/>
        </w:rPr>
      </w:pPr>
      <w:r w:rsidRPr="00207A4C">
        <w:rPr>
          <w:lang w:val="uk-UA"/>
        </w:rPr>
        <w:t xml:space="preserve">Підвищення мотивації учнів до навчання та відвідування групи продовженого дня засобами </w:t>
      </w:r>
      <w:r>
        <w:t>STEM</w:t>
      </w:r>
      <w:r w:rsidRPr="00207A4C">
        <w:rPr>
          <w:lang w:val="uk-UA"/>
        </w:rPr>
        <w:t>-освіти</w:t>
      </w:r>
    </w:p>
    <w:p w14:paraId="21BB0707" w14:textId="77777777" w:rsidR="00207A4C" w:rsidRPr="00207A4C" w:rsidRDefault="00207A4C" w:rsidP="00207A4C">
      <w:pPr>
        <w:rPr>
          <w:lang w:val="uk-UA"/>
        </w:rPr>
      </w:pPr>
    </w:p>
    <w:p w14:paraId="436486EB" w14:textId="77777777" w:rsidR="00207A4C" w:rsidRPr="00207A4C" w:rsidRDefault="00207A4C">
      <w:pPr>
        <w:spacing w:after="200" w:line="276" w:lineRule="auto"/>
        <w:ind w:firstLine="0"/>
        <w:rPr>
          <w:lang w:val="uk-UA"/>
        </w:rPr>
      </w:pPr>
      <w:r w:rsidRPr="00207A4C">
        <w:rPr>
          <w:lang w:val="uk-UA"/>
        </w:rPr>
        <w:br w:type="page"/>
      </w:r>
    </w:p>
    <w:p w14:paraId="3AB1B411" w14:textId="1F095091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b/>
          <w:bCs/>
        </w:rPr>
        <w:lastRenderedPageBreak/>
        <w:t>Анотація</w:t>
      </w:r>
      <w:proofErr w:type="spellEnd"/>
      <w:r>
        <w:t xml:space="preserve">. </w:t>
      </w:r>
      <w:proofErr w:type="spellStart"/>
      <w:r>
        <w:t>Розглянуто</w:t>
      </w:r>
      <w:proofErr w:type="spellEnd"/>
      <w:r>
        <w:t xml:space="preserve"> </w:t>
      </w:r>
      <w:proofErr w:type="spellStart"/>
      <w:r>
        <w:t>можливості</w:t>
      </w:r>
      <w:proofErr w:type="spellEnd"/>
      <w:r>
        <w:t xml:space="preserve"> </w:t>
      </w:r>
      <w:proofErr w:type="spellStart"/>
      <w:r>
        <w:t>інтеграції</w:t>
      </w:r>
      <w:proofErr w:type="spellEnd"/>
      <w:r>
        <w:t xml:space="preserve"> STEM-</w:t>
      </w:r>
      <w:proofErr w:type="spellStart"/>
      <w:r>
        <w:t>завдань</w:t>
      </w:r>
      <w:proofErr w:type="spellEnd"/>
      <w:r>
        <w:t xml:space="preserve"> у роботу групи продовженого дня для підтримання пізнавального інтересу, навчальної активності та позитивного ставлення учнів до участі в позаурочній діяльності. </w:t>
      </w:r>
      <w:r w:rsidRPr="00207A4C">
        <w:rPr>
          <w:lang w:val="ru-RU"/>
        </w:rPr>
        <w:t xml:space="preserve">Пояснено </w:t>
      </w:r>
      <w:proofErr w:type="spellStart"/>
      <w:r w:rsidRPr="00207A4C">
        <w:rPr>
          <w:lang w:val="ru-RU"/>
        </w:rPr>
        <w:t>зв’язок</w:t>
      </w:r>
      <w:proofErr w:type="spellEnd"/>
      <w:r w:rsidRPr="00207A4C">
        <w:rPr>
          <w:lang w:val="ru-RU"/>
        </w:rPr>
        <w:t xml:space="preserve"> практичного </w:t>
      </w:r>
      <w:proofErr w:type="spellStart"/>
      <w:r w:rsidRPr="00207A4C">
        <w:rPr>
          <w:lang w:val="ru-RU"/>
        </w:rPr>
        <w:t>дослідження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свободи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вибору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командної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взаємодії</w:t>
      </w:r>
      <w:proofErr w:type="spellEnd"/>
      <w:r w:rsidRPr="00207A4C">
        <w:rPr>
          <w:lang w:val="ru-RU"/>
        </w:rPr>
        <w:t xml:space="preserve"> та повторного </w:t>
      </w:r>
      <w:proofErr w:type="spellStart"/>
      <w:r w:rsidRPr="00207A4C">
        <w:rPr>
          <w:lang w:val="ru-RU"/>
        </w:rPr>
        <w:t>випробування</w:t>
      </w:r>
      <w:proofErr w:type="spellEnd"/>
      <w:r w:rsidRPr="00207A4C">
        <w:rPr>
          <w:lang w:val="ru-RU"/>
        </w:rPr>
        <w:t xml:space="preserve"> з </w:t>
      </w:r>
      <w:proofErr w:type="spellStart"/>
      <w:r w:rsidRPr="00207A4C">
        <w:rPr>
          <w:lang w:val="ru-RU"/>
        </w:rPr>
        <w:t>організацією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мотивувального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освітнього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середовища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Запропоновано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методичну</w:t>
      </w:r>
      <w:proofErr w:type="spellEnd"/>
      <w:r w:rsidRPr="00207A4C">
        <w:rPr>
          <w:lang w:val="ru-RU"/>
        </w:rPr>
        <w:t xml:space="preserve"> модель </w:t>
      </w:r>
      <w:proofErr w:type="spellStart"/>
      <w:r w:rsidRPr="00207A4C">
        <w:rPr>
          <w:lang w:val="ru-RU"/>
        </w:rPr>
        <w:t>заняття</w:t>
      </w:r>
      <w:proofErr w:type="spellEnd"/>
      <w:r w:rsidRPr="00207A4C">
        <w:rPr>
          <w:lang w:val="ru-RU"/>
        </w:rPr>
        <w:t xml:space="preserve">, яка </w:t>
      </w:r>
      <w:proofErr w:type="spellStart"/>
      <w:r w:rsidRPr="00207A4C">
        <w:rPr>
          <w:lang w:val="ru-RU"/>
        </w:rPr>
        <w:t>поєднує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конструювання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паперового</w:t>
      </w:r>
      <w:proofErr w:type="spellEnd"/>
      <w:r w:rsidRPr="00207A4C">
        <w:rPr>
          <w:lang w:val="ru-RU"/>
        </w:rPr>
        <w:t xml:space="preserve"> мосту, </w:t>
      </w:r>
      <w:proofErr w:type="spellStart"/>
      <w:r w:rsidRPr="00207A4C">
        <w:rPr>
          <w:lang w:val="ru-RU"/>
        </w:rPr>
        <w:t>пізнавальну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місію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рефлексію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Визначено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способи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адаптації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вправ</w:t>
      </w:r>
      <w:proofErr w:type="spellEnd"/>
      <w:r w:rsidRPr="00207A4C">
        <w:rPr>
          <w:lang w:val="ru-RU"/>
        </w:rPr>
        <w:t xml:space="preserve"> для </w:t>
      </w:r>
      <w:proofErr w:type="spellStart"/>
      <w:r w:rsidRPr="00207A4C">
        <w:rPr>
          <w:lang w:val="ru-RU"/>
        </w:rPr>
        <w:t>учнів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початкової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школи</w:t>
      </w:r>
      <w:proofErr w:type="spellEnd"/>
      <w:r w:rsidRPr="00207A4C">
        <w:rPr>
          <w:lang w:val="ru-RU"/>
        </w:rPr>
        <w:t xml:space="preserve"> й </w:t>
      </w:r>
      <w:proofErr w:type="spellStart"/>
      <w:r w:rsidRPr="00207A4C">
        <w:rPr>
          <w:lang w:val="ru-RU"/>
        </w:rPr>
        <w:t>показники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педагогічного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спостереження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Матеріал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має</w:t>
      </w:r>
      <w:proofErr w:type="spellEnd"/>
      <w:r w:rsidRPr="00207A4C">
        <w:rPr>
          <w:lang w:val="ru-RU"/>
        </w:rPr>
        <w:t xml:space="preserve"> теоретико-</w:t>
      </w:r>
      <w:proofErr w:type="spellStart"/>
      <w:r w:rsidRPr="00207A4C">
        <w:rPr>
          <w:lang w:val="ru-RU"/>
        </w:rPr>
        <w:t>методичний</w:t>
      </w:r>
      <w:proofErr w:type="spellEnd"/>
      <w:r w:rsidRPr="00207A4C">
        <w:rPr>
          <w:lang w:val="ru-RU"/>
        </w:rPr>
        <w:t xml:space="preserve"> характер; </w:t>
      </w:r>
      <w:proofErr w:type="spellStart"/>
      <w:r w:rsidRPr="00207A4C">
        <w:rPr>
          <w:lang w:val="ru-RU"/>
        </w:rPr>
        <w:t>описані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результати</w:t>
      </w:r>
      <w:proofErr w:type="spellEnd"/>
      <w:r w:rsidRPr="00207A4C">
        <w:rPr>
          <w:lang w:val="ru-RU"/>
        </w:rPr>
        <w:t xml:space="preserve"> є </w:t>
      </w:r>
      <w:proofErr w:type="spellStart"/>
      <w:r w:rsidRPr="00207A4C">
        <w:rPr>
          <w:lang w:val="ru-RU"/>
        </w:rPr>
        <w:t>очікуваними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потребують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перевірки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під</w:t>
      </w:r>
      <w:proofErr w:type="spellEnd"/>
      <w:r w:rsidRPr="00207A4C">
        <w:rPr>
          <w:lang w:val="ru-RU"/>
        </w:rPr>
        <w:t xml:space="preserve"> час </w:t>
      </w:r>
      <w:proofErr w:type="spellStart"/>
      <w:r w:rsidRPr="00207A4C">
        <w:rPr>
          <w:lang w:val="ru-RU"/>
        </w:rPr>
        <w:t>роботи</w:t>
      </w:r>
      <w:proofErr w:type="spellEnd"/>
      <w:r w:rsidRPr="00207A4C">
        <w:rPr>
          <w:lang w:val="ru-RU"/>
        </w:rPr>
        <w:t xml:space="preserve"> з </w:t>
      </w:r>
      <w:proofErr w:type="spellStart"/>
      <w:r w:rsidRPr="00207A4C">
        <w:rPr>
          <w:lang w:val="ru-RU"/>
        </w:rPr>
        <w:t>учнями</w:t>
      </w:r>
      <w:proofErr w:type="spellEnd"/>
      <w:r w:rsidRPr="00207A4C">
        <w:rPr>
          <w:lang w:val="ru-RU"/>
        </w:rPr>
        <w:t>.</w:t>
      </w:r>
    </w:p>
    <w:p w14:paraId="4E55C0A6" w14:textId="4704B56F" w:rsidR="00966C02" w:rsidRPr="00207A4C" w:rsidRDefault="00207A4C" w:rsidP="00207A4C">
      <w:pPr>
        <w:contextualSpacing/>
        <w:jc w:val="both"/>
        <w:rPr>
          <w:lang w:val="ru-RU"/>
        </w:rPr>
      </w:pPr>
      <w:r w:rsidRPr="00207A4C">
        <w:rPr>
          <w:b/>
          <w:bCs/>
          <w:lang w:val="ru-RU"/>
        </w:rPr>
        <w:t>КЛЮЧОВІ СЛОВА</w:t>
      </w:r>
      <w:r w:rsidR="00000000" w:rsidRPr="00207A4C">
        <w:rPr>
          <w:lang w:val="ru-RU"/>
        </w:rPr>
        <w:t xml:space="preserve">: </w:t>
      </w:r>
      <w:proofErr w:type="spellStart"/>
      <w:r w:rsidR="00000000" w:rsidRPr="00207A4C">
        <w:rPr>
          <w:lang w:val="ru-RU"/>
        </w:rPr>
        <w:t>навчальна</w:t>
      </w:r>
      <w:proofErr w:type="spellEnd"/>
      <w:r w:rsidR="00000000" w:rsidRPr="00207A4C">
        <w:rPr>
          <w:lang w:val="ru-RU"/>
        </w:rPr>
        <w:t xml:space="preserve"> </w:t>
      </w:r>
      <w:proofErr w:type="spellStart"/>
      <w:r w:rsidR="00000000" w:rsidRPr="00207A4C">
        <w:rPr>
          <w:lang w:val="ru-RU"/>
        </w:rPr>
        <w:t>мотивація</w:t>
      </w:r>
      <w:proofErr w:type="spellEnd"/>
      <w:r w:rsidR="00000000" w:rsidRPr="00207A4C">
        <w:rPr>
          <w:lang w:val="ru-RU"/>
        </w:rPr>
        <w:t xml:space="preserve">, </w:t>
      </w:r>
      <w:r w:rsidR="00000000">
        <w:t>STEM</w:t>
      </w:r>
      <w:r w:rsidR="00000000" w:rsidRPr="00207A4C">
        <w:rPr>
          <w:lang w:val="ru-RU"/>
        </w:rPr>
        <w:t>-</w:t>
      </w:r>
      <w:proofErr w:type="spellStart"/>
      <w:r w:rsidR="00000000" w:rsidRPr="00207A4C">
        <w:rPr>
          <w:lang w:val="ru-RU"/>
        </w:rPr>
        <w:t>освіта</w:t>
      </w:r>
      <w:proofErr w:type="spellEnd"/>
      <w:r w:rsidR="00000000" w:rsidRPr="00207A4C">
        <w:rPr>
          <w:lang w:val="ru-RU"/>
        </w:rPr>
        <w:t xml:space="preserve">, </w:t>
      </w:r>
      <w:proofErr w:type="spellStart"/>
      <w:r w:rsidR="00000000" w:rsidRPr="00207A4C">
        <w:rPr>
          <w:lang w:val="ru-RU"/>
        </w:rPr>
        <w:t>група</w:t>
      </w:r>
      <w:proofErr w:type="spellEnd"/>
      <w:r w:rsidR="00000000" w:rsidRPr="00207A4C">
        <w:rPr>
          <w:lang w:val="ru-RU"/>
        </w:rPr>
        <w:t xml:space="preserve"> </w:t>
      </w:r>
      <w:proofErr w:type="spellStart"/>
      <w:r w:rsidR="00000000" w:rsidRPr="00207A4C">
        <w:rPr>
          <w:lang w:val="ru-RU"/>
        </w:rPr>
        <w:t>продовженого</w:t>
      </w:r>
      <w:proofErr w:type="spellEnd"/>
      <w:r w:rsidR="00000000" w:rsidRPr="00207A4C">
        <w:rPr>
          <w:lang w:val="ru-RU"/>
        </w:rPr>
        <w:t xml:space="preserve"> дня, </w:t>
      </w:r>
      <w:proofErr w:type="spellStart"/>
      <w:r w:rsidR="00000000" w:rsidRPr="00207A4C">
        <w:rPr>
          <w:lang w:val="ru-RU"/>
        </w:rPr>
        <w:t>пізнавальний</w:t>
      </w:r>
      <w:proofErr w:type="spellEnd"/>
      <w:r w:rsidR="00000000" w:rsidRPr="00207A4C">
        <w:rPr>
          <w:lang w:val="ru-RU"/>
        </w:rPr>
        <w:t xml:space="preserve"> </w:t>
      </w:r>
      <w:proofErr w:type="spellStart"/>
      <w:r w:rsidR="00000000" w:rsidRPr="00207A4C">
        <w:rPr>
          <w:lang w:val="ru-RU"/>
        </w:rPr>
        <w:t>інтерес</w:t>
      </w:r>
      <w:proofErr w:type="spellEnd"/>
      <w:r w:rsidR="00000000" w:rsidRPr="00207A4C">
        <w:rPr>
          <w:lang w:val="ru-RU"/>
        </w:rPr>
        <w:t xml:space="preserve">, </w:t>
      </w:r>
      <w:proofErr w:type="spellStart"/>
      <w:r w:rsidR="00000000" w:rsidRPr="00207A4C">
        <w:rPr>
          <w:lang w:val="ru-RU"/>
        </w:rPr>
        <w:t>інженерне</w:t>
      </w:r>
      <w:proofErr w:type="spellEnd"/>
      <w:r w:rsidR="00000000" w:rsidRPr="00207A4C">
        <w:rPr>
          <w:lang w:val="ru-RU"/>
        </w:rPr>
        <w:t xml:space="preserve"> </w:t>
      </w:r>
      <w:proofErr w:type="spellStart"/>
      <w:r w:rsidR="00000000" w:rsidRPr="00207A4C">
        <w:rPr>
          <w:lang w:val="ru-RU"/>
        </w:rPr>
        <w:t>проєктування</w:t>
      </w:r>
      <w:proofErr w:type="spellEnd"/>
      <w:r w:rsidR="00000000" w:rsidRPr="00207A4C">
        <w:rPr>
          <w:lang w:val="ru-RU"/>
        </w:rPr>
        <w:t xml:space="preserve">, </w:t>
      </w:r>
      <w:proofErr w:type="spellStart"/>
      <w:r w:rsidR="00000000" w:rsidRPr="00207A4C">
        <w:rPr>
          <w:lang w:val="ru-RU"/>
        </w:rPr>
        <w:t>командна</w:t>
      </w:r>
      <w:proofErr w:type="spellEnd"/>
      <w:r w:rsidR="00000000" w:rsidRPr="00207A4C">
        <w:rPr>
          <w:lang w:val="ru-RU"/>
        </w:rPr>
        <w:t xml:space="preserve"> </w:t>
      </w:r>
      <w:proofErr w:type="spellStart"/>
      <w:r w:rsidR="00000000" w:rsidRPr="00207A4C">
        <w:rPr>
          <w:lang w:val="ru-RU"/>
        </w:rPr>
        <w:t>взаємодія</w:t>
      </w:r>
      <w:proofErr w:type="spellEnd"/>
      <w:r w:rsidR="00000000" w:rsidRPr="00207A4C">
        <w:rPr>
          <w:lang w:val="ru-RU"/>
        </w:rPr>
        <w:t>.</w:t>
      </w:r>
    </w:p>
    <w:p w14:paraId="7543CA99" w14:textId="77777777" w:rsidR="00207A4C" w:rsidRDefault="00207A4C" w:rsidP="00207A4C">
      <w:pPr>
        <w:pStyle w:val="Heading1"/>
        <w:spacing w:before="0" w:after="0"/>
        <w:ind w:firstLine="709"/>
        <w:contextualSpacing/>
        <w:rPr>
          <w:lang w:val="ru-RU"/>
        </w:rPr>
      </w:pPr>
    </w:p>
    <w:p w14:paraId="42B11557" w14:textId="77777777" w:rsidR="00207A4C" w:rsidRDefault="00207A4C">
      <w:pPr>
        <w:spacing w:after="200" w:line="276" w:lineRule="auto"/>
        <w:ind w:firstLine="0"/>
        <w:rPr>
          <w:b/>
          <w:bCs/>
          <w:szCs w:val="28"/>
          <w:lang w:val="ru-RU"/>
        </w:rPr>
      </w:pPr>
      <w:r>
        <w:rPr>
          <w:lang w:val="ru-RU"/>
        </w:rPr>
        <w:br w:type="page"/>
      </w:r>
    </w:p>
    <w:p w14:paraId="4ACC88C1" w14:textId="3F3DD8C0" w:rsidR="00966C02" w:rsidRPr="00207A4C" w:rsidRDefault="00000000" w:rsidP="00207A4C">
      <w:pPr>
        <w:pStyle w:val="Heading1"/>
        <w:spacing w:before="0" w:after="0"/>
        <w:ind w:firstLine="709"/>
        <w:contextualSpacing/>
        <w:rPr>
          <w:lang w:val="ru-RU"/>
        </w:rPr>
      </w:pPr>
      <w:proofErr w:type="spellStart"/>
      <w:r w:rsidRPr="00207A4C">
        <w:rPr>
          <w:lang w:val="ru-RU"/>
        </w:rPr>
        <w:lastRenderedPageBreak/>
        <w:t>Навчальна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мотивація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зміст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діяльності</w:t>
      </w:r>
      <w:proofErr w:type="spellEnd"/>
      <w:r w:rsidRPr="00207A4C">
        <w:rPr>
          <w:lang w:val="ru-RU"/>
        </w:rPr>
        <w:t xml:space="preserve"> в ГПД</w:t>
      </w:r>
    </w:p>
    <w:p w14:paraId="23A735E6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Група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продовженого</w:t>
      </w:r>
      <w:proofErr w:type="spellEnd"/>
      <w:r w:rsidRPr="00207A4C">
        <w:rPr>
          <w:lang w:val="ru-RU"/>
        </w:rPr>
        <w:t xml:space="preserve"> дня (ГПД) </w:t>
      </w:r>
      <w:proofErr w:type="spellStart"/>
      <w:r w:rsidRPr="00207A4C">
        <w:rPr>
          <w:lang w:val="ru-RU"/>
        </w:rPr>
        <w:t>забезпечує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організацію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перебування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дітей</w:t>
      </w:r>
      <w:proofErr w:type="spellEnd"/>
      <w:r w:rsidRPr="00207A4C">
        <w:rPr>
          <w:lang w:val="ru-RU"/>
        </w:rPr>
        <w:t xml:space="preserve"> у </w:t>
      </w:r>
      <w:proofErr w:type="spellStart"/>
      <w:r w:rsidRPr="00207A4C">
        <w:rPr>
          <w:lang w:val="ru-RU"/>
        </w:rPr>
        <w:t>закладі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освіти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після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уроків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Її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діяльність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поєднує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виконання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навчальних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завдань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відпочинок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спілкування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розвиток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здібностей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Нормативні</w:t>
      </w:r>
      <w:proofErr w:type="spellEnd"/>
      <w:r w:rsidRPr="00207A4C">
        <w:rPr>
          <w:lang w:val="ru-RU"/>
        </w:rPr>
        <w:t xml:space="preserve"> засади </w:t>
      </w:r>
      <w:proofErr w:type="spellStart"/>
      <w:r w:rsidRPr="00207A4C">
        <w:rPr>
          <w:lang w:val="ru-RU"/>
        </w:rPr>
        <w:t>створення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функціонування</w:t>
      </w:r>
      <w:proofErr w:type="spellEnd"/>
      <w:r w:rsidRPr="00207A4C">
        <w:rPr>
          <w:lang w:val="ru-RU"/>
        </w:rPr>
        <w:t xml:space="preserve"> таких </w:t>
      </w:r>
      <w:proofErr w:type="spellStart"/>
      <w:r w:rsidRPr="00207A4C">
        <w:rPr>
          <w:lang w:val="ru-RU"/>
        </w:rPr>
        <w:t>груп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визначено</w:t>
      </w:r>
      <w:proofErr w:type="spellEnd"/>
      <w:r w:rsidRPr="00207A4C">
        <w:rPr>
          <w:lang w:val="ru-RU"/>
        </w:rPr>
        <w:t xml:space="preserve"> наказом </w:t>
      </w:r>
      <w:proofErr w:type="spellStart"/>
      <w:r w:rsidRPr="00207A4C">
        <w:rPr>
          <w:lang w:val="ru-RU"/>
        </w:rPr>
        <w:t>Міністерства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освіти</w:t>
      </w:r>
      <w:proofErr w:type="spellEnd"/>
      <w:r w:rsidRPr="00207A4C">
        <w:rPr>
          <w:lang w:val="ru-RU"/>
        </w:rPr>
        <w:t xml:space="preserve"> і науки </w:t>
      </w:r>
      <w:proofErr w:type="spellStart"/>
      <w:r w:rsidRPr="00207A4C">
        <w:rPr>
          <w:lang w:val="ru-RU"/>
        </w:rPr>
        <w:t>України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</w:t>
      </w:r>
      <w:proofErr w:type="spellEnd"/>
      <w:r w:rsidRPr="00207A4C">
        <w:rPr>
          <w:lang w:val="ru-RU"/>
        </w:rPr>
        <w:t xml:space="preserve"> 25 червня 2018 року № 677 [1]. </w:t>
      </w:r>
      <w:proofErr w:type="spellStart"/>
      <w:r w:rsidRPr="00207A4C">
        <w:rPr>
          <w:lang w:val="ru-RU"/>
        </w:rPr>
        <w:t>Плануючи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пізнавальні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заняття</w:t>
      </w:r>
      <w:proofErr w:type="spellEnd"/>
      <w:r w:rsidRPr="00207A4C">
        <w:rPr>
          <w:lang w:val="ru-RU"/>
        </w:rPr>
        <w:t xml:space="preserve">, педагог </w:t>
      </w:r>
      <w:proofErr w:type="spellStart"/>
      <w:r w:rsidRPr="00207A4C">
        <w:rPr>
          <w:lang w:val="ru-RU"/>
        </w:rPr>
        <w:t>має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узгоджувати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їх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із</w:t>
      </w:r>
      <w:proofErr w:type="spellEnd"/>
      <w:r w:rsidRPr="00207A4C">
        <w:rPr>
          <w:lang w:val="ru-RU"/>
        </w:rPr>
        <w:t xml:space="preserve"> режимом </w:t>
      </w:r>
      <w:proofErr w:type="spellStart"/>
      <w:r w:rsidRPr="00207A4C">
        <w:rPr>
          <w:lang w:val="ru-RU"/>
        </w:rPr>
        <w:t>роботи</w:t>
      </w:r>
      <w:proofErr w:type="spellEnd"/>
      <w:r w:rsidRPr="00207A4C">
        <w:rPr>
          <w:lang w:val="ru-RU"/>
        </w:rPr>
        <w:t xml:space="preserve"> групи, </w:t>
      </w:r>
      <w:proofErr w:type="spellStart"/>
      <w:r w:rsidRPr="00207A4C">
        <w:rPr>
          <w:lang w:val="ru-RU"/>
        </w:rPr>
        <w:t>можливостями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дітей</w:t>
      </w:r>
      <w:proofErr w:type="spellEnd"/>
      <w:r w:rsidRPr="00207A4C">
        <w:rPr>
          <w:lang w:val="ru-RU"/>
        </w:rPr>
        <w:t xml:space="preserve"> і потребою у </w:t>
      </w:r>
      <w:proofErr w:type="spellStart"/>
      <w:r w:rsidRPr="00207A4C">
        <w:rPr>
          <w:lang w:val="ru-RU"/>
        </w:rPr>
        <w:t>відновленні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після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навчального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навантаження</w:t>
      </w:r>
      <w:proofErr w:type="spellEnd"/>
      <w:r w:rsidRPr="00207A4C">
        <w:rPr>
          <w:lang w:val="ru-RU"/>
        </w:rPr>
        <w:t>.</w:t>
      </w:r>
    </w:p>
    <w:p w14:paraId="60CB6D9A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Навчальна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мотивація</w:t>
      </w:r>
      <w:proofErr w:type="spellEnd"/>
      <w:r w:rsidRPr="00207A4C">
        <w:rPr>
          <w:lang w:val="ru-RU"/>
        </w:rPr>
        <w:t xml:space="preserve"> в </w:t>
      </w:r>
      <w:proofErr w:type="spellStart"/>
      <w:r w:rsidRPr="00207A4C">
        <w:rPr>
          <w:lang w:val="ru-RU"/>
        </w:rPr>
        <w:t>цій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статті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розуміється</w:t>
      </w:r>
      <w:proofErr w:type="spellEnd"/>
      <w:r w:rsidRPr="00207A4C">
        <w:rPr>
          <w:lang w:val="ru-RU"/>
        </w:rPr>
        <w:t xml:space="preserve"> як </w:t>
      </w:r>
      <w:proofErr w:type="spellStart"/>
      <w:r w:rsidRPr="00207A4C">
        <w:rPr>
          <w:lang w:val="ru-RU"/>
        </w:rPr>
        <w:t>сукупність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спонукань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що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визначають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залучення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учня</w:t>
      </w:r>
      <w:proofErr w:type="spellEnd"/>
      <w:r w:rsidRPr="00207A4C">
        <w:rPr>
          <w:lang w:val="ru-RU"/>
        </w:rPr>
        <w:t xml:space="preserve"> до </w:t>
      </w:r>
      <w:proofErr w:type="spellStart"/>
      <w:r w:rsidRPr="00207A4C">
        <w:rPr>
          <w:lang w:val="ru-RU"/>
        </w:rPr>
        <w:t>навчальної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діяльності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її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підтримання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спрямованість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Зацікавленість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відвідуванням</w:t>
      </w:r>
      <w:proofErr w:type="spellEnd"/>
      <w:r w:rsidRPr="00207A4C">
        <w:rPr>
          <w:lang w:val="ru-RU"/>
        </w:rPr>
        <w:t xml:space="preserve"> ГПД </w:t>
      </w:r>
      <w:proofErr w:type="spellStart"/>
      <w:r w:rsidRPr="00207A4C">
        <w:rPr>
          <w:lang w:val="ru-RU"/>
        </w:rPr>
        <w:t>характеризує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ставлення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дитини</w:t>
      </w:r>
      <w:proofErr w:type="spellEnd"/>
      <w:r w:rsidRPr="00207A4C">
        <w:rPr>
          <w:lang w:val="ru-RU"/>
        </w:rPr>
        <w:t xml:space="preserve"> до </w:t>
      </w:r>
      <w:proofErr w:type="spellStart"/>
      <w:r w:rsidRPr="00207A4C">
        <w:rPr>
          <w:lang w:val="ru-RU"/>
        </w:rPr>
        <w:t>перебування</w:t>
      </w:r>
      <w:proofErr w:type="spellEnd"/>
      <w:r w:rsidRPr="00207A4C">
        <w:rPr>
          <w:lang w:val="ru-RU"/>
        </w:rPr>
        <w:t xml:space="preserve"> в </w:t>
      </w:r>
      <w:proofErr w:type="spellStart"/>
      <w:r w:rsidRPr="00207A4C">
        <w:rPr>
          <w:lang w:val="ru-RU"/>
        </w:rPr>
        <w:t>групі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бажання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брати</w:t>
      </w:r>
      <w:proofErr w:type="spellEnd"/>
      <w:r w:rsidRPr="00207A4C">
        <w:rPr>
          <w:lang w:val="ru-RU"/>
        </w:rPr>
        <w:t xml:space="preserve"> участь у </w:t>
      </w:r>
      <w:proofErr w:type="spellStart"/>
      <w:r w:rsidRPr="00207A4C">
        <w:rPr>
          <w:lang w:val="ru-RU"/>
        </w:rPr>
        <w:t>запропонованій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діяльності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Ці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явища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пов’язані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проте</w:t>
      </w:r>
      <w:proofErr w:type="spellEnd"/>
      <w:r w:rsidRPr="00207A4C">
        <w:rPr>
          <w:lang w:val="ru-RU"/>
        </w:rPr>
        <w:t xml:space="preserve"> не </w:t>
      </w:r>
      <w:proofErr w:type="spellStart"/>
      <w:r w:rsidRPr="00207A4C">
        <w:rPr>
          <w:lang w:val="ru-RU"/>
        </w:rPr>
        <w:t>тотожні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Учень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може</w:t>
      </w:r>
      <w:proofErr w:type="spellEnd"/>
      <w:r w:rsidRPr="00207A4C">
        <w:rPr>
          <w:lang w:val="ru-RU"/>
        </w:rPr>
        <w:t xml:space="preserve"> охоче </w:t>
      </w:r>
      <w:proofErr w:type="spellStart"/>
      <w:r w:rsidRPr="00207A4C">
        <w:rPr>
          <w:lang w:val="ru-RU"/>
        </w:rPr>
        <w:t>спілкуватися</w:t>
      </w:r>
      <w:proofErr w:type="spellEnd"/>
      <w:r w:rsidRPr="00207A4C">
        <w:rPr>
          <w:lang w:val="ru-RU"/>
        </w:rPr>
        <w:t xml:space="preserve"> з </w:t>
      </w:r>
      <w:proofErr w:type="spellStart"/>
      <w:r w:rsidRPr="00207A4C">
        <w:rPr>
          <w:lang w:val="ru-RU"/>
        </w:rPr>
        <w:t>однолітками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але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уникати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навчальних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завдань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або</w:t>
      </w:r>
      <w:proofErr w:type="spellEnd"/>
      <w:r w:rsidRPr="00207A4C">
        <w:rPr>
          <w:lang w:val="ru-RU"/>
        </w:rPr>
        <w:t xml:space="preserve"> активно </w:t>
      </w:r>
      <w:proofErr w:type="spellStart"/>
      <w:r w:rsidRPr="00207A4C">
        <w:rPr>
          <w:lang w:val="ru-RU"/>
        </w:rPr>
        <w:t>працювати</w:t>
      </w:r>
      <w:proofErr w:type="spellEnd"/>
      <w:r w:rsidRPr="00207A4C">
        <w:rPr>
          <w:lang w:val="ru-RU"/>
        </w:rPr>
        <w:t xml:space="preserve"> на </w:t>
      </w:r>
      <w:proofErr w:type="spellStart"/>
      <w:r w:rsidRPr="00207A4C">
        <w:rPr>
          <w:lang w:val="ru-RU"/>
        </w:rPr>
        <w:t>заняттях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хоча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графік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його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відвідування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визначають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сімейні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обставини</w:t>
      </w:r>
      <w:proofErr w:type="spellEnd"/>
      <w:r w:rsidRPr="00207A4C">
        <w:rPr>
          <w:lang w:val="ru-RU"/>
        </w:rPr>
        <w:t>.</w:t>
      </w:r>
    </w:p>
    <w:p w14:paraId="77389DDC" w14:textId="77777777" w:rsidR="00966C02" w:rsidRPr="00207A4C" w:rsidRDefault="00000000" w:rsidP="00207A4C">
      <w:pPr>
        <w:contextualSpacing/>
        <w:jc w:val="both"/>
        <w:rPr>
          <w:lang w:val="ru-RU"/>
        </w:rPr>
      </w:pPr>
      <w:r w:rsidRPr="00207A4C">
        <w:rPr>
          <w:lang w:val="ru-RU"/>
        </w:rPr>
        <w:t xml:space="preserve">Тому </w:t>
      </w:r>
      <w:proofErr w:type="spellStart"/>
      <w:r w:rsidRPr="00207A4C">
        <w:rPr>
          <w:lang w:val="ru-RU"/>
        </w:rPr>
        <w:t>підвищення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мотивації</w:t>
      </w:r>
      <w:proofErr w:type="spellEnd"/>
      <w:r w:rsidRPr="00207A4C">
        <w:rPr>
          <w:lang w:val="ru-RU"/>
        </w:rPr>
        <w:t xml:space="preserve"> не </w:t>
      </w:r>
      <w:proofErr w:type="spellStart"/>
      <w:r w:rsidRPr="00207A4C">
        <w:rPr>
          <w:lang w:val="ru-RU"/>
        </w:rPr>
        <w:t>можна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оцінювати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лише</w:t>
      </w:r>
      <w:proofErr w:type="spellEnd"/>
      <w:r w:rsidRPr="00207A4C">
        <w:rPr>
          <w:lang w:val="ru-RU"/>
        </w:rPr>
        <w:t xml:space="preserve"> за </w:t>
      </w:r>
      <w:proofErr w:type="spellStart"/>
      <w:r w:rsidRPr="00207A4C">
        <w:rPr>
          <w:lang w:val="ru-RU"/>
        </w:rPr>
        <w:t>кількістю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присутніх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дітей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Потрібно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враховувати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ініціативність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запитання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готовність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перевіряти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припущення</w:t>
      </w:r>
      <w:proofErr w:type="spellEnd"/>
      <w:r w:rsidRPr="00207A4C">
        <w:rPr>
          <w:lang w:val="ru-RU"/>
        </w:rPr>
        <w:t xml:space="preserve">, участь у </w:t>
      </w:r>
      <w:proofErr w:type="spellStart"/>
      <w:r w:rsidRPr="00207A4C">
        <w:rPr>
          <w:lang w:val="ru-RU"/>
        </w:rPr>
        <w:t>спільній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роботі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бажання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повернутися</w:t>
      </w:r>
      <w:proofErr w:type="spellEnd"/>
      <w:r w:rsidRPr="00207A4C">
        <w:rPr>
          <w:lang w:val="ru-RU"/>
        </w:rPr>
        <w:t xml:space="preserve"> до </w:t>
      </w:r>
      <w:proofErr w:type="spellStart"/>
      <w:r w:rsidRPr="00207A4C">
        <w:rPr>
          <w:lang w:val="ru-RU"/>
        </w:rPr>
        <w:t>незавершеного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завдання</w:t>
      </w:r>
      <w:proofErr w:type="spellEnd"/>
      <w:r w:rsidRPr="00207A4C">
        <w:rPr>
          <w:lang w:val="ru-RU"/>
        </w:rPr>
        <w:t xml:space="preserve">. Для ГПД </w:t>
      </w:r>
      <w:proofErr w:type="spellStart"/>
      <w:r w:rsidRPr="00207A4C">
        <w:rPr>
          <w:lang w:val="ru-RU"/>
        </w:rPr>
        <w:t>пропонується</w:t>
      </w:r>
      <w:proofErr w:type="spellEnd"/>
      <w:r w:rsidRPr="00207A4C">
        <w:rPr>
          <w:lang w:val="ru-RU"/>
        </w:rPr>
        <w:t xml:space="preserve"> формат коротких </w:t>
      </w:r>
      <w:proofErr w:type="spellStart"/>
      <w:r w:rsidRPr="00207A4C">
        <w:rPr>
          <w:lang w:val="ru-RU"/>
        </w:rPr>
        <w:t>практичних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місій</w:t>
      </w:r>
      <w:proofErr w:type="spellEnd"/>
      <w:r w:rsidRPr="00207A4C">
        <w:rPr>
          <w:lang w:val="ru-RU"/>
        </w:rPr>
        <w:t xml:space="preserve">: </w:t>
      </w:r>
      <w:proofErr w:type="spellStart"/>
      <w:r w:rsidRPr="00207A4C">
        <w:rPr>
          <w:lang w:val="ru-RU"/>
        </w:rPr>
        <w:t>дитина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отримує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зрозумілу</w:t>
      </w:r>
      <w:proofErr w:type="spellEnd"/>
      <w:r w:rsidRPr="00207A4C">
        <w:rPr>
          <w:lang w:val="ru-RU"/>
        </w:rPr>
        <w:t xml:space="preserve"> проблему, </w:t>
      </w:r>
      <w:proofErr w:type="spellStart"/>
      <w:r w:rsidRPr="00207A4C">
        <w:rPr>
          <w:lang w:val="ru-RU"/>
        </w:rPr>
        <w:t>створює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або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перевіряє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рішення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пояснює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отриманий</w:t>
      </w:r>
      <w:proofErr w:type="spellEnd"/>
      <w:r w:rsidRPr="00207A4C">
        <w:rPr>
          <w:lang w:val="ru-RU"/>
        </w:rPr>
        <w:t xml:space="preserve"> результат. Така </w:t>
      </w:r>
      <w:proofErr w:type="spellStart"/>
      <w:r w:rsidRPr="00207A4C">
        <w:rPr>
          <w:lang w:val="ru-RU"/>
        </w:rPr>
        <w:t>організація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дає</w:t>
      </w:r>
      <w:proofErr w:type="spellEnd"/>
      <w:r w:rsidRPr="00207A4C">
        <w:rPr>
          <w:lang w:val="ru-RU"/>
        </w:rPr>
        <w:t xml:space="preserve"> педагогу </w:t>
      </w:r>
      <w:proofErr w:type="spellStart"/>
      <w:r w:rsidRPr="00207A4C">
        <w:rPr>
          <w:lang w:val="ru-RU"/>
        </w:rPr>
        <w:t>можливість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поєднати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навчальний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зміст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із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діяльністю</w:t>
      </w:r>
      <w:proofErr w:type="spellEnd"/>
      <w:r w:rsidRPr="00207A4C">
        <w:rPr>
          <w:lang w:val="ru-RU"/>
        </w:rPr>
        <w:t xml:space="preserve">, результат </w:t>
      </w:r>
      <w:proofErr w:type="spellStart"/>
      <w:r w:rsidRPr="00207A4C">
        <w:rPr>
          <w:lang w:val="ru-RU"/>
        </w:rPr>
        <w:t>якої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доступний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безпосередньому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спостереженню</w:t>
      </w:r>
      <w:proofErr w:type="spellEnd"/>
      <w:r w:rsidRPr="00207A4C">
        <w:rPr>
          <w:lang w:val="ru-RU"/>
        </w:rPr>
        <w:t>.</w:t>
      </w:r>
    </w:p>
    <w:p w14:paraId="5E01AA6D" w14:textId="77777777" w:rsidR="00207A4C" w:rsidRDefault="00207A4C" w:rsidP="00207A4C">
      <w:pPr>
        <w:pStyle w:val="Heading1"/>
        <w:spacing w:before="0" w:after="0"/>
        <w:ind w:firstLine="709"/>
        <w:contextualSpacing/>
        <w:rPr>
          <w:lang w:val="uk-UA"/>
        </w:rPr>
      </w:pPr>
    </w:p>
    <w:p w14:paraId="520CF6DC" w14:textId="19F819C7" w:rsidR="00966C02" w:rsidRPr="00207A4C" w:rsidRDefault="00000000" w:rsidP="00207A4C">
      <w:pPr>
        <w:pStyle w:val="Heading1"/>
        <w:spacing w:before="0" w:after="0"/>
        <w:ind w:firstLine="709"/>
        <w:contextualSpacing/>
        <w:rPr>
          <w:lang w:val="ru-RU"/>
        </w:rPr>
      </w:pPr>
      <w:r>
        <w:t>STEM</w:t>
      </w:r>
      <w:r w:rsidRPr="00207A4C">
        <w:rPr>
          <w:lang w:val="ru-RU"/>
        </w:rPr>
        <w:t>-</w:t>
      </w:r>
      <w:proofErr w:type="spellStart"/>
      <w:r w:rsidRPr="00207A4C">
        <w:rPr>
          <w:lang w:val="ru-RU"/>
        </w:rPr>
        <w:t>освіта</w:t>
      </w:r>
      <w:proofErr w:type="spellEnd"/>
      <w:r w:rsidRPr="00207A4C">
        <w:rPr>
          <w:lang w:val="ru-RU"/>
        </w:rPr>
        <w:t xml:space="preserve"> як основа </w:t>
      </w:r>
      <w:proofErr w:type="spellStart"/>
      <w:r w:rsidRPr="00207A4C">
        <w:rPr>
          <w:lang w:val="ru-RU"/>
        </w:rPr>
        <w:t>практичних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місій</w:t>
      </w:r>
      <w:proofErr w:type="spellEnd"/>
      <w:r w:rsidR="00207A4C">
        <w:rPr>
          <w:lang w:val="ru-RU"/>
        </w:rPr>
        <w:t xml:space="preserve"> </w:t>
      </w:r>
    </w:p>
    <w:p w14:paraId="56672C03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Абревіатура</w:t>
      </w:r>
      <w:proofErr w:type="spellEnd"/>
      <w:r w:rsidRPr="00207A4C">
        <w:rPr>
          <w:lang w:val="ru-RU"/>
        </w:rPr>
        <w:t xml:space="preserve"> </w:t>
      </w:r>
      <w:r>
        <w:t>STEM</w:t>
      </w:r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об’єднує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природничі</w:t>
      </w:r>
      <w:proofErr w:type="spellEnd"/>
      <w:r w:rsidRPr="00207A4C">
        <w:rPr>
          <w:lang w:val="ru-RU"/>
        </w:rPr>
        <w:t xml:space="preserve"> науки, </w:t>
      </w:r>
      <w:proofErr w:type="spellStart"/>
      <w:r w:rsidRPr="00207A4C">
        <w:rPr>
          <w:lang w:val="ru-RU"/>
        </w:rPr>
        <w:t>технології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інженерію</w:t>
      </w:r>
      <w:proofErr w:type="spellEnd"/>
      <w:r w:rsidRPr="00207A4C">
        <w:rPr>
          <w:lang w:val="ru-RU"/>
        </w:rPr>
        <w:t xml:space="preserve"> та математику. </w:t>
      </w:r>
      <w:proofErr w:type="spellStart"/>
      <w:r w:rsidRPr="00207A4C">
        <w:rPr>
          <w:lang w:val="ru-RU"/>
        </w:rPr>
        <w:t>Концепція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розвитку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природничо-математичної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освіти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схвалена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розпорядженням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Кабінету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Міністрів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України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</w:t>
      </w:r>
      <w:proofErr w:type="spellEnd"/>
      <w:r w:rsidRPr="00207A4C">
        <w:rPr>
          <w:lang w:val="ru-RU"/>
        </w:rPr>
        <w:t xml:space="preserve"> 5 </w:t>
      </w:r>
      <w:proofErr w:type="spellStart"/>
      <w:r w:rsidRPr="00207A4C">
        <w:rPr>
          <w:lang w:val="ru-RU"/>
        </w:rPr>
        <w:t>серпня</w:t>
      </w:r>
      <w:proofErr w:type="spellEnd"/>
      <w:r w:rsidRPr="00207A4C">
        <w:rPr>
          <w:lang w:val="ru-RU"/>
        </w:rPr>
        <w:t xml:space="preserve"> 2020 року № 960-р, </w:t>
      </w:r>
      <w:proofErr w:type="spellStart"/>
      <w:r w:rsidRPr="00207A4C">
        <w:rPr>
          <w:lang w:val="ru-RU"/>
        </w:rPr>
        <w:lastRenderedPageBreak/>
        <w:t>пов’язує</w:t>
      </w:r>
      <w:proofErr w:type="spellEnd"/>
      <w:r w:rsidRPr="00207A4C">
        <w:rPr>
          <w:lang w:val="ru-RU"/>
        </w:rPr>
        <w:t xml:space="preserve"> </w:t>
      </w:r>
      <w:r>
        <w:t>STEM</w:t>
      </w:r>
      <w:r w:rsidRPr="00207A4C">
        <w:rPr>
          <w:lang w:val="ru-RU"/>
        </w:rPr>
        <w:t>-</w:t>
      </w:r>
      <w:proofErr w:type="spellStart"/>
      <w:r w:rsidRPr="00207A4C">
        <w:rPr>
          <w:lang w:val="ru-RU"/>
        </w:rPr>
        <w:t>освіту</w:t>
      </w:r>
      <w:proofErr w:type="spellEnd"/>
      <w:r w:rsidRPr="00207A4C">
        <w:rPr>
          <w:lang w:val="ru-RU"/>
        </w:rPr>
        <w:t xml:space="preserve"> з </w:t>
      </w:r>
      <w:proofErr w:type="spellStart"/>
      <w:r w:rsidRPr="00207A4C">
        <w:rPr>
          <w:lang w:val="ru-RU"/>
        </w:rPr>
        <w:t>практичним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застосуванням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знань</w:t>
      </w:r>
      <w:proofErr w:type="spellEnd"/>
      <w:r w:rsidRPr="00207A4C">
        <w:rPr>
          <w:lang w:val="ru-RU"/>
        </w:rPr>
        <w:t xml:space="preserve"> для </w:t>
      </w:r>
      <w:proofErr w:type="spellStart"/>
      <w:r w:rsidRPr="00207A4C">
        <w:rPr>
          <w:lang w:val="ru-RU"/>
        </w:rPr>
        <w:t>розв’язання</w:t>
      </w:r>
      <w:proofErr w:type="spellEnd"/>
      <w:r w:rsidRPr="00207A4C">
        <w:rPr>
          <w:lang w:val="ru-RU"/>
        </w:rPr>
        <w:t xml:space="preserve"> проблем [2]. Для </w:t>
      </w:r>
      <w:proofErr w:type="spellStart"/>
      <w:r w:rsidRPr="00207A4C">
        <w:rPr>
          <w:lang w:val="ru-RU"/>
        </w:rPr>
        <w:t>роботи</w:t>
      </w:r>
      <w:proofErr w:type="spellEnd"/>
      <w:r w:rsidRPr="00207A4C">
        <w:rPr>
          <w:lang w:val="ru-RU"/>
        </w:rPr>
        <w:t xml:space="preserve"> в ГПД </w:t>
      </w:r>
      <w:proofErr w:type="spellStart"/>
      <w:r w:rsidRPr="00207A4C">
        <w:rPr>
          <w:lang w:val="ru-RU"/>
        </w:rPr>
        <w:t>це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означає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побудову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завдання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навколо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доступної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дитині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ситуації</w:t>
      </w:r>
      <w:proofErr w:type="spellEnd"/>
      <w:r w:rsidRPr="00207A4C">
        <w:rPr>
          <w:lang w:val="ru-RU"/>
        </w:rPr>
        <w:t xml:space="preserve">: як перенести </w:t>
      </w:r>
      <w:proofErr w:type="spellStart"/>
      <w:r w:rsidRPr="00207A4C">
        <w:rPr>
          <w:lang w:val="ru-RU"/>
        </w:rPr>
        <w:t>вантаж</w:t>
      </w:r>
      <w:proofErr w:type="spellEnd"/>
      <w:r w:rsidRPr="00207A4C">
        <w:rPr>
          <w:lang w:val="ru-RU"/>
        </w:rPr>
        <w:t xml:space="preserve"> через </w:t>
      </w:r>
      <w:proofErr w:type="spellStart"/>
      <w:r w:rsidRPr="00207A4C">
        <w:rPr>
          <w:lang w:val="ru-RU"/>
        </w:rPr>
        <w:t>умовну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річку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зберегти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стійкість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моделі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або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раціонально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використати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матеріали</w:t>
      </w:r>
      <w:proofErr w:type="spellEnd"/>
      <w:r w:rsidRPr="00207A4C">
        <w:rPr>
          <w:lang w:val="ru-RU"/>
        </w:rPr>
        <w:t>.</w:t>
      </w:r>
    </w:p>
    <w:p w14:paraId="4F1063FA" w14:textId="77777777" w:rsidR="00966C02" w:rsidRPr="00207A4C" w:rsidRDefault="00000000" w:rsidP="00207A4C">
      <w:pPr>
        <w:contextualSpacing/>
        <w:jc w:val="both"/>
        <w:rPr>
          <w:lang w:val="ru-RU"/>
        </w:rPr>
      </w:pPr>
      <w:r w:rsidRPr="00207A4C">
        <w:rPr>
          <w:lang w:val="ru-RU"/>
        </w:rPr>
        <w:t xml:space="preserve">У </w:t>
      </w:r>
      <w:proofErr w:type="spellStart"/>
      <w:r w:rsidRPr="00207A4C">
        <w:rPr>
          <w:lang w:val="ru-RU"/>
        </w:rPr>
        <w:t>концептуальній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праці</w:t>
      </w:r>
      <w:proofErr w:type="spellEnd"/>
      <w:r w:rsidRPr="00207A4C">
        <w:rPr>
          <w:lang w:val="ru-RU"/>
        </w:rPr>
        <w:t xml:space="preserve"> Т. </w:t>
      </w:r>
      <w:proofErr w:type="spellStart"/>
      <w:r w:rsidRPr="00207A4C">
        <w:rPr>
          <w:lang w:val="ru-RU"/>
        </w:rPr>
        <w:t>Келлі</w:t>
      </w:r>
      <w:proofErr w:type="spellEnd"/>
      <w:r w:rsidRPr="00207A4C">
        <w:rPr>
          <w:lang w:val="ru-RU"/>
        </w:rPr>
        <w:t xml:space="preserve"> та Дж. Ноулза </w:t>
      </w:r>
      <w:proofErr w:type="spellStart"/>
      <w:r w:rsidRPr="00207A4C">
        <w:rPr>
          <w:lang w:val="ru-RU"/>
        </w:rPr>
        <w:t>інтегровану</w:t>
      </w:r>
      <w:proofErr w:type="spellEnd"/>
      <w:r w:rsidRPr="00207A4C">
        <w:rPr>
          <w:lang w:val="ru-RU"/>
        </w:rPr>
        <w:t xml:space="preserve"> </w:t>
      </w:r>
      <w:r>
        <w:t>STEM</w:t>
      </w:r>
      <w:r w:rsidRPr="00207A4C">
        <w:rPr>
          <w:lang w:val="ru-RU"/>
        </w:rPr>
        <w:t>-</w:t>
      </w:r>
      <w:proofErr w:type="spellStart"/>
      <w:r w:rsidRPr="00207A4C">
        <w:rPr>
          <w:lang w:val="ru-RU"/>
        </w:rPr>
        <w:t>освіту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пов’язано</w:t>
      </w:r>
      <w:proofErr w:type="spellEnd"/>
      <w:r w:rsidRPr="00207A4C">
        <w:rPr>
          <w:lang w:val="ru-RU"/>
        </w:rPr>
        <w:t xml:space="preserve"> з </w:t>
      </w:r>
      <w:proofErr w:type="spellStart"/>
      <w:r w:rsidRPr="00207A4C">
        <w:rPr>
          <w:lang w:val="ru-RU"/>
        </w:rPr>
        <w:t>використанням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знань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із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кількох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галузей</w:t>
      </w:r>
      <w:proofErr w:type="spellEnd"/>
      <w:r w:rsidRPr="00207A4C">
        <w:rPr>
          <w:lang w:val="ru-RU"/>
        </w:rPr>
        <w:t xml:space="preserve"> у </w:t>
      </w:r>
      <w:proofErr w:type="spellStart"/>
      <w:r w:rsidRPr="00207A4C">
        <w:rPr>
          <w:lang w:val="ru-RU"/>
        </w:rPr>
        <w:t>спільній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практичній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ситуації</w:t>
      </w:r>
      <w:proofErr w:type="spellEnd"/>
      <w:r w:rsidRPr="00207A4C">
        <w:rPr>
          <w:lang w:val="ru-RU"/>
        </w:rPr>
        <w:t xml:space="preserve"> [3]. </w:t>
      </w:r>
      <w:proofErr w:type="spellStart"/>
      <w:r w:rsidRPr="00207A4C">
        <w:rPr>
          <w:lang w:val="ru-RU"/>
        </w:rPr>
        <w:t>Цю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ідею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можна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застосувати</w:t>
      </w:r>
      <w:proofErr w:type="spellEnd"/>
      <w:r w:rsidRPr="00207A4C">
        <w:rPr>
          <w:lang w:val="ru-RU"/>
        </w:rPr>
        <w:t xml:space="preserve"> до методичного </w:t>
      </w:r>
      <w:proofErr w:type="spellStart"/>
      <w:r w:rsidRPr="00207A4C">
        <w:rPr>
          <w:lang w:val="ru-RU"/>
        </w:rPr>
        <w:t>планування</w:t>
      </w:r>
      <w:proofErr w:type="spellEnd"/>
      <w:r w:rsidRPr="00207A4C">
        <w:rPr>
          <w:lang w:val="ru-RU"/>
        </w:rPr>
        <w:t xml:space="preserve"> в ГПД: </w:t>
      </w:r>
      <w:proofErr w:type="spellStart"/>
      <w:r w:rsidRPr="00207A4C">
        <w:rPr>
          <w:lang w:val="ru-RU"/>
        </w:rPr>
        <w:t>природниче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пояснення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вимірювання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конструювання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мають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допомагати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розв’язувати</w:t>
      </w:r>
      <w:proofErr w:type="spellEnd"/>
      <w:r w:rsidRPr="00207A4C">
        <w:rPr>
          <w:lang w:val="ru-RU"/>
        </w:rPr>
        <w:t xml:space="preserve"> одну проблему. </w:t>
      </w:r>
      <w:proofErr w:type="spellStart"/>
      <w:r w:rsidRPr="00207A4C">
        <w:rPr>
          <w:lang w:val="ru-RU"/>
        </w:rPr>
        <w:t>Водночас</w:t>
      </w:r>
      <w:proofErr w:type="spellEnd"/>
      <w:r w:rsidRPr="00207A4C">
        <w:rPr>
          <w:lang w:val="ru-RU"/>
        </w:rPr>
        <w:t xml:space="preserve"> наведена </w:t>
      </w:r>
      <w:proofErr w:type="spellStart"/>
      <w:r w:rsidRPr="00207A4C">
        <w:rPr>
          <w:lang w:val="ru-RU"/>
        </w:rPr>
        <w:t>праця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пропонує</w:t>
      </w:r>
      <w:proofErr w:type="spellEnd"/>
      <w:r w:rsidRPr="00207A4C">
        <w:rPr>
          <w:lang w:val="ru-RU"/>
        </w:rPr>
        <w:t xml:space="preserve"> рамку для </w:t>
      </w:r>
      <w:proofErr w:type="spellStart"/>
      <w:r w:rsidRPr="00207A4C">
        <w:rPr>
          <w:lang w:val="ru-RU"/>
        </w:rPr>
        <w:t>старшої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школи</w:t>
      </w:r>
      <w:proofErr w:type="spellEnd"/>
      <w:r w:rsidRPr="00207A4C">
        <w:rPr>
          <w:lang w:val="ru-RU"/>
        </w:rPr>
        <w:t xml:space="preserve">, тому сама по </w:t>
      </w:r>
      <w:proofErr w:type="spellStart"/>
      <w:r w:rsidRPr="00207A4C">
        <w:rPr>
          <w:lang w:val="ru-RU"/>
        </w:rPr>
        <w:t>собі</w:t>
      </w:r>
      <w:proofErr w:type="spellEnd"/>
      <w:r w:rsidRPr="00207A4C">
        <w:rPr>
          <w:lang w:val="ru-RU"/>
        </w:rPr>
        <w:t xml:space="preserve"> не </w:t>
      </w:r>
      <w:proofErr w:type="spellStart"/>
      <w:r w:rsidRPr="00207A4C">
        <w:rPr>
          <w:lang w:val="ru-RU"/>
        </w:rPr>
        <w:t>підтверджує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результативності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запропонованих</w:t>
      </w:r>
      <w:proofErr w:type="spellEnd"/>
      <w:r w:rsidRPr="00207A4C">
        <w:rPr>
          <w:lang w:val="ru-RU"/>
        </w:rPr>
        <w:t xml:space="preserve"> тут </w:t>
      </w:r>
      <w:proofErr w:type="spellStart"/>
      <w:r w:rsidRPr="00207A4C">
        <w:rPr>
          <w:lang w:val="ru-RU"/>
        </w:rPr>
        <w:t>вправ</w:t>
      </w:r>
      <w:proofErr w:type="spellEnd"/>
      <w:r w:rsidRPr="00207A4C">
        <w:rPr>
          <w:lang w:val="ru-RU"/>
        </w:rPr>
        <w:t xml:space="preserve"> для молодших </w:t>
      </w:r>
      <w:proofErr w:type="spellStart"/>
      <w:r w:rsidRPr="00207A4C">
        <w:rPr>
          <w:lang w:val="ru-RU"/>
        </w:rPr>
        <w:t>школярів</w:t>
      </w:r>
      <w:proofErr w:type="spellEnd"/>
      <w:r w:rsidRPr="00207A4C">
        <w:rPr>
          <w:lang w:val="ru-RU"/>
        </w:rPr>
        <w:t>.</w:t>
      </w:r>
    </w:p>
    <w:p w14:paraId="42D85572" w14:textId="0C6AF08D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Наприклад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побудова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паперового</w:t>
      </w:r>
      <w:proofErr w:type="spellEnd"/>
      <w:r w:rsidRPr="00207A4C">
        <w:rPr>
          <w:lang w:val="ru-RU"/>
        </w:rPr>
        <w:t xml:space="preserve"> мосту </w:t>
      </w:r>
      <w:proofErr w:type="spellStart"/>
      <w:r w:rsidRPr="00207A4C">
        <w:rPr>
          <w:lang w:val="ru-RU"/>
        </w:rPr>
        <w:t>набуває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навчального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змісту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тоді</w:t>
      </w:r>
      <w:proofErr w:type="spellEnd"/>
      <w:r w:rsidRPr="00207A4C">
        <w:rPr>
          <w:lang w:val="ru-RU"/>
        </w:rPr>
        <w:t xml:space="preserve">, коли </w:t>
      </w:r>
      <w:proofErr w:type="spellStart"/>
      <w:r w:rsidRPr="00207A4C">
        <w:rPr>
          <w:lang w:val="ru-RU"/>
        </w:rPr>
        <w:t>діти</w:t>
      </w:r>
      <w:proofErr w:type="spellEnd"/>
      <w:r w:rsidRPr="00207A4C">
        <w:rPr>
          <w:lang w:val="ru-RU"/>
        </w:rPr>
        <w:t xml:space="preserve"> не </w:t>
      </w:r>
      <w:proofErr w:type="spellStart"/>
      <w:r w:rsidRPr="00207A4C">
        <w:rPr>
          <w:lang w:val="ru-RU"/>
        </w:rPr>
        <w:t>лише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виготовляють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виріб</w:t>
      </w:r>
      <w:proofErr w:type="spellEnd"/>
      <w:r w:rsidRPr="00207A4C">
        <w:rPr>
          <w:lang w:val="ru-RU"/>
        </w:rPr>
        <w:t xml:space="preserve">, а й </w:t>
      </w:r>
      <w:proofErr w:type="spellStart"/>
      <w:r w:rsidRPr="00207A4C">
        <w:rPr>
          <w:lang w:val="ru-RU"/>
        </w:rPr>
        <w:t>ставлять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запитання</w:t>
      </w:r>
      <w:proofErr w:type="spellEnd"/>
      <w:r w:rsidRPr="00207A4C">
        <w:rPr>
          <w:lang w:val="ru-RU"/>
        </w:rPr>
        <w:t xml:space="preserve"> про </w:t>
      </w:r>
      <w:proofErr w:type="spellStart"/>
      <w:r w:rsidRPr="00207A4C">
        <w:rPr>
          <w:lang w:val="ru-RU"/>
        </w:rPr>
        <w:t>його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міцність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вимірюють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відстань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між</w:t>
      </w:r>
      <w:proofErr w:type="spellEnd"/>
      <w:r w:rsidRPr="00207A4C">
        <w:rPr>
          <w:lang w:val="ru-RU"/>
        </w:rPr>
        <w:t xml:space="preserve"> опорами, </w:t>
      </w:r>
      <w:proofErr w:type="spellStart"/>
      <w:r w:rsidRPr="00207A4C">
        <w:rPr>
          <w:lang w:val="ru-RU"/>
        </w:rPr>
        <w:t>обирають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спосіб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згинання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паперу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перевіряють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конструкцію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однаковими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вантажами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Технологічний</w:t>
      </w:r>
      <w:proofErr w:type="spellEnd"/>
      <w:r w:rsidRPr="00207A4C">
        <w:rPr>
          <w:lang w:val="ru-RU"/>
        </w:rPr>
        <w:t xml:space="preserve"> компонент представлений </w:t>
      </w:r>
      <w:proofErr w:type="spellStart"/>
      <w:r w:rsidRPr="00207A4C">
        <w:rPr>
          <w:lang w:val="ru-RU"/>
        </w:rPr>
        <w:t>прийомами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оброблення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з’єднання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матеріалу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інженерний</w:t>
      </w:r>
      <w:proofErr w:type="spellEnd"/>
      <w:r w:rsidRPr="00207A4C">
        <w:rPr>
          <w:lang w:val="ru-RU"/>
        </w:rPr>
        <w:t xml:space="preserve"> </w:t>
      </w:r>
      <w:r w:rsidR="00207A4C">
        <w:rPr>
          <w:lang w:val="ru-RU"/>
        </w:rPr>
        <w:t>-</w:t>
      </w:r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розробленням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вдосконаленням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моделі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математичний</w:t>
      </w:r>
      <w:proofErr w:type="spellEnd"/>
      <w:r w:rsidRPr="00207A4C">
        <w:rPr>
          <w:lang w:val="ru-RU"/>
        </w:rPr>
        <w:t xml:space="preserve"> </w:t>
      </w:r>
      <w:r w:rsidR="00207A4C">
        <w:rPr>
          <w:lang w:val="ru-RU"/>
        </w:rPr>
        <w:t>-</w:t>
      </w:r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вимірюванням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підрахунком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природничий</w:t>
      </w:r>
      <w:proofErr w:type="spellEnd"/>
      <w:r w:rsidRPr="00207A4C">
        <w:rPr>
          <w:lang w:val="ru-RU"/>
        </w:rPr>
        <w:t xml:space="preserve"> </w:t>
      </w:r>
      <w:r w:rsidR="00207A4C">
        <w:rPr>
          <w:lang w:val="ru-RU"/>
        </w:rPr>
        <w:t>-</w:t>
      </w:r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дослідженням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зв’язку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між</w:t>
      </w:r>
      <w:proofErr w:type="spellEnd"/>
      <w:r w:rsidRPr="00207A4C">
        <w:rPr>
          <w:lang w:val="ru-RU"/>
        </w:rPr>
        <w:t xml:space="preserve"> формою </w:t>
      </w:r>
      <w:proofErr w:type="spellStart"/>
      <w:r w:rsidRPr="00207A4C">
        <w:rPr>
          <w:lang w:val="ru-RU"/>
        </w:rPr>
        <w:t>конструкції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її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поведінкою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під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навантаженням</w:t>
      </w:r>
      <w:proofErr w:type="spellEnd"/>
      <w:r w:rsidRPr="00207A4C">
        <w:rPr>
          <w:lang w:val="ru-RU"/>
        </w:rPr>
        <w:t>.</w:t>
      </w:r>
    </w:p>
    <w:p w14:paraId="2DD1F5B3" w14:textId="77777777" w:rsidR="00207A4C" w:rsidRDefault="00207A4C" w:rsidP="00207A4C">
      <w:pPr>
        <w:pStyle w:val="Heading1"/>
        <w:spacing w:before="0" w:after="0"/>
        <w:ind w:firstLine="709"/>
        <w:contextualSpacing/>
        <w:rPr>
          <w:lang w:val="ru-RU"/>
        </w:rPr>
      </w:pPr>
    </w:p>
    <w:p w14:paraId="0052D846" w14:textId="00F40E37" w:rsidR="00966C02" w:rsidRPr="00207A4C" w:rsidRDefault="00000000" w:rsidP="00207A4C">
      <w:pPr>
        <w:pStyle w:val="Heading1"/>
        <w:spacing w:before="0" w:after="0"/>
        <w:ind w:firstLine="709"/>
        <w:contextualSpacing/>
        <w:rPr>
          <w:lang w:val="ru-RU"/>
        </w:rPr>
      </w:pPr>
      <w:proofErr w:type="spellStart"/>
      <w:r w:rsidRPr="00207A4C">
        <w:rPr>
          <w:lang w:val="ru-RU"/>
        </w:rPr>
        <w:t>Педагогічні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умови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підтримання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мотивації</w:t>
      </w:r>
      <w:proofErr w:type="spellEnd"/>
    </w:p>
    <w:p w14:paraId="053FB173" w14:textId="7F80E330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Теорія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самодетермінації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пояснює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навчальну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мотивацію</w:t>
      </w:r>
      <w:proofErr w:type="spellEnd"/>
      <w:r w:rsidRPr="00207A4C">
        <w:rPr>
          <w:lang w:val="ru-RU"/>
        </w:rPr>
        <w:t xml:space="preserve"> через </w:t>
      </w:r>
      <w:proofErr w:type="spellStart"/>
      <w:r w:rsidRPr="00207A4C">
        <w:rPr>
          <w:lang w:val="ru-RU"/>
        </w:rPr>
        <w:t>підтримання</w:t>
      </w:r>
      <w:proofErr w:type="spellEnd"/>
      <w:r w:rsidRPr="00207A4C">
        <w:rPr>
          <w:lang w:val="ru-RU"/>
        </w:rPr>
        <w:t xml:space="preserve"> потреб в </w:t>
      </w:r>
      <w:proofErr w:type="spellStart"/>
      <w:r w:rsidRPr="00207A4C">
        <w:rPr>
          <w:lang w:val="ru-RU"/>
        </w:rPr>
        <w:t>автономії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компетентності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пов’язаності</w:t>
      </w:r>
      <w:proofErr w:type="spellEnd"/>
      <w:r w:rsidRPr="00207A4C">
        <w:rPr>
          <w:lang w:val="ru-RU"/>
        </w:rPr>
        <w:t xml:space="preserve"> з </w:t>
      </w:r>
      <w:proofErr w:type="spellStart"/>
      <w:r w:rsidRPr="00207A4C">
        <w:rPr>
          <w:lang w:val="ru-RU"/>
        </w:rPr>
        <w:t>іншими</w:t>
      </w:r>
      <w:proofErr w:type="spellEnd"/>
      <w:r w:rsidRPr="00207A4C">
        <w:rPr>
          <w:lang w:val="ru-RU"/>
        </w:rPr>
        <w:t xml:space="preserve">. В </w:t>
      </w:r>
      <w:proofErr w:type="spellStart"/>
      <w:r w:rsidRPr="00207A4C">
        <w:rPr>
          <w:lang w:val="ru-RU"/>
        </w:rPr>
        <w:t>огляді</w:t>
      </w:r>
      <w:proofErr w:type="spellEnd"/>
      <w:r w:rsidRPr="00207A4C">
        <w:rPr>
          <w:lang w:val="ru-RU"/>
        </w:rPr>
        <w:t xml:space="preserve"> Р. </w:t>
      </w:r>
      <w:proofErr w:type="spellStart"/>
      <w:r w:rsidRPr="00207A4C">
        <w:rPr>
          <w:lang w:val="ru-RU"/>
        </w:rPr>
        <w:t>Раяна</w:t>
      </w:r>
      <w:proofErr w:type="spellEnd"/>
      <w:r w:rsidRPr="00207A4C">
        <w:rPr>
          <w:lang w:val="ru-RU"/>
        </w:rPr>
        <w:t xml:space="preserve"> та Е. </w:t>
      </w:r>
      <w:proofErr w:type="spellStart"/>
      <w:r w:rsidRPr="00207A4C">
        <w:rPr>
          <w:lang w:val="ru-RU"/>
        </w:rPr>
        <w:t>Десі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автономія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стосується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відчуття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власної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ініціативи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компетентність</w:t>
      </w:r>
      <w:proofErr w:type="spellEnd"/>
      <w:r w:rsidRPr="00207A4C">
        <w:rPr>
          <w:lang w:val="ru-RU"/>
        </w:rPr>
        <w:t xml:space="preserve"> </w:t>
      </w:r>
      <w:r w:rsidR="00207A4C">
        <w:rPr>
          <w:lang w:val="ru-RU"/>
        </w:rPr>
        <w:t>-</w:t>
      </w:r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можливості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досягати</w:t>
      </w:r>
      <w:proofErr w:type="spellEnd"/>
      <w:r w:rsidRPr="00207A4C">
        <w:rPr>
          <w:lang w:val="ru-RU"/>
        </w:rPr>
        <w:t xml:space="preserve"> результату й </w:t>
      </w:r>
      <w:proofErr w:type="spellStart"/>
      <w:r w:rsidRPr="00207A4C">
        <w:rPr>
          <w:lang w:val="ru-RU"/>
        </w:rPr>
        <w:t>розвивати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вміння</w:t>
      </w:r>
      <w:proofErr w:type="spellEnd"/>
      <w:r w:rsidRPr="00207A4C">
        <w:rPr>
          <w:lang w:val="ru-RU"/>
        </w:rPr>
        <w:t xml:space="preserve">, а </w:t>
      </w:r>
      <w:proofErr w:type="spellStart"/>
      <w:r w:rsidRPr="00207A4C">
        <w:rPr>
          <w:lang w:val="ru-RU"/>
        </w:rPr>
        <w:t>пов’язаність</w:t>
      </w:r>
      <w:proofErr w:type="spellEnd"/>
      <w:r w:rsidRPr="00207A4C">
        <w:rPr>
          <w:lang w:val="ru-RU"/>
        </w:rPr>
        <w:t xml:space="preserve"> </w:t>
      </w:r>
      <w:r w:rsidR="00207A4C">
        <w:rPr>
          <w:lang w:val="ru-RU"/>
        </w:rPr>
        <w:t>-</w:t>
      </w:r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досвіду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належності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прийняття</w:t>
      </w:r>
      <w:proofErr w:type="spellEnd"/>
      <w:r w:rsidRPr="00207A4C">
        <w:rPr>
          <w:lang w:val="ru-RU"/>
        </w:rPr>
        <w:t xml:space="preserve"> [4]. На </w:t>
      </w:r>
      <w:proofErr w:type="spellStart"/>
      <w:r w:rsidRPr="00207A4C">
        <w:rPr>
          <w:lang w:val="ru-RU"/>
        </w:rPr>
        <w:t>цій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теоретичній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основі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запропоновано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організовувати</w:t>
      </w:r>
      <w:proofErr w:type="spellEnd"/>
      <w:r w:rsidRPr="00207A4C">
        <w:rPr>
          <w:lang w:val="ru-RU"/>
        </w:rPr>
        <w:t xml:space="preserve"> </w:t>
      </w:r>
      <w:r>
        <w:t>STEM</w:t>
      </w:r>
      <w:r w:rsidRPr="00207A4C">
        <w:rPr>
          <w:lang w:val="ru-RU"/>
        </w:rPr>
        <w:t>-</w:t>
      </w:r>
      <w:proofErr w:type="spellStart"/>
      <w:r w:rsidRPr="00207A4C">
        <w:rPr>
          <w:lang w:val="ru-RU"/>
        </w:rPr>
        <w:t>місії</w:t>
      </w:r>
      <w:proofErr w:type="spellEnd"/>
      <w:r w:rsidRPr="00207A4C">
        <w:rPr>
          <w:lang w:val="ru-RU"/>
        </w:rPr>
        <w:t xml:space="preserve"> так, </w:t>
      </w:r>
      <w:proofErr w:type="spellStart"/>
      <w:r w:rsidRPr="00207A4C">
        <w:rPr>
          <w:lang w:val="ru-RU"/>
        </w:rPr>
        <w:t>щоб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учні</w:t>
      </w:r>
      <w:proofErr w:type="spellEnd"/>
      <w:r w:rsidRPr="00207A4C">
        <w:rPr>
          <w:lang w:val="ru-RU"/>
        </w:rPr>
        <w:t xml:space="preserve"> могли </w:t>
      </w:r>
      <w:proofErr w:type="spellStart"/>
      <w:r w:rsidRPr="00207A4C">
        <w:rPr>
          <w:lang w:val="ru-RU"/>
        </w:rPr>
        <w:t>обирати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спосіб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дії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отримувати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зрозумілий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зворотний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зв’язок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взаємодіяти</w:t>
      </w:r>
      <w:proofErr w:type="spellEnd"/>
      <w:r w:rsidRPr="00207A4C">
        <w:rPr>
          <w:lang w:val="ru-RU"/>
        </w:rPr>
        <w:t xml:space="preserve"> в </w:t>
      </w:r>
      <w:proofErr w:type="spellStart"/>
      <w:r w:rsidRPr="00207A4C">
        <w:rPr>
          <w:lang w:val="ru-RU"/>
        </w:rPr>
        <w:t>команді</w:t>
      </w:r>
      <w:proofErr w:type="spellEnd"/>
      <w:r w:rsidRPr="00207A4C">
        <w:rPr>
          <w:lang w:val="ru-RU"/>
        </w:rPr>
        <w:t>.</w:t>
      </w:r>
    </w:p>
    <w:p w14:paraId="77874F35" w14:textId="77777777" w:rsidR="00966C02" w:rsidRPr="00207A4C" w:rsidRDefault="00000000" w:rsidP="00207A4C">
      <w:pPr>
        <w:contextualSpacing/>
        <w:jc w:val="both"/>
        <w:rPr>
          <w:lang w:val="ru-RU"/>
        </w:rPr>
      </w:pPr>
      <w:r w:rsidRPr="00207A4C">
        <w:rPr>
          <w:lang w:val="ru-RU"/>
        </w:rPr>
        <w:t xml:space="preserve">У </w:t>
      </w:r>
      <w:proofErr w:type="spellStart"/>
      <w:r w:rsidRPr="00207A4C">
        <w:rPr>
          <w:lang w:val="ru-RU"/>
        </w:rPr>
        <w:t>завданні</w:t>
      </w:r>
      <w:proofErr w:type="spellEnd"/>
      <w:r w:rsidRPr="00207A4C">
        <w:rPr>
          <w:lang w:val="ru-RU"/>
        </w:rPr>
        <w:t xml:space="preserve"> з мостом свобода </w:t>
      </w:r>
      <w:proofErr w:type="spellStart"/>
      <w:r w:rsidRPr="00207A4C">
        <w:rPr>
          <w:lang w:val="ru-RU"/>
        </w:rPr>
        <w:t>вибору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реалізується</w:t>
      </w:r>
      <w:proofErr w:type="spellEnd"/>
      <w:r w:rsidRPr="00207A4C">
        <w:rPr>
          <w:lang w:val="ru-RU"/>
        </w:rPr>
        <w:t xml:space="preserve"> через </w:t>
      </w:r>
      <w:proofErr w:type="spellStart"/>
      <w:r w:rsidRPr="00207A4C">
        <w:rPr>
          <w:lang w:val="ru-RU"/>
        </w:rPr>
        <w:t>можливість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запропонувати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власну</w:t>
      </w:r>
      <w:proofErr w:type="spellEnd"/>
      <w:r w:rsidRPr="00207A4C">
        <w:rPr>
          <w:lang w:val="ru-RU"/>
        </w:rPr>
        <w:t xml:space="preserve"> форму </w:t>
      </w:r>
      <w:proofErr w:type="spellStart"/>
      <w:r w:rsidRPr="00207A4C">
        <w:rPr>
          <w:lang w:val="ru-RU"/>
        </w:rPr>
        <w:t>конструкції</w:t>
      </w:r>
      <w:proofErr w:type="spellEnd"/>
      <w:r w:rsidRPr="00207A4C">
        <w:rPr>
          <w:lang w:val="ru-RU"/>
        </w:rPr>
        <w:t xml:space="preserve">. Педагог </w:t>
      </w:r>
      <w:proofErr w:type="spellStart"/>
      <w:r w:rsidRPr="00207A4C">
        <w:rPr>
          <w:lang w:val="ru-RU"/>
        </w:rPr>
        <w:t>повідомляє</w:t>
      </w:r>
      <w:proofErr w:type="spellEnd"/>
      <w:r w:rsidRPr="00207A4C">
        <w:rPr>
          <w:lang w:val="ru-RU"/>
        </w:rPr>
        <w:t xml:space="preserve"> проблему та </w:t>
      </w:r>
      <w:proofErr w:type="spellStart"/>
      <w:r w:rsidRPr="00207A4C">
        <w:rPr>
          <w:lang w:val="ru-RU"/>
        </w:rPr>
        <w:lastRenderedPageBreak/>
        <w:t>обмеження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але</w:t>
      </w:r>
      <w:proofErr w:type="spellEnd"/>
      <w:r w:rsidRPr="00207A4C">
        <w:rPr>
          <w:lang w:val="ru-RU"/>
        </w:rPr>
        <w:t xml:space="preserve"> не </w:t>
      </w:r>
      <w:proofErr w:type="spellStart"/>
      <w:r w:rsidRPr="00207A4C">
        <w:rPr>
          <w:lang w:val="ru-RU"/>
        </w:rPr>
        <w:t>надає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всім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готовий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зразок</w:t>
      </w:r>
      <w:proofErr w:type="spellEnd"/>
      <w:r w:rsidRPr="00207A4C">
        <w:rPr>
          <w:lang w:val="ru-RU"/>
        </w:rPr>
        <w:t xml:space="preserve"> для </w:t>
      </w:r>
      <w:proofErr w:type="spellStart"/>
      <w:r w:rsidRPr="00207A4C">
        <w:rPr>
          <w:lang w:val="ru-RU"/>
        </w:rPr>
        <w:t>копіювання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Підтримка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результативної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передбачає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посильну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складність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допомогу</w:t>
      </w:r>
      <w:proofErr w:type="spellEnd"/>
      <w:r w:rsidRPr="00207A4C">
        <w:rPr>
          <w:lang w:val="ru-RU"/>
        </w:rPr>
        <w:t xml:space="preserve"> на запит і </w:t>
      </w:r>
      <w:proofErr w:type="spellStart"/>
      <w:r w:rsidRPr="00207A4C">
        <w:rPr>
          <w:lang w:val="ru-RU"/>
        </w:rPr>
        <w:t>можливість</w:t>
      </w:r>
      <w:proofErr w:type="spellEnd"/>
      <w:r w:rsidRPr="00207A4C">
        <w:rPr>
          <w:lang w:val="ru-RU"/>
        </w:rPr>
        <w:t xml:space="preserve"> повторного </w:t>
      </w:r>
      <w:proofErr w:type="spellStart"/>
      <w:r w:rsidRPr="00207A4C">
        <w:rPr>
          <w:lang w:val="ru-RU"/>
        </w:rPr>
        <w:t>випробування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Командна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взаємодія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організовується</w:t>
      </w:r>
      <w:proofErr w:type="spellEnd"/>
      <w:r w:rsidRPr="00207A4C">
        <w:rPr>
          <w:lang w:val="ru-RU"/>
        </w:rPr>
        <w:t xml:space="preserve"> через </w:t>
      </w:r>
      <w:proofErr w:type="spellStart"/>
      <w:r w:rsidRPr="00207A4C">
        <w:rPr>
          <w:lang w:val="ru-RU"/>
        </w:rPr>
        <w:t>розподіл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функцій</w:t>
      </w:r>
      <w:proofErr w:type="spellEnd"/>
      <w:r w:rsidRPr="00207A4C">
        <w:rPr>
          <w:lang w:val="ru-RU"/>
        </w:rPr>
        <w:t xml:space="preserve">: </w:t>
      </w:r>
      <w:proofErr w:type="spellStart"/>
      <w:r w:rsidRPr="00207A4C">
        <w:rPr>
          <w:lang w:val="ru-RU"/>
        </w:rPr>
        <w:t>вимірювання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конструювання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перевірка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запис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спостережень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Функції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змінюються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щоб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кожна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дитина</w:t>
      </w:r>
      <w:proofErr w:type="spellEnd"/>
      <w:r w:rsidRPr="00207A4C">
        <w:rPr>
          <w:lang w:val="ru-RU"/>
        </w:rPr>
        <w:t xml:space="preserve"> могла </w:t>
      </w:r>
      <w:proofErr w:type="spellStart"/>
      <w:r w:rsidRPr="00207A4C">
        <w:rPr>
          <w:lang w:val="ru-RU"/>
        </w:rPr>
        <w:t>спробувати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різні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дії</w:t>
      </w:r>
      <w:proofErr w:type="spellEnd"/>
      <w:r w:rsidRPr="00207A4C">
        <w:rPr>
          <w:lang w:val="ru-RU"/>
        </w:rPr>
        <w:t>.</w:t>
      </w:r>
    </w:p>
    <w:p w14:paraId="1CF6A8F1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Зворотний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зв’язок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має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стосуватися</w:t>
      </w:r>
      <w:proofErr w:type="spellEnd"/>
      <w:r w:rsidRPr="00207A4C">
        <w:rPr>
          <w:lang w:val="ru-RU"/>
        </w:rPr>
        <w:t xml:space="preserve"> конкретного </w:t>
      </w:r>
      <w:proofErr w:type="spellStart"/>
      <w:r w:rsidRPr="00207A4C">
        <w:rPr>
          <w:lang w:val="ru-RU"/>
        </w:rPr>
        <w:t>рішення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Замість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загальної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оцінки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здібностей</w:t>
      </w:r>
      <w:proofErr w:type="spellEnd"/>
      <w:r w:rsidRPr="00207A4C">
        <w:rPr>
          <w:lang w:val="ru-RU"/>
        </w:rPr>
        <w:t xml:space="preserve"> педагог </w:t>
      </w:r>
      <w:proofErr w:type="spellStart"/>
      <w:r w:rsidRPr="00207A4C">
        <w:rPr>
          <w:lang w:val="ru-RU"/>
        </w:rPr>
        <w:t>пропонує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порівняти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дві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спроби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пояснити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зміни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Якщо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міст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прогнувся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учні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з’ясовують</w:t>
      </w:r>
      <w:proofErr w:type="spellEnd"/>
      <w:r w:rsidRPr="00207A4C">
        <w:rPr>
          <w:lang w:val="ru-RU"/>
        </w:rPr>
        <w:t xml:space="preserve">, у </w:t>
      </w:r>
      <w:proofErr w:type="spellStart"/>
      <w:r w:rsidRPr="00207A4C">
        <w:rPr>
          <w:lang w:val="ru-RU"/>
        </w:rPr>
        <w:t>якому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місці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виникла</w:t>
      </w:r>
      <w:proofErr w:type="spellEnd"/>
      <w:r w:rsidRPr="00207A4C">
        <w:rPr>
          <w:lang w:val="ru-RU"/>
        </w:rPr>
        <w:t xml:space="preserve"> проблема і </w:t>
      </w:r>
      <w:proofErr w:type="spellStart"/>
      <w:r w:rsidRPr="00207A4C">
        <w:rPr>
          <w:lang w:val="ru-RU"/>
        </w:rPr>
        <w:t>що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можна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змінити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Відсутність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покращення</w:t>
      </w:r>
      <w:proofErr w:type="spellEnd"/>
      <w:r w:rsidRPr="00207A4C">
        <w:rPr>
          <w:lang w:val="ru-RU"/>
        </w:rPr>
        <w:t xml:space="preserve"> також є </w:t>
      </w:r>
      <w:proofErr w:type="spellStart"/>
      <w:r w:rsidRPr="00207A4C">
        <w:rPr>
          <w:lang w:val="ru-RU"/>
        </w:rPr>
        <w:t>матеріалом</w:t>
      </w:r>
      <w:proofErr w:type="spellEnd"/>
      <w:r w:rsidRPr="00207A4C">
        <w:rPr>
          <w:lang w:val="ru-RU"/>
        </w:rPr>
        <w:t xml:space="preserve"> для </w:t>
      </w:r>
      <w:proofErr w:type="spellStart"/>
      <w:r w:rsidRPr="00207A4C">
        <w:rPr>
          <w:lang w:val="ru-RU"/>
        </w:rPr>
        <w:t>аналізу</w:t>
      </w:r>
      <w:proofErr w:type="spellEnd"/>
      <w:r w:rsidRPr="00207A4C">
        <w:rPr>
          <w:lang w:val="ru-RU"/>
        </w:rPr>
        <w:t xml:space="preserve">: команда </w:t>
      </w:r>
      <w:proofErr w:type="spellStart"/>
      <w:r w:rsidRPr="00207A4C">
        <w:rPr>
          <w:lang w:val="ru-RU"/>
        </w:rPr>
        <w:t>перевіряє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чи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справді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змінено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обраний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елемент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чи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збережено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умови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випробування</w:t>
      </w:r>
      <w:proofErr w:type="spellEnd"/>
      <w:r w:rsidRPr="00207A4C">
        <w:rPr>
          <w:lang w:val="ru-RU"/>
        </w:rPr>
        <w:t xml:space="preserve">. У </w:t>
      </w:r>
      <w:proofErr w:type="spellStart"/>
      <w:r w:rsidRPr="00207A4C">
        <w:rPr>
          <w:lang w:val="ru-RU"/>
        </w:rPr>
        <w:t>запропонованій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моделі</w:t>
      </w:r>
      <w:proofErr w:type="spellEnd"/>
      <w:r w:rsidRPr="00207A4C">
        <w:rPr>
          <w:lang w:val="ru-RU"/>
        </w:rPr>
        <w:t xml:space="preserve"> результатом </w:t>
      </w:r>
      <w:proofErr w:type="spellStart"/>
      <w:r w:rsidRPr="00207A4C">
        <w:rPr>
          <w:lang w:val="ru-RU"/>
        </w:rPr>
        <w:t>роботи</w:t>
      </w:r>
      <w:proofErr w:type="spellEnd"/>
      <w:r w:rsidRPr="00207A4C">
        <w:rPr>
          <w:lang w:val="ru-RU"/>
        </w:rPr>
        <w:t xml:space="preserve"> є не </w:t>
      </w:r>
      <w:proofErr w:type="spellStart"/>
      <w:r w:rsidRPr="00207A4C">
        <w:rPr>
          <w:lang w:val="ru-RU"/>
        </w:rPr>
        <w:t>лише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виріб</w:t>
      </w:r>
      <w:proofErr w:type="spellEnd"/>
      <w:r w:rsidRPr="00207A4C">
        <w:rPr>
          <w:lang w:val="ru-RU"/>
        </w:rPr>
        <w:t xml:space="preserve">, а й </w:t>
      </w:r>
      <w:proofErr w:type="spellStart"/>
      <w:r w:rsidRPr="00207A4C">
        <w:rPr>
          <w:lang w:val="ru-RU"/>
        </w:rPr>
        <w:t>обґрунтування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прийнятого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рішення</w:t>
      </w:r>
      <w:proofErr w:type="spellEnd"/>
      <w:r w:rsidRPr="00207A4C">
        <w:rPr>
          <w:lang w:val="ru-RU"/>
        </w:rPr>
        <w:t>.</w:t>
      </w:r>
    </w:p>
    <w:p w14:paraId="2158CC27" w14:textId="77777777" w:rsidR="00207A4C" w:rsidRDefault="00207A4C" w:rsidP="00207A4C">
      <w:pPr>
        <w:pStyle w:val="Heading1"/>
        <w:spacing w:before="0" w:after="0"/>
        <w:ind w:firstLine="709"/>
        <w:contextualSpacing/>
        <w:rPr>
          <w:lang w:val="ru-RU"/>
        </w:rPr>
      </w:pPr>
    </w:p>
    <w:p w14:paraId="3DBBDC79" w14:textId="6ACBA3D3" w:rsidR="00966C02" w:rsidRPr="00207A4C" w:rsidRDefault="00000000" w:rsidP="00207A4C">
      <w:pPr>
        <w:pStyle w:val="Heading1"/>
        <w:spacing w:before="0" w:after="0"/>
        <w:ind w:firstLine="709"/>
        <w:contextualSpacing/>
        <w:rPr>
          <w:lang w:val="ru-RU"/>
        </w:rPr>
      </w:pPr>
      <w:r w:rsidRPr="00207A4C">
        <w:rPr>
          <w:lang w:val="ru-RU"/>
        </w:rPr>
        <w:t xml:space="preserve">Методична модель </w:t>
      </w:r>
      <w:proofErr w:type="spellStart"/>
      <w:r w:rsidRPr="00207A4C">
        <w:rPr>
          <w:lang w:val="ru-RU"/>
        </w:rPr>
        <w:t>заняття</w:t>
      </w:r>
      <w:proofErr w:type="spellEnd"/>
    </w:p>
    <w:p w14:paraId="6B05ED43" w14:textId="77777777" w:rsidR="00966C02" w:rsidRPr="00207A4C" w:rsidRDefault="00000000" w:rsidP="00207A4C">
      <w:pPr>
        <w:contextualSpacing/>
        <w:jc w:val="both"/>
        <w:rPr>
          <w:lang w:val="ru-RU"/>
        </w:rPr>
      </w:pPr>
      <w:r w:rsidRPr="00207A4C">
        <w:rPr>
          <w:lang w:val="ru-RU"/>
        </w:rPr>
        <w:t>Практична модель «</w:t>
      </w:r>
      <w:r>
        <w:t>STEM</w:t>
      </w:r>
      <w:r w:rsidRPr="00207A4C">
        <w:rPr>
          <w:lang w:val="ru-RU"/>
        </w:rPr>
        <w:t>-</w:t>
      </w:r>
      <w:proofErr w:type="spellStart"/>
      <w:r w:rsidRPr="00207A4C">
        <w:rPr>
          <w:lang w:val="ru-RU"/>
        </w:rPr>
        <w:t>місія</w:t>
      </w:r>
      <w:proofErr w:type="spellEnd"/>
      <w:r w:rsidRPr="00207A4C">
        <w:rPr>
          <w:lang w:val="ru-RU"/>
        </w:rPr>
        <w:t xml:space="preserve"> у ГПД» </w:t>
      </w:r>
      <w:proofErr w:type="spellStart"/>
      <w:r w:rsidRPr="00207A4C">
        <w:rPr>
          <w:lang w:val="ru-RU"/>
        </w:rPr>
        <w:t>складається</w:t>
      </w:r>
      <w:proofErr w:type="spellEnd"/>
      <w:r w:rsidRPr="00207A4C">
        <w:rPr>
          <w:lang w:val="ru-RU"/>
        </w:rPr>
        <w:t xml:space="preserve"> з </w:t>
      </w:r>
      <w:proofErr w:type="spellStart"/>
      <w:r w:rsidRPr="00207A4C">
        <w:rPr>
          <w:lang w:val="ru-RU"/>
        </w:rPr>
        <w:t>інженерного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завдання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пізнавальної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місії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рефлексії</w:t>
      </w:r>
      <w:proofErr w:type="spellEnd"/>
      <w:r w:rsidRPr="00207A4C">
        <w:rPr>
          <w:lang w:val="ru-RU"/>
        </w:rPr>
        <w:t xml:space="preserve">. Для </w:t>
      </w:r>
      <w:proofErr w:type="spellStart"/>
      <w:r w:rsidRPr="00207A4C">
        <w:rPr>
          <w:lang w:val="ru-RU"/>
        </w:rPr>
        <w:t>ознайомлення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педагогів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передбачено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тридцятихвилинний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командний</w:t>
      </w:r>
      <w:proofErr w:type="spellEnd"/>
      <w:r w:rsidRPr="00207A4C">
        <w:rPr>
          <w:lang w:val="ru-RU"/>
        </w:rPr>
        <w:t xml:space="preserve"> практикум </w:t>
      </w:r>
      <w:proofErr w:type="spellStart"/>
      <w:r w:rsidRPr="00207A4C">
        <w:rPr>
          <w:lang w:val="ru-RU"/>
        </w:rPr>
        <w:t>після</w:t>
      </w:r>
      <w:proofErr w:type="spellEnd"/>
      <w:r w:rsidRPr="00207A4C">
        <w:rPr>
          <w:lang w:val="ru-RU"/>
        </w:rPr>
        <w:t xml:space="preserve"> короткого </w:t>
      </w:r>
      <w:proofErr w:type="spellStart"/>
      <w:r w:rsidRPr="00207A4C">
        <w:rPr>
          <w:lang w:val="ru-RU"/>
        </w:rPr>
        <w:t>виступу</w:t>
      </w:r>
      <w:proofErr w:type="spellEnd"/>
      <w:r w:rsidRPr="00207A4C">
        <w:rPr>
          <w:lang w:val="ru-RU"/>
        </w:rPr>
        <w:t xml:space="preserve">. Учителям </w:t>
      </w:r>
      <w:proofErr w:type="spellStart"/>
      <w:r w:rsidRPr="00207A4C">
        <w:rPr>
          <w:lang w:val="ru-RU"/>
        </w:rPr>
        <w:t>пропонується</w:t>
      </w:r>
      <w:proofErr w:type="spellEnd"/>
      <w:r w:rsidRPr="00207A4C">
        <w:rPr>
          <w:lang w:val="ru-RU"/>
        </w:rPr>
        <w:t xml:space="preserve"> пройти </w:t>
      </w:r>
      <w:proofErr w:type="spellStart"/>
      <w:r w:rsidRPr="00207A4C">
        <w:rPr>
          <w:lang w:val="ru-RU"/>
        </w:rPr>
        <w:t>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самі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етапи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які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згодом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можна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адаптувати</w:t>
      </w:r>
      <w:proofErr w:type="spellEnd"/>
      <w:r w:rsidRPr="00207A4C">
        <w:rPr>
          <w:lang w:val="ru-RU"/>
        </w:rPr>
        <w:t xml:space="preserve"> для </w:t>
      </w:r>
      <w:proofErr w:type="spellStart"/>
      <w:r w:rsidRPr="00207A4C">
        <w:rPr>
          <w:lang w:val="ru-RU"/>
        </w:rPr>
        <w:t>дітей</w:t>
      </w:r>
      <w:proofErr w:type="spellEnd"/>
      <w:r w:rsidRPr="00207A4C">
        <w:rPr>
          <w:lang w:val="ru-RU"/>
        </w:rPr>
        <w:t xml:space="preserve">: </w:t>
      </w:r>
      <w:proofErr w:type="spellStart"/>
      <w:r w:rsidRPr="00207A4C">
        <w:rPr>
          <w:lang w:val="ru-RU"/>
        </w:rPr>
        <w:t>сформулювати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припущення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виготовити</w:t>
      </w:r>
      <w:proofErr w:type="spellEnd"/>
      <w:r w:rsidRPr="00207A4C">
        <w:rPr>
          <w:lang w:val="ru-RU"/>
        </w:rPr>
        <w:t xml:space="preserve"> модель, </w:t>
      </w:r>
      <w:proofErr w:type="spellStart"/>
      <w:r w:rsidRPr="00207A4C">
        <w:rPr>
          <w:lang w:val="ru-RU"/>
        </w:rPr>
        <w:t>перевірити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її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обговорити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навчальний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зміст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виконаних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дій</w:t>
      </w:r>
      <w:proofErr w:type="spellEnd"/>
      <w:r w:rsidRPr="00207A4C">
        <w:rPr>
          <w:lang w:val="ru-RU"/>
        </w:rPr>
        <w:t>.</w:t>
      </w:r>
    </w:p>
    <w:p w14:paraId="5D6C2557" w14:textId="77777777" w:rsidR="00966C02" w:rsidRPr="00207A4C" w:rsidRDefault="00000000" w:rsidP="00207A4C">
      <w:pPr>
        <w:contextualSpacing/>
        <w:jc w:val="both"/>
        <w:rPr>
          <w:lang w:val="ru-RU"/>
        </w:rPr>
      </w:pPr>
      <w:r w:rsidRPr="00207A4C">
        <w:rPr>
          <w:lang w:val="ru-RU"/>
        </w:rPr>
        <w:t xml:space="preserve">На </w:t>
      </w:r>
      <w:proofErr w:type="spellStart"/>
      <w:r w:rsidRPr="00207A4C">
        <w:rPr>
          <w:lang w:val="ru-RU"/>
        </w:rPr>
        <w:t>першому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етапі</w:t>
      </w:r>
      <w:proofErr w:type="spellEnd"/>
      <w:r w:rsidRPr="00207A4C">
        <w:rPr>
          <w:lang w:val="ru-RU"/>
        </w:rPr>
        <w:t xml:space="preserve"> команда </w:t>
      </w:r>
      <w:proofErr w:type="spellStart"/>
      <w:r w:rsidRPr="00207A4C">
        <w:rPr>
          <w:lang w:val="ru-RU"/>
        </w:rPr>
        <w:t>отримує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чотири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аркуші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паперу</w:t>
      </w:r>
      <w:proofErr w:type="spellEnd"/>
      <w:r w:rsidRPr="00207A4C">
        <w:rPr>
          <w:lang w:val="ru-RU"/>
        </w:rPr>
        <w:t xml:space="preserve"> А4 та 50 см </w:t>
      </w:r>
      <w:proofErr w:type="spellStart"/>
      <w:r w:rsidRPr="00207A4C">
        <w:rPr>
          <w:lang w:val="ru-RU"/>
        </w:rPr>
        <w:t>клейкої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стрічки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Відстань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між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внутрішніми</w:t>
      </w:r>
      <w:proofErr w:type="spellEnd"/>
      <w:r w:rsidRPr="00207A4C">
        <w:rPr>
          <w:lang w:val="ru-RU"/>
        </w:rPr>
        <w:t xml:space="preserve"> краями опор становить 20 см. </w:t>
      </w:r>
      <w:proofErr w:type="spellStart"/>
      <w:r w:rsidRPr="00207A4C">
        <w:rPr>
          <w:lang w:val="ru-RU"/>
        </w:rPr>
        <w:t>Потрібно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створити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міст</w:t>
      </w:r>
      <w:proofErr w:type="spellEnd"/>
      <w:r w:rsidRPr="00207A4C">
        <w:rPr>
          <w:lang w:val="ru-RU"/>
        </w:rPr>
        <w:t xml:space="preserve"> без </w:t>
      </w:r>
      <w:proofErr w:type="spellStart"/>
      <w:r w:rsidRPr="00207A4C">
        <w:rPr>
          <w:lang w:val="ru-RU"/>
        </w:rPr>
        <w:t>приклеювання</w:t>
      </w:r>
      <w:proofErr w:type="spellEnd"/>
      <w:r w:rsidRPr="00207A4C">
        <w:rPr>
          <w:lang w:val="ru-RU"/>
        </w:rPr>
        <w:t xml:space="preserve"> до опор, </w:t>
      </w:r>
      <w:proofErr w:type="spellStart"/>
      <w:r w:rsidRPr="00207A4C">
        <w:rPr>
          <w:lang w:val="ru-RU"/>
        </w:rPr>
        <w:t>випробувати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його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однаковими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гумками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записати</w:t>
      </w:r>
      <w:proofErr w:type="spellEnd"/>
      <w:r w:rsidRPr="00207A4C">
        <w:rPr>
          <w:lang w:val="ru-RU"/>
        </w:rPr>
        <w:t xml:space="preserve"> результат. </w:t>
      </w:r>
      <w:proofErr w:type="spellStart"/>
      <w:r w:rsidRPr="00207A4C">
        <w:rPr>
          <w:lang w:val="ru-RU"/>
        </w:rPr>
        <w:t>Після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цього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учасники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змінюють</w:t>
      </w:r>
      <w:proofErr w:type="spellEnd"/>
      <w:r w:rsidRPr="00207A4C">
        <w:rPr>
          <w:lang w:val="ru-RU"/>
        </w:rPr>
        <w:t xml:space="preserve"> один </w:t>
      </w:r>
      <w:proofErr w:type="spellStart"/>
      <w:r w:rsidRPr="00207A4C">
        <w:rPr>
          <w:lang w:val="ru-RU"/>
        </w:rPr>
        <w:t>елемент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конструкції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повторюють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перевірку</w:t>
      </w:r>
      <w:proofErr w:type="spellEnd"/>
      <w:r w:rsidRPr="00207A4C">
        <w:rPr>
          <w:lang w:val="ru-RU"/>
        </w:rPr>
        <w:t xml:space="preserve"> за тих самих умов. </w:t>
      </w:r>
      <w:proofErr w:type="spellStart"/>
      <w:r w:rsidRPr="00207A4C">
        <w:rPr>
          <w:lang w:val="ru-RU"/>
        </w:rPr>
        <w:t>Випробування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обмежується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двадцятьма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гумками</w:t>
      </w:r>
      <w:proofErr w:type="spellEnd"/>
      <w:r w:rsidRPr="00207A4C">
        <w:rPr>
          <w:lang w:val="ru-RU"/>
        </w:rPr>
        <w:t xml:space="preserve">; </w:t>
      </w:r>
      <w:proofErr w:type="spellStart"/>
      <w:r w:rsidRPr="00207A4C">
        <w:rPr>
          <w:lang w:val="ru-RU"/>
        </w:rPr>
        <w:t>якщо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міст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витримав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усі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фіксується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нижня</w:t>
      </w:r>
      <w:proofErr w:type="spellEnd"/>
      <w:r w:rsidRPr="00207A4C">
        <w:rPr>
          <w:lang w:val="ru-RU"/>
        </w:rPr>
        <w:t xml:space="preserve"> межа </w:t>
      </w:r>
      <w:proofErr w:type="spellStart"/>
      <w:r w:rsidRPr="00207A4C">
        <w:rPr>
          <w:lang w:val="ru-RU"/>
        </w:rPr>
        <w:t>його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здатності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витримувати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навантаження</w:t>
      </w:r>
      <w:proofErr w:type="spellEnd"/>
      <w:r w:rsidRPr="00207A4C">
        <w:rPr>
          <w:lang w:val="ru-RU"/>
        </w:rPr>
        <w:t xml:space="preserve">, а не </w:t>
      </w:r>
      <w:proofErr w:type="spellStart"/>
      <w:r w:rsidRPr="00207A4C">
        <w:rPr>
          <w:lang w:val="ru-RU"/>
        </w:rPr>
        <w:t>встановлений</w:t>
      </w:r>
      <w:proofErr w:type="spellEnd"/>
      <w:r w:rsidRPr="00207A4C">
        <w:rPr>
          <w:lang w:val="ru-RU"/>
        </w:rPr>
        <w:t xml:space="preserve"> максимум.</w:t>
      </w:r>
    </w:p>
    <w:p w14:paraId="18E15A24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lastRenderedPageBreak/>
        <w:t>Другий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етап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передбачає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шість</w:t>
      </w:r>
      <w:proofErr w:type="spellEnd"/>
      <w:r w:rsidRPr="00207A4C">
        <w:rPr>
          <w:lang w:val="ru-RU"/>
        </w:rPr>
        <w:t xml:space="preserve"> коротких </w:t>
      </w:r>
      <w:proofErr w:type="spellStart"/>
      <w:r w:rsidRPr="00207A4C">
        <w:rPr>
          <w:lang w:val="ru-RU"/>
        </w:rPr>
        <w:t>завдань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пов’язаних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із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дослідженням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матеріалів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вимірюванням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рівними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умовами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перевірки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аналізом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даних</w:t>
      </w:r>
      <w:proofErr w:type="spellEnd"/>
      <w:r w:rsidRPr="00207A4C">
        <w:rPr>
          <w:lang w:val="ru-RU"/>
        </w:rPr>
        <w:t xml:space="preserve">. За </w:t>
      </w:r>
      <w:proofErr w:type="spellStart"/>
      <w:r w:rsidRPr="00207A4C">
        <w:rPr>
          <w:lang w:val="ru-RU"/>
        </w:rPr>
        <w:t>виконання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завдань</w:t>
      </w:r>
      <w:proofErr w:type="spellEnd"/>
      <w:r w:rsidRPr="00207A4C">
        <w:rPr>
          <w:lang w:val="ru-RU"/>
        </w:rPr>
        <w:t xml:space="preserve"> команда </w:t>
      </w:r>
      <w:proofErr w:type="spellStart"/>
      <w:r w:rsidRPr="00207A4C">
        <w:rPr>
          <w:lang w:val="ru-RU"/>
        </w:rPr>
        <w:t>отримує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літери</w:t>
      </w:r>
      <w:proofErr w:type="spellEnd"/>
      <w:r w:rsidRPr="00207A4C">
        <w:rPr>
          <w:lang w:val="ru-RU"/>
        </w:rPr>
        <w:t xml:space="preserve"> кодового слова «ДОСЛІД». </w:t>
      </w:r>
      <w:proofErr w:type="spellStart"/>
      <w:r w:rsidRPr="00207A4C">
        <w:rPr>
          <w:lang w:val="ru-RU"/>
        </w:rPr>
        <w:t>Цифрове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подання</w:t>
      </w:r>
      <w:proofErr w:type="spellEnd"/>
      <w:r w:rsidRPr="00207A4C">
        <w:rPr>
          <w:lang w:val="ru-RU"/>
        </w:rPr>
        <w:t xml:space="preserve"> у </w:t>
      </w:r>
      <w:proofErr w:type="spellStart"/>
      <w:r>
        <w:t>Wordwall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може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використовуватися</w:t>
      </w:r>
      <w:proofErr w:type="spellEnd"/>
      <w:r w:rsidRPr="00207A4C">
        <w:rPr>
          <w:lang w:val="ru-RU"/>
        </w:rPr>
        <w:t xml:space="preserve"> для </w:t>
      </w:r>
      <w:proofErr w:type="spellStart"/>
      <w:r w:rsidRPr="00207A4C">
        <w:rPr>
          <w:lang w:val="ru-RU"/>
        </w:rPr>
        <w:t>демонстрації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запитань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відповідей</w:t>
      </w:r>
      <w:proofErr w:type="spellEnd"/>
      <w:r w:rsidRPr="00207A4C">
        <w:rPr>
          <w:lang w:val="ru-RU"/>
        </w:rPr>
        <w:t xml:space="preserve">; </w:t>
      </w:r>
      <w:proofErr w:type="spellStart"/>
      <w:r w:rsidRPr="00207A4C">
        <w:rPr>
          <w:lang w:val="ru-RU"/>
        </w:rPr>
        <w:t>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самі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завдання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виконуються</w:t>
      </w:r>
      <w:proofErr w:type="spellEnd"/>
      <w:r w:rsidRPr="00207A4C">
        <w:rPr>
          <w:lang w:val="ru-RU"/>
        </w:rPr>
        <w:t xml:space="preserve"> за </w:t>
      </w:r>
      <w:proofErr w:type="spellStart"/>
      <w:r w:rsidRPr="00207A4C">
        <w:rPr>
          <w:lang w:val="ru-RU"/>
        </w:rPr>
        <w:t>друкованими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картками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Освітній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зміст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забезпечують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прогнозування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обчислення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пояснення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тоді</w:t>
      </w:r>
      <w:proofErr w:type="spellEnd"/>
      <w:r w:rsidRPr="00207A4C">
        <w:rPr>
          <w:lang w:val="ru-RU"/>
        </w:rPr>
        <w:t xml:space="preserve"> як </w:t>
      </w:r>
      <w:proofErr w:type="spellStart"/>
      <w:r w:rsidRPr="00207A4C">
        <w:rPr>
          <w:lang w:val="ru-RU"/>
        </w:rPr>
        <w:t>кодове</w:t>
      </w:r>
      <w:proofErr w:type="spellEnd"/>
      <w:r w:rsidRPr="00207A4C">
        <w:rPr>
          <w:lang w:val="ru-RU"/>
        </w:rPr>
        <w:t xml:space="preserve"> слово </w:t>
      </w:r>
      <w:proofErr w:type="spellStart"/>
      <w:r w:rsidRPr="00207A4C">
        <w:rPr>
          <w:lang w:val="ru-RU"/>
        </w:rPr>
        <w:t>організовує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послідовність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місії</w:t>
      </w:r>
      <w:proofErr w:type="spellEnd"/>
      <w:r w:rsidRPr="00207A4C">
        <w:rPr>
          <w:lang w:val="ru-RU"/>
        </w:rPr>
        <w:t>.</w:t>
      </w:r>
    </w:p>
    <w:p w14:paraId="184BE143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Рефлексія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пов’язує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досвід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учасників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із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педагогічними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рішеннями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Учителі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визначають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що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підтримувало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їхню</w:t>
      </w:r>
      <w:proofErr w:type="spellEnd"/>
      <w:r w:rsidRPr="00207A4C">
        <w:rPr>
          <w:lang w:val="ru-RU"/>
        </w:rPr>
        <w:t xml:space="preserve"> участь, </w:t>
      </w:r>
      <w:proofErr w:type="spellStart"/>
      <w:r w:rsidRPr="00207A4C">
        <w:rPr>
          <w:lang w:val="ru-RU"/>
        </w:rPr>
        <w:t>які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труднощі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виникли</w:t>
      </w:r>
      <w:proofErr w:type="spellEnd"/>
      <w:r w:rsidRPr="00207A4C">
        <w:rPr>
          <w:lang w:val="ru-RU"/>
        </w:rPr>
        <w:t xml:space="preserve"> та яку </w:t>
      </w:r>
      <w:proofErr w:type="spellStart"/>
      <w:r w:rsidRPr="00207A4C">
        <w:rPr>
          <w:lang w:val="ru-RU"/>
        </w:rPr>
        <w:t>допомогу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слід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запропонувати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дітям</w:t>
      </w:r>
      <w:proofErr w:type="spellEnd"/>
      <w:r w:rsidRPr="00207A4C">
        <w:rPr>
          <w:lang w:val="ru-RU"/>
        </w:rPr>
        <w:t xml:space="preserve">. Команда </w:t>
      </w:r>
      <w:proofErr w:type="spellStart"/>
      <w:r w:rsidRPr="00207A4C">
        <w:rPr>
          <w:lang w:val="ru-RU"/>
        </w:rPr>
        <w:t>формулює</w:t>
      </w:r>
      <w:proofErr w:type="spellEnd"/>
      <w:r w:rsidRPr="00207A4C">
        <w:rPr>
          <w:lang w:val="ru-RU"/>
        </w:rPr>
        <w:t xml:space="preserve"> одну </w:t>
      </w:r>
      <w:proofErr w:type="spellStart"/>
      <w:r w:rsidRPr="00207A4C">
        <w:rPr>
          <w:lang w:val="ru-RU"/>
        </w:rPr>
        <w:t>зміну</w:t>
      </w:r>
      <w:proofErr w:type="spellEnd"/>
      <w:r w:rsidRPr="00207A4C">
        <w:rPr>
          <w:lang w:val="ru-RU"/>
        </w:rPr>
        <w:t xml:space="preserve"> до </w:t>
      </w:r>
      <w:proofErr w:type="spellStart"/>
      <w:r w:rsidRPr="00207A4C">
        <w:rPr>
          <w:lang w:val="ru-RU"/>
        </w:rPr>
        <w:t>вправи</w:t>
      </w:r>
      <w:proofErr w:type="spellEnd"/>
      <w:r w:rsidRPr="00207A4C">
        <w:rPr>
          <w:lang w:val="ru-RU"/>
        </w:rPr>
        <w:t xml:space="preserve"> для конкретного </w:t>
      </w:r>
      <w:proofErr w:type="spellStart"/>
      <w:r w:rsidRPr="00207A4C">
        <w:rPr>
          <w:lang w:val="ru-RU"/>
        </w:rPr>
        <w:t>класу</w:t>
      </w:r>
      <w:proofErr w:type="spellEnd"/>
      <w:r w:rsidRPr="00207A4C">
        <w:rPr>
          <w:lang w:val="ru-RU"/>
        </w:rPr>
        <w:t xml:space="preserve">. Практична </w:t>
      </w:r>
      <w:proofErr w:type="spellStart"/>
      <w:r w:rsidRPr="00207A4C">
        <w:rPr>
          <w:lang w:val="ru-RU"/>
        </w:rPr>
        <w:t>підготовка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педагогів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відповідає</w:t>
      </w:r>
      <w:proofErr w:type="spellEnd"/>
      <w:r w:rsidRPr="00207A4C">
        <w:rPr>
          <w:lang w:val="ru-RU"/>
        </w:rPr>
        <w:t xml:space="preserve"> потребам, </w:t>
      </w:r>
      <w:proofErr w:type="spellStart"/>
      <w:r w:rsidRPr="00207A4C">
        <w:rPr>
          <w:lang w:val="ru-RU"/>
        </w:rPr>
        <w:t>описаним</w:t>
      </w:r>
      <w:proofErr w:type="spellEnd"/>
      <w:r w:rsidRPr="00207A4C">
        <w:rPr>
          <w:lang w:val="ru-RU"/>
        </w:rPr>
        <w:t xml:space="preserve"> у систематичному </w:t>
      </w:r>
      <w:proofErr w:type="spellStart"/>
      <w:r w:rsidRPr="00207A4C">
        <w:rPr>
          <w:lang w:val="ru-RU"/>
        </w:rPr>
        <w:t>огляді</w:t>
      </w:r>
      <w:proofErr w:type="spellEnd"/>
      <w:r w:rsidRPr="00207A4C">
        <w:rPr>
          <w:lang w:val="ru-RU"/>
        </w:rPr>
        <w:t xml:space="preserve"> К. Маргот і Т. </w:t>
      </w:r>
      <w:proofErr w:type="spellStart"/>
      <w:r w:rsidRPr="00207A4C">
        <w:rPr>
          <w:lang w:val="ru-RU"/>
        </w:rPr>
        <w:t>Кеттлера</w:t>
      </w:r>
      <w:proofErr w:type="spellEnd"/>
      <w:r w:rsidRPr="00207A4C">
        <w:rPr>
          <w:lang w:val="ru-RU"/>
        </w:rPr>
        <w:t xml:space="preserve">: </w:t>
      </w:r>
      <w:proofErr w:type="spellStart"/>
      <w:r w:rsidRPr="00207A4C">
        <w:rPr>
          <w:lang w:val="ru-RU"/>
        </w:rPr>
        <w:t>учителі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називають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серед</w:t>
      </w:r>
      <w:proofErr w:type="spellEnd"/>
      <w:r w:rsidRPr="00207A4C">
        <w:rPr>
          <w:lang w:val="ru-RU"/>
        </w:rPr>
        <w:t xml:space="preserve"> умов </w:t>
      </w:r>
      <w:proofErr w:type="spellStart"/>
      <w:r w:rsidRPr="00207A4C">
        <w:rPr>
          <w:lang w:val="ru-RU"/>
        </w:rPr>
        <w:t>упровадження</w:t>
      </w:r>
      <w:proofErr w:type="spellEnd"/>
      <w:r w:rsidRPr="00207A4C">
        <w:rPr>
          <w:lang w:val="ru-RU"/>
        </w:rPr>
        <w:t xml:space="preserve"> </w:t>
      </w:r>
      <w:r>
        <w:t>STEM</w:t>
      </w:r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співпрацю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доступні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навчальні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матеріали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професійне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навчання</w:t>
      </w:r>
      <w:proofErr w:type="spellEnd"/>
      <w:r w:rsidRPr="00207A4C">
        <w:rPr>
          <w:lang w:val="ru-RU"/>
        </w:rPr>
        <w:t xml:space="preserve"> [5].</w:t>
      </w:r>
    </w:p>
    <w:p w14:paraId="273F03EB" w14:textId="77777777" w:rsidR="00207A4C" w:rsidRDefault="00207A4C" w:rsidP="00207A4C">
      <w:pPr>
        <w:pStyle w:val="Heading1"/>
        <w:spacing w:before="0" w:after="0"/>
        <w:ind w:firstLine="709"/>
        <w:contextualSpacing/>
        <w:rPr>
          <w:lang w:val="ru-RU"/>
        </w:rPr>
      </w:pPr>
    </w:p>
    <w:p w14:paraId="320D7413" w14:textId="669CC503" w:rsidR="00966C02" w:rsidRPr="00207A4C" w:rsidRDefault="00000000" w:rsidP="00207A4C">
      <w:pPr>
        <w:pStyle w:val="Heading1"/>
        <w:spacing w:before="0" w:after="0"/>
        <w:ind w:firstLine="709"/>
        <w:contextualSpacing/>
        <w:rPr>
          <w:lang w:val="ru-RU"/>
        </w:rPr>
      </w:pPr>
      <w:proofErr w:type="spellStart"/>
      <w:r w:rsidRPr="00207A4C">
        <w:rPr>
          <w:lang w:val="ru-RU"/>
        </w:rPr>
        <w:t>Адаптація</w:t>
      </w:r>
      <w:proofErr w:type="spellEnd"/>
      <w:r w:rsidRPr="00207A4C">
        <w:rPr>
          <w:lang w:val="ru-RU"/>
        </w:rPr>
        <w:t xml:space="preserve"> для </w:t>
      </w:r>
      <w:proofErr w:type="spellStart"/>
      <w:r w:rsidRPr="00207A4C">
        <w:rPr>
          <w:lang w:val="ru-RU"/>
        </w:rPr>
        <w:t>учнів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оцінювання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змін</w:t>
      </w:r>
      <w:proofErr w:type="spellEnd"/>
    </w:p>
    <w:p w14:paraId="492AC13D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Під</w:t>
      </w:r>
      <w:proofErr w:type="spellEnd"/>
      <w:r w:rsidRPr="00207A4C">
        <w:rPr>
          <w:lang w:val="ru-RU"/>
        </w:rPr>
        <w:t xml:space="preserve"> час </w:t>
      </w:r>
      <w:proofErr w:type="spellStart"/>
      <w:r w:rsidRPr="00207A4C">
        <w:rPr>
          <w:lang w:val="ru-RU"/>
        </w:rPr>
        <w:t>перенесення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моделі</w:t>
      </w:r>
      <w:proofErr w:type="spellEnd"/>
      <w:r w:rsidRPr="00207A4C">
        <w:rPr>
          <w:lang w:val="ru-RU"/>
        </w:rPr>
        <w:t xml:space="preserve"> в </w:t>
      </w:r>
      <w:proofErr w:type="spellStart"/>
      <w:r w:rsidRPr="00207A4C">
        <w:rPr>
          <w:lang w:val="ru-RU"/>
        </w:rPr>
        <w:t>початкову</w:t>
      </w:r>
      <w:proofErr w:type="spellEnd"/>
      <w:r w:rsidRPr="00207A4C">
        <w:rPr>
          <w:lang w:val="ru-RU"/>
        </w:rPr>
        <w:t xml:space="preserve"> школу час </w:t>
      </w:r>
      <w:proofErr w:type="spellStart"/>
      <w:r w:rsidRPr="00207A4C">
        <w:rPr>
          <w:lang w:val="ru-RU"/>
        </w:rPr>
        <w:t>роботи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збільшується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відповідно</w:t>
      </w:r>
      <w:proofErr w:type="spellEnd"/>
      <w:r w:rsidRPr="00207A4C">
        <w:rPr>
          <w:lang w:val="ru-RU"/>
        </w:rPr>
        <w:t xml:space="preserve"> до темпу </w:t>
      </w:r>
      <w:proofErr w:type="spellStart"/>
      <w:r w:rsidRPr="00207A4C">
        <w:rPr>
          <w:lang w:val="ru-RU"/>
        </w:rPr>
        <w:t>дітей</w:t>
      </w:r>
      <w:proofErr w:type="spellEnd"/>
      <w:r w:rsidRPr="00207A4C">
        <w:rPr>
          <w:lang w:val="ru-RU"/>
        </w:rPr>
        <w:t xml:space="preserve">. Для </w:t>
      </w:r>
      <w:proofErr w:type="spellStart"/>
      <w:r w:rsidRPr="00207A4C">
        <w:rPr>
          <w:lang w:val="ru-RU"/>
        </w:rPr>
        <w:t>першого</w:t>
      </w:r>
      <w:proofErr w:type="spellEnd"/>
      <w:r w:rsidRPr="00207A4C">
        <w:rPr>
          <w:lang w:val="ru-RU"/>
        </w:rPr>
        <w:t xml:space="preserve"> і другого </w:t>
      </w:r>
      <w:proofErr w:type="spellStart"/>
      <w:r w:rsidRPr="00207A4C">
        <w:rPr>
          <w:lang w:val="ru-RU"/>
        </w:rPr>
        <w:t>класів</w:t>
      </w:r>
      <w:proofErr w:type="spellEnd"/>
      <w:r w:rsidRPr="00207A4C">
        <w:rPr>
          <w:lang w:val="ru-RU"/>
        </w:rPr>
        <w:t xml:space="preserve"> педагог </w:t>
      </w:r>
      <w:proofErr w:type="spellStart"/>
      <w:r w:rsidRPr="00207A4C">
        <w:rPr>
          <w:lang w:val="ru-RU"/>
        </w:rPr>
        <w:t>може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підготувати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позначені</w:t>
      </w:r>
      <w:proofErr w:type="spellEnd"/>
      <w:r w:rsidRPr="00207A4C">
        <w:rPr>
          <w:lang w:val="ru-RU"/>
        </w:rPr>
        <w:t xml:space="preserve"> опори, </w:t>
      </w:r>
      <w:proofErr w:type="spellStart"/>
      <w:r w:rsidRPr="00207A4C">
        <w:rPr>
          <w:lang w:val="ru-RU"/>
        </w:rPr>
        <w:t>допомогти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прочитати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умову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запропонувати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усне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фіксування</w:t>
      </w:r>
      <w:proofErr w:type="spellEnd"/>
      <w:r w:rsidRPr="00207A4C">
        <w:rPr>
          <w:lang w:val="ru-RU"/>
        </w:rPr>
        <w:t xml:space="preserve"> результату. Для </w:t>
      </w:r>
      <w:proofErr w:type="spellStart"/>
      <w:r w:rsidRPr="00207A4C">
        <w:rPr>
          <w:lang w:val="ru-RU"/>
        </w:rPr>
        <w:t>третього</w:t>
      </w:r>
      <w:proofErr w:type="spellEnd"/>
      <w:r w:rsidRPr="00207A4C">
        <w:rPr>
          <w:lang w:val="ru-RU"/>
        </w:rPr>
        <w:t xml:space="preserve"> і четвертого </w:t>
      </w:r>
      <w:proofErr w:type="spellStart"/>
      <w:r w:rsidRPr="00207A4C">
        <w:rPr>
          <w:lang w:val="ru-RU"/>
        </w:rPr>
        <w:t>класів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додаються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самостійне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вимірювання</w:t>
      </w:r>
      <w:proofErr w:type="spellEnd"/>
      <w:r w:rsidRPr="00207A4C">
        <w:rPr>
          <w:lang w:val="ru-RU"/>
        </w:rPr>
        <w:t xml:space="preserve">, короткий </w:t>
      </w:r>
      <w:proofErr w:type="spellStart"/>
      <w:r w:rsidRPr="00207A4C">
        <w:rPr>
          <w:lang w:val="ru-RU"/>
        </w:rPr>
        <w:t>запис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припущення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порівняння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двох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випробувань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Збільшення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складності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стосується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дослідницьких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дій</w:t>
      </w:r>
      <w:proofErr w:type="spellEnd"/>
      <w:r w:rsidRPr="00207A4C">
        <w:rPr>
          <w:lang w:val="ru-RU"/>
        </w:rPr>
        <w:t xml:space="preserve">, а не </w:t>
      </w:r>
      <w:proofErr w:type="spellStart"/>
      <w:r w:rsidRPr="00207A4C">
        <w:rPr>
          <w:lang w:val="ru-RU"/>
        </w:rPr>
        <w:t>кількості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декоративних</w:t>
      </w:r>
      <w:proofErr w:type="spellEnd"/>
      <w:r w:rsidRPr="00207A4C">
        <w:rPr>
          <w:lang w:val="ru-RU"/>
        </w:rPr>
        <w:t xml:space="preserve"> деталей </w:t>
      </w:r>
      <w:proofErr w:type="spellStart"/>
      <w:r w:rsidRPr="00207A4C">
        <w:rPr>
          <w:lang w:val="ru-RU"/>
        </w:rPr>
        <w:t>виробу</w:t>
      </w:r>
      <w:proofErr w:type="spellEnd"/>
      <w:r w:rsidRPr="00207A4C">
        <w:rPr>
          <w:lang w:val="ru-RU"/>
        </w:rPr>
        <w:t>.</w:t>
      </w:r>
    </w:p>
    <w:p w14:paraId="08440DD1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Матеріали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добираються</w:t>
      </w:r>
      <w:proofErr w:type="spellEnd"/>
      <w:r w:rsidRPr="00207A4C">
        <w:rPr>
          <w:lang w:val="ru-RU"/>
        </w:rPr>
        <w:t xml:space="preserve"> так, </w:t>
      </w:r>
      <w:proofErr w:type="spellStart"/>
      <w:r w:rsidRPr="00207A4C">
        <w:rPr>
          <w:lang w:val="ru-RU"/>
        </w:rPr>
        <w:t>щоб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учні</w:t>
      </w:r>
      <w:proofErr w:type="spellEnd"/>
      <w:r w:rsidRPr="00207A4C">
        <w:rPr>
          <w:lang w:val="ru-RU"/>
        </w:rPr>
        <w:t xml:space="preserve"> могли </w:t>
      </w:r>
      <w:proofErr w:type="spellStart"/>
      <w:r w:rsidRPr="00207A4C">
        <w:rPr>
          <w:lang w:val="ru-RU"/>
        </w:rPr>
        <w:t>працювати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безпечно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брати</w:t>
      </w:r>
      <w:proofErr w:type="spellEnd"/>
      <w:r w:rsidRPr="00207A4C">
        <w:rPr>
          <w:lang w:val="ru-RU"/>
        </w:rPr>
        <w:t xml:space="preserve"> участь </w:t>
      </w:r>
      <w:proofErr w:type="spellStart"/>
      <w:r w:rsidRPr="00207A4C">
        <w:rPr>
          <w:lang w:val="ru-RU"/>
        </w:rPr>
        <w:t>незалежно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швидкості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читання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чи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точності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рухів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Замість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дрібних</w:t>
      </w:r>
      <w:proofErr w:type="spellEnd"/>
      <w:r w:rsidRPr="00207A4C">
        <w:rPr>
          <w:lang w:val="ru-RU"/>
        </w:rPr>
        <w:t xml:space="preserve"> монет </w:t>
      </w:r>
      <w:proofErr w:type="spellStart"/>
      <w:r w:rsidRPr="00207A4C">
        <w:rPr>
          <w:lang w:val="ru-RU"/>
        </w:rPr>
        <w:t>використовуються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однакові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великі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гумки</w:t>
      </w:r>
      <w:proofErr w:type="spellEnd"/>
      <w:r w:rsidRPr="00207A4C">
        <w:rPr>
          <w:lang w:val="ru-RU"/>
        </w:rPr>
        <w:t xml:space="preserve">; за потреби </w:t>
      </w:r>
      <w:proofErr w:type="spellStart"/>
      <w:r w:rsidRPr="00207A4C">
        <w:rPr>
          <w:lang w:val="ru-RU"/>
        </w:rPr>
        <w:t>папір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заздалегідь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готується</w:t>
      </w:r>
      <w:proofErr w:type="spellEnd"/>
      <w:r w:rsidRPr="00207A4C">
        <w:rPr>
          <w:lang w:val="ru-RU"/>
        </w:rPr>
        <w:t xml:space="preserve"> до </w:t>
      </w:r>
      <w:proofErr w:type="spellStart"/>
      <w:r w:rsidRPr="00207A4C">
        <w:rPr>
          <w:lang w:val="ru-RU"/>
        </w:rPr>
        <w:t>роботи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Учасник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може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виконувати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доступну</w:t>
      </w:r>
      <w:proofErr w:type="spellEnd"/>
      <w:r w:rsidRPr="00207A4C">
        <w:rPr>
          <w:lang w:val="ru-RU"/>
        </w:rPr>
        <w:t xml:space="preserve"> йому </w:t>
      </w:r>
      <w:proofErr w:type="spellStart"/>
      <w:r w:rsidRPr="00207A4C">
        <w:rPr>
          <w:lang w:val="ru-RU"/>
        </w:rPr>
        <w:t>функцію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отримувати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підтримку</w:t>
      </w:r>
      <w:proofErr w:type="spellEnd"/>
      <w:r w:rsidRPr="00207A4C">
        <w:rPr>
          <w:lang w:val="ru-RU"/>
        </w:rPr>
        <w:t xml:space="preserve"> партнера. </w:t>
      </w:r>
      <w:proofErr w:type="spellStart"/>
      <w:r w:rsidRPr="00207A4C">
        <w:rPr>
          <w:lang w:val="ru-RU"/>
        </w:rPr>
        <w:t>Командна</w:t>
      </w:r>
      <w:proofErr w:type="spellEnd"/>
      <w:r w:rsidRPr="00207A4C">
        <w:rPr>
          <w:lang w:val="ru-RU"/>
        </w:rPr>
        <w:t xml:space="preserve"> робота не повинна </w:t>
      </w:r>
      <w:proofErr w:type="spellStart"/>
      <w:r w:rsidRPr="00207A4C">
        <w:rPr>
          <w:lang w:val="ru-RU"/>
        </w:rPr>
        <w:t>зводитися</w:t>
      </w:r>
      <w:proofErr w:type="spellEnd"/>
      <w:r w:rsidRPr="00207A4C">
        <w:rPr>
          <w:lang w:val="ru-RU"/>
        </w:rPr>
        <w:t xml:space="preserve"> до </w:t>
      </w:r>
      <w:proofErr w:type="spellStart"/>
      <w:r w:rsidRPr="00207A4C">
        <w:rPr>
          <w:lang w:val="ru-RU"/>
        </w:rPr>
        <w:t>виконання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всіх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однією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дитиною</w:t>
      </w:r>
      <w:proofErr w:type="spellEnd"/>
      <w:r w:rsidRPr="00207A4C">
        <w:rPr>
          <w:lang w:val="ru-RU"/>
        </w:rPr>
        <w:t xml:space="preserve">: педагог </w:t>
      </w:r>
      <w:proofErr w:type="spellStart"/>
      <w:r w:rsidRPr="00207A4C">
        <w:rPr>
          <w:lang w:val="ru-RU"/>
        </w:rPr>
        <w:t>спостерігає</w:t>
      </w:r>
      <w:proofErr w:type="spellEnd"/>
      <w:r w:rsidRPr="00207A4C">
        <w:rPr>
          <w:lang w:val="ru-RU"/>
        </w:rPr>
        <w:t xml:space="preserve"> за </w:t>
      </w:r>
      <w:proofErr w:type="spellStart"/>
      <w:r w:rsidRPr="00207A4C">
        <w:rPr>
          <w:lang w:val="ru-RU"/>
        </w:rPr>
        <w:t>участю</w:t>
      </w:r>
      <w:proofErr w:type="spellEnd"/>
      <w:r w:rsidRPr="00207A4C">
        <w:rPr>
          <w:lang w:val="ru-RU"/>
        </w:rPr>
        <w:t xml:space="preserve"> кожного й </w:t>
      </w:r>
      <w:proofErr w:type="spellStart"/>
      <w:r w:rsidRPr="00207A4C">
        <w:rPr>
          <w:lang w:val="ru-RU"/>
        </w:rPr>
        <w:t>пропонує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зміну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функцій</w:t>
      </w:r>
      <w:proofErr w:type="spellEnd"/>
      <w:r w:rsidRPr="00207A4C">
        <w:rPr>
          <w:lang w:val="ru-RU"/>
        </w:rPr>
        <w:t>.</w:t>
      </w:r>
    </w:p>
    <w:p w14:paraId="35D2B76F" w14:textId="77777777" w:rsidR="00966C02" w:rsidRPr="00207A4C" w:rsidRDefault="00000000" w:rsidP="00207A4C">
      <w:pPr>
        <w:contextualSpacing/>
        <w:jc w:val="both"/>
        <w:rPr>
          <w:lang w:val="ru-RU"/>
        </w:rPr>
      </w:pPr>
      <w:r w:rsidRPr="00207A4C">
        <w:rPr>
          <w:lang w:val="ru-RU"/>
        </w:rPr>
        <w:lastRenderedPageBreak/>
        <w:t xml:space="preserve">Для </w:t>
      </w:r>
      <w:proofErr w:type="spellStart"/>
      <w:r w:rsidRPr="00207A4C">
        <w:rPr>
          <w:lang w:val="ru-RU"/>
        </w:rPr>
        <w:t>перевірки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очікуваних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змін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можна</w:t>
      </w:r>
      <w:proofErr w:type="spellEnd"/>
      <w:r w:rsidRPr="00207A4C">
        <w:rPr>
          <w:lang w:val="ru-RU"/>
        </w:rPr>
        <w:t xml:space="preserve"> вести </w:t>
      </w:r>
      <w:proofErr w:type="spellStart"/>
      <w:r w:rsidRPr="00207A4C">
        <w:rPr>
          <w:lang w:val="ru-RU"/>
        </w:rPr>
        <w:t>педагогічне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спостереження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впродовж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кількох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тижнів</w:t>
      </w:r>
      <w:proofErr w:type="spellEnd"/>
      <w:r w:rsidRPr="00207A4C">
        <w:rPr>
          <w:lang w:val="ru-RU"/>
        </w:rPr>
        <w:t xml:space="preserve">. </w:t>
      </w:r>
      <w:proofErr w:type="gramStart"/>
      <w:r w:rsidRPr="00207A4C">
        <w:rPr>
          <w:lang w:val="ru-RU"/>
        </w:rPr>
        <w:t>У короткому бланку</w:t>
      </w:r>
      <w:proofErr w:type="gram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відзначаються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добровільне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долучення</w:t>
      </w:r>
      <w:proofErr w:type="spellEnd"/>
      <w:r w:rsidRPr="00207A4C">
        <w:rPr>
          <w:lang w:val="ru-RU"/>
        </w:rPr>
        <w:t xml:space="preserve"> до </w:t>
      </w:r>
      <w:proofErr w:type="spellStart"/>
      <w:r w:rsidRPr="00207A4C">
        <w:rPr>
          <w:lang w:val="ru-RU"/>
        </w:rPr>
        <w:t>вправи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самостійні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запитання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спроби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пояснити</w:t>
      </w:r>
      <w:proofErr w:type="spellEnd"/>
      <w:r w:rsidRPr="00207A4C">
        <w:rPr>
          <w:lang w:val="ru-RU"/>
        </w:rPr>
        <w:t xml:space="preserve"> результат, </w:t>
      </w:r>
      <w:proofErr w:type="spellStart"/>
      <w:r w:rsidRPr="00207A4C">
        <w:rPr>
          <w:lang w:val="ru-RU"/>
        </w:rPr>
        <w:t>повернення</w:t>
      </w:r>
      <w:proofErr w:type="spellEnd"/>
      <w:r w:rsidRPr="00207A4C">
        <w:rPr>
          <w:lang w:val="ru-RU"/>
        </w:rPr>
        <w:t xml:space="preserve"> до </w:t>
      </w:r>
      <w:proofErr w:type="spellStart"/>
      <w:r w:rsidRPr="00207A4C">
        <w:rPr>
          <w:lang w:val="ru-RU"/>
        </w:rPr>
        <w:t>завдання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після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невдалої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перевірки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бажання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брати</w:t>
      </w:r>
      <w:proofErr w:type="spellEnd"/>
      <w:r w:rsidRPr="00207A4C">
        <w:rPr>
          <w:lang w:val="ru-RU"/>
        </w:rPr>
        <w:t xml:space="preserve"> участь у </w:t>
      </w:r>
      <w:proofErr w:type="spellStart"/>
      <w:r w:rsidRPr="00207A4C">
        <w:rPr>
          <w:lang w:val="ru-RU"/>
        </w:rPr>
        <w:t>наступній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місії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Наприкінці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заняття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дітям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пропонується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доступне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запитання</w:t>
      </w:r>
      <w:proofErr w:type="spellEnd"/>
      <w:r w:rsidRPr="00207A4C">
        <w:rPr>
          <w:lang w:val="ru-RU"/>
        </w:rPr>
        <w:t xml:space="preserve"> про те, </w:t>
      </w:r>
      <w:proofErr w:type="spellStart"/>
      <w:r w:rsidRPr="00207A4C">
        <w:rPr>
          <w:lang w:val="ru-RU"/>
        </w:rPr>
        <w:t>що</w:t>
      </w:r>
      <w:proofErr w:type="spellEnd"/>
      <w:r w:rsidRPr="00207A4C">
        <w:rPr>
          <w:lang w:val="ru-RU"/>
        </w:rPr>
        <w:t xml:space="preserve"> вони </w:t>
      </w:r>
      <w:proofErr w:type="spellStart"/>
      <w:r w:rsidRPr="00207A4C">
        <w:rPr>
          <w:lang w:val="ru-RU"/>
        </w:rPr>
        <w:t>хотіли</w:t>
      </w:r>
      <w:proofErr w:type="spellEnd"/>
      <w:r w:rsidRPr="00207A4C">
        <w:rPr>
          <w:lang w:val="ru-RU"/>
        </w:rPr>
        <w:t xml:space="preserve"> б </w:t>
      </w:r>
      <w:proofErr w:type="spellStart"/>
      <w:r w:rsidRPr="00207A4C">
        <w:rPr>
          <w:lang w:val="ru-RU"/>
        </w:rPr>
        <w:t>дослідити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наступного</w:t>
      </w:r>
      <w:proofErr w:type="spellEnd"/>
      <w:r w:rsidRPr="00207A4C">
        <w:rPr>
          <w:lang w:val="ru-RU"/>
        </w:rPr>
        <w:t xml:space="preserve"> разу. </w:t>
      </w:r>
      <w:proofErr w:type="spellStart"/>
      <w:r w:rsidRPr="00207A4C">
        <w:rPr>
          <w:lang w:val="ru-RU"/>
        </w:rPr>
        <w:t>Повторні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спостереження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допомагають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відрізняти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разову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реакцію</w:t>
      </w:r>
      <w:proofErr w:type="spellEnd"/>
      <w:r w:rsidRPr="00207A4C">
        <w:rPr>
          <w:lang w:val="ru-RU"/>
        </w:rPr>
        <w:t xml:space="preserve"> на новизну </w:t>
      </w:r>
      <w:proofErr w:type="spellStart"/>
      <w:r w:rsidRPr="00207A4C">
        <w:rPr>
          <w:lang w:val="ru-RU"/>
        </w:rPr>
        <w:t>від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стійкішої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участі</w:t>
      </w:r>
      <w:proofErr w:type="spellEnd"/>
      <w:r w:rsidRPr="00207A4C">
        <w:rPr>
          <w:lang w:val="ru-RU"/>
        </w:rPr>
        <w:t>.</w:t>
      </w:r>
    </w:p>
    <w:p w14:paraId="6FD3F31D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Відомості</w:t>
      </w:r>
      <w:proofErr w:type="spellEnd"/>
      <w:r w:rsidRPr="00207A4C">
        <w:rPr>
          <w:lang w:val="ru-RU"/>
        </w:rPr>
        <w:t xml:space="preserve"> про </w:t>
      </w:r>
      <w:proofErr w:type="spellStart"/>
      <w:r w:rsidRPr="00207A4C">
        <w:rPr>
          <w:lang w:val="ru-RU"/>
        </w:rPr>
        <w:t>відвідування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аналізуються</w:t>
      </w:r>
      <w:proofErr w:type="spellEnd"/>
      <w:r w:rsidRPr="00207A4C">
        <w:rPr>
          <w:lang w:val="ru-RU"/>
        </w:rPr>
        <w:t xml:space="preserve"> з </w:t>
      </w:r>
      <w:proofErr w:type="spellStart"/>
      <w:r w:rsidRPr="00207A4C">
        <w:rPr>
          <w:lang w:val="ru-RU"/>
        </w:rPr>
        <w:t>урахуванням</w:t>
      </w:r>
      <w:proofErr w:type="spellEnd"/>
      <w:r w:rsidRPr="00207A4C">
        <w:rPr>
          <w:lang w:val="ru-RU"/>
        </w:rPr>
        <w:t xml:space="preserve"> хвороб, </w:t>
      </w:r>
      <w:proofErr w:type="spellStart"/>
      <w:r w:rsidRPr="00207A4C">
        <w:rPr>
          <w:lang w:val="ru-RU"/>
        </w:rPr>
        <w:t>сімейного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графіка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організації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перебування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дітей</w:t>
      </w:r>
      <w:proofErr w:type="spellEnd"/>
      <w:r w:rsidRPr="00207A4C">
        <w:rPr>
          <w:lang w:val="ru-RU"/>
        </w:rPr>
        <w:t xml:space="preserve"> і </w:t>
      </w:r>
      <w:proofErr w:type="spellStart"/>
      <w:r w:rsidRPr="00207A4C">
        <w:rPr>
          <w:lang w:val="ru-RU"/>
        </w:rPr>
        <w:t>змін</w:t>
      </w:r>
      <w:proofErr w:type="spellEnd"/>
      <w:r w:rsidRPr="00207A4C">
        <w:rPr>
          <w:lang w:val="ru-RU"/>
        </w:rPr>
        <w:t xml:space="preserve"> у </w:t>
      </w:r>
      <w:proofErr w:type="spellStart"/>
      <w:r w:rsidRPr="00207A4C">
        <w:rPr>
          <w:lang w:val="ru-RU"/>
        </w:rPr>
        <w:t>роботі</w:t>
      </w:r>
      <w:proofErr w:type="spellEnd"/>
      <w:r w:rsidRPr="00207A4C">
        <w:rPr>
          <w:lang w:val="ru-RU"/>
        </w:rPr>
        <w:t xml:space="preserve"> закладу. </w:t>
      </w:r>
      <w:proofErr w:type="spellStart"/>
      <w:r w:rsidRPr="00207A4C">
        <w:rPr>
          <w:lang w:val="ru-RU"/>
        </w:rPr>
        <w:t>Навіть</w:t>
      </w:r>
      <w:proofErr w:type="spellEnd"/>
      <w:r w:rsidRPr="00207A4C">
        <w:rPr>
          <w:lang w:val="ru-RU"/>
        </w:rPr>
        <w:t xml:space="preserve"> позитивна </w:t>
      </w:r>
      <w:proofErr w:type="spellStart"/>
      <w:r w:rsidRPr="00207A4C">
        <w:rPr>
          <w:lang w:val="ru-RU"/>
        </w:rPr>
        <w:t>динаміка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відвідування</w:t>
      </w:r>
      <w:proofErr w:type="spellEnd"/>
      <w:r w:rsidRPr="00207A4C">
        <w:rPr>
          <w:lang w:val="ru-RU"/>
        </w:rPr>
        <w:t xml:space="preserve"> не </w:t>
      </w:r>
      <w:proofErr w:type="spellStart"/>
      <w:r w:rsidRPr="00207A4C">
        <w:rPr>
          <w:lang w:val="ru-RU"/>
        </w:rPr>
        <w:t>встановлює</w:t>
      </w:r>
      <w:proofErr w:type="spellEnd"/>
      <w:r w:rsidRPr="00207A4C">
        <w:rPr>
          <w:lang w:val="ru-RU"/>
        </w:rPr>
        <w:t xml:space="preserve"> причинного </w:t>
      </w:r>
      <w:proofErr w:type="spellStart"/>
      <w:r w:rsidRPr="00207A4C">
        <w:rPr>
          <w:lang w:val="ru-RU"/>
        </w:rPr>
        <w:t>впливу</w:t>
      </w:r>
      <w:proofErr w:type="spellEnd"/>
      <w:r w:rsidRPr="00207A4C">
        <w:rPr>
          <w:lang w:val="ru-RU"/>
        </w:rPr>
        <w:t xml:space="preserve"> </w:t>
      </w:r>
      <w:r>
        <w:t>STEM</w:t>
      </w:r>
      <w:r w:rsidRPr="00207A4C">
        <w:rPr>
          <w:lang w:val="ru-RU"/>
        </w:rPr>
        <w:t xml:space="preserve">-занять без </w:t>
      </w:r>
      <w:proofErr w:type="spellStart"/>
      <w:r w:rsidRPr="00207A4C">
        <w:rPr>
          <w:lang w:val="ru-RU"/>
        </w:rPr>
        <w:t>відповідного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дослідницького</w:t>
      </w:r>
      <w:proofErr w:type="spellEnd"/>
      <w:r w:rsidRPr="00207A4C">
        <w:rPr>
          <w:lang w:val="ru-RU"/>
        </w:rPr>
        <w:t xml:space="preserve"> плану. Так само </w:t>
      </w:r>
      <w:proofErr w:type="spellStart"/>
      <w:r w:rsidRPr="00207A4C">
        <w:rPr>
          <w:lang w:val="ru-RU"/>
        </w:rPr>
        <w:t>позитивні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відгуки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вчителів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після</w:t>
      </w:r>
      <w:proofErr w:type="spellEnd"/>
      <w:r w:rsidRPr="00207A4C">
        <w:rPr>
          <w:lang w:val="ru-RU"/>
        </w:rPr>
        <w:t xml:space="preserve"> практикуму </w:t>
      </w:r>
      <w:proofErr w:type="spellStart"/>
      <w:r w:rsidRPr="00207A4C">
        <w:rPr>
          <w:lang w:val="ru-RU"/>
        </w:rPr>
        <w:t>характеризують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їхній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досвід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але</w:t>
      </w:r>
      <w:proofErr w:type="spellEnd"/>
      <w:r w:rsidRPr="00207A4C">
        <w:rPr>
          <w:lang w:val="ru-RU"/>
        </w:rPr>
        <w:t xml:space="preserve"> не є </w:t>
      </w:r>
      <w:proofErr w:type="spellStart"/>
      <w:r w:rsidRPr="00207A4C">
        <w:rPr>
          <w:lang w:val="ru-RU"/>
        </w:rPr>
        <w:t>вимірюванням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мотивації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учнів</w:t>
      </w:r>
      <w:proofErr w:type="spellEnd"/>
      <w:r w:rsidRPr="00207A4C">
        <w:rPr>
          <w:lang w:val="ru-RU"/>
        </w:rPr>
        <w:t>.</w:t>
      </w:r>
    </w:p>
    <w:p w14:paraId="31229EEA" w14:textId="77777777" w:rsidR="00966C02" w:rsidRPr="00207A4C" w:rsidRDefault="00000000" w:rsidP="00207A4C">
      <w:pPr>
        <w:contextualSpacing/>
        <w:jc w:val="both"/>
        <w:rPr>
          <w:lang w:val="ru-RU"/>
        </w:rPr>
      </w:pPr>
      <w:proofErr w:type="spellStart"/>
      <w:r w:rsidRPr="00207A4C">
        <w:rPr>
          <w:lang w:val="ru-RU"/>
        </w:rPr>
        <w:t>Запропонована</w:t>
      </w:r>
      <w:proofErr w:type="spellEnd"/>
      <w:r w:rsidRPr="00207A4C">
        <w:rPr>
          <w:lang w:val="ru-RU"/>
        </w:rPr>
        <w:t xml:space="preserve"> модель </w:t>
      </w:r>
      <w:proofErr w:type="spellStart"/>
      <w:r w:rsidRPr="00207A4C">
        <w:rPr>
          <w:lang w:val="ru-RU"/>
        </w:rPr>
        <w:t>спрямована</w:t>
      </w:r>
      <w:proofErr w:type="spellEnd"/>
      <w:r w:rsidRPr="00207A4C">
        <w:rPr>
          <w:lang w:val="ru-RU"/>
        </w:rPr>
        <w:t xml:space="preserve"> на </w:t>
      </w:r>
      <w:proofErr w:type="spellStart"/>
      <w:r w:rsidRPr="00207A4C">
        <w:rPr>
          <w:lang w:val="ru-RU"/>
        </w:rPr>
        <w:t>створення</w:t>
      </w:r>
      <w:proofErr w:type="spellEnd"/>
      <w:r w:rsidRPr="00207A4C">
        <w:rPr>
          <w:lang w:val="ru-RU"/>
        </w:rPr>
        <w:t xml:space="preserve"> в ГПД умов для активного </w:t>
      </w:r>
      <w:proofErr w:type="spellStart"/>
      <w:r w:rsidRPr="00207A4C">
        <w:rPr>
          <w:lang w:val="ru-RU"/>
        </w:rPr>
        <w:t>пізнання</w:t>
      </w:r>
      <w:proofErr w:type="spellEnd"/>
      <w:r w:rsidRPr="00207A4C">
        <w:rPr>
          <w:lang w:val="ru-RU"/>
        </w:rPr>
        <w:t xml:space="preserve">: доступна проблема </w:t>
      </w:r>
      <w:proofErr w:type="spellStart"/>
      <w:r w:rsidRPr="00207A4C">
        <w:rPr>
          <w:lang w:val="ru-RU"/>
        </w:rPr>
        <w:t>поєднується</w:t>
      </w:r>
      <w:proofErr w:type="spellEnd"/>
      <w:r w:rsidRPr="00207A4C">
        <w:rPr>
          <w:lang w:val="ru-RU"/>
        </w:rPr>
        <w:t xml:space="preserve"> з </w:t>
      </w:r>
      <w:proofErr w:type="spellStart"/>
      <w:r w:rsidRPr="00207A4C">
        <w:rPr>
          <w:lang w:val="ru-RU"/>
        </w:rPr>
        <w:t>вибором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рішення</w:t>
      </w:r>
      <w:proofErr w:type="spellEnd"/>
      <w:r w:rsidRPr="00207A4C">
        <w:rPr>
          <w:lang w:val="ru-RU"/>
        </w:rPr>
        <w:t xml:space="preserve">, практичною </w:t>
      </w:r>
      <w:proofErr w:type="spellStart"/>
      <w:r w:rsidRPr="00207A4C">
        <w:rPr>
          <w:lang w:val="ru-RU"/>
        </w:rPr>
        <w:t>перевіркою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співпрацею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поясненням</w:t>
      </w:r>
      <w:proofErr w:type="spellEnd"/>
      <w:r w:rsidRPr="00207A4C">
        <w:rPr>
          <w:lang w:val="ru-RU"/>
        </w:rPr>
        <w:t xml:space="preserve">. </w:t>
      </w:r>
      <w:proofErr w:type="spellStart"/>
      <w:r w:rsidRPr="00207A4C">
        <w:rPr>
          <w:lang w:val="ru-RU"/>
        </w:rPr>
        <w:t>Очікуваними</w:t>
      </w:r>
      <w:proofErr w:type="spellEnd"/>
      <w:r w:rsidRPr="00207A4C">
        <w:rPr>
          <w:lang w:val="ru-RU"/>
        </w:rPr>
        <w:t xml:space="preserve"> результатами є </w:t>
      </w:r>
      <w:proofErr w:type="spellStart"/>
      <w:r w:rsidRPr="00207A4C">
        <w:rPr>
          <w:lang w:val="ru-RU"/>
        </w:rPr>
        <w:t>підтримання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пізнавального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інтересу</w:t>
      </w:r>
      <w:proofErr w:type="spellEnd"/>
      <w:r w:rsidRPr="00207A4C">
        <w:rPr>
          <w:lang w:val="ru-RU"/>
        </w:rPr>
        <w:t xml:space="preserve">, </w:t>
      </w:r>
      <w:proofErr w:type="spellStart"/>
      <w:r w:rsidRPr="00207A4C">
        <w:rPr>
          <w:lang w:val="ru-RU"/>
        </w:rPr>
        <w:t>розширення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участі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дітей</w:t>
      </w:r>
      <w:proofErr w:type="spellEnd"/>
      <w:r w:rsidRPr="00207A4C">
        <w:rPr>
          <w:lang w:val="ru-RU"/>
        </w:rPr>
        <w:t xml:space="preserve"> у </w:t>
      </w:r>
      <w:proofErr w:type="spellStart"/>
      <w:r w:rsidRPr="00207A4C">
        <w:rPr>
          <w:lang w:val="ru-RU"/>
        </w:rPr>
        <w:t>спільній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діяльності</w:t>
      </w:r>
      <w:proofErr w:type="spellEnd"/>
      <w:r w:rsidRPr="00207A4C">
        <w:rPr>
          <w:lang w:val="ru-RU"/>
        </w:rPr>
        <w:t xml:space="preserve"> та </w:t>
      </w:r>
      <w:proofErr w:type="spellStart"/>
      <w:r w:rsidRPr="00207A4C">
        <w:rPr>
          <w:lang w:val="ru-RU"/>
        </w:rPr>
        <w:t>позитивніше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ставлення</w:t>
      </w:r>
      <w:proofErr w:type="spellEnd"/>
      <w:r w:rsidRPr="00207A4C">
        <w:rPr>
          <w:lang w:val="ru-RU"/>
        </w:rPr>
        <w:t xml:space="preserve"> до занять. </w:t>
      </w:r>
      <w:proofErr w:type="spellStart"/>
      <w:r w:rsidRPr="00207A4C">
        <w:rPr>
          <w:lang w:val="ru-RU"/>
        </w:rPr>
        <w:t>Їх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підтвердження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потребує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послідовного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спостереження</w:t>
      </w:r>
      <w:proofErr w:type="spellEnd"/>
      <w:r w:rsidRPr="00207A4C">
        <w:rPr>
          <w:lang w:val="ru-RU"/>
        </w:rPr>
        <w:t xml:space="preserve"> й </w:t>
      </w:r>
      <w:proofErr w:type="spellStart"/>
      <w:r w:rsidRPr="00207A4C">
        <w:rPr>
          <w:lang w:val="ru-RU"/>
        </w:rPr>
        <w:t>аналізу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фактичних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даних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після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впровадження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вправ</w:t>
      </w:r>
      <w:proofErr w:type="spellEnd"/>
      <w:r w:rsidRPr="00207A4C">
        <w:rPr>
          <w:lang w:val="ru-RU"/>
        </w:rPr>
        <w:t>.</w:t>
      </w:r>
    </w:p>
    <w:p w14:paraId="300F394F" w14:textId="77777777" w:rsidR="00207A4C" w:rsidRDefault="00207A4C">
      <w:pPr>
        <w:spacing w:after="200" w:line="276" w:lineRule="auto"/>
        <w:ind w:firstLine="0"/>
        <w:rPr>
          <w:b/>
          <w:bCs/>
          <w:szCs w:val="28"/>
          <w:lang w:val="ru-RU"/>
        </w:rPr>
      </w:pPr>
      <w:r>
        <w:rPr>
          <w:lang w:val="ru-RU"/>
        </w:rPr>
        <w:br w:type="page"/>
      </w:r>
    </w:p>
    <w:p w14:paraId="183748C2" w14:textId="37862391" w:rsidR="00966C02" w:rsidRDefault="00000000" w:rsidP="00207A4C">
      <w:pPr>
        <w:pStyle w:val="Heading1"/>
        <w:spacing w:before="0" w:after="0"/>
        <w:ind w:firstLine="709"/>
        <w:contextualSpacing/>
        <w:rPr>
          <w:lang w:val="ru-RU"/>
        </w:rPr>
      </w:pPr>
      <w:r w:rsidRPr="00207A4C">
        <w:rPr>
          <w:lang w:val="ru-RU"/>
        </w:rPr>
        <w:lastRenderedPageBreak/>
        <w:t xml:space="preserve">Список </w:t>
      </w:r>
      <w:proofErr w:type="spellStart"/>
      <w:r w:rsidRPr="00207A4C">
        <w:rPr>
          <w:lang w:val="ru-RU"/>
        </w:rPr>
        <w:t>використаних</w:t>
      </w:r>
      <w:proofErr w:type="spellEnd"/>
      <w:r w:rsidRPr="00207A4C">
        <w:rPr>
          <w:lang w:val="ru-RU"/>
        </w:rPr>
        <w:t xml:space="preserve"> </w:t>
      </w:r>
      <w:proofErr w:type="spellStart"/>
      <w:r w:rsidRPr="00207A4C">
        <w:rPr>
          <w:lang w:val="ru-RU"/>
        </w:rPr>
        <w:t>джерел</w:t>
      </w:r>
      <w:proofErr w:type="spellEnd"/>
    </w:p>
    <w:p w14:paraId="1B3CC816" w14:textId="77777777" w:rsidR="00207A4C" w:rsidRPr="00207A4C" w:rsidRDefault="00207A4C" w:rsidP="00207A4C">
      <w:pPr>
        <w:rPr>
          <w:lang w:val="ru-RU"/>
        </w:rPr>
      </w:pPr>
    </w:p>
    <w:p w14:paraId="1BEEF479" w14:textId="77777777" w:rsidR="00966C02" w:rsidRPr="00207A4C" w:rsidRDefault="00000000" w:rsidP="00207A4C">
      <w:pPr>
        <w:keepLines/>
        <w:ind w:left="709" w:firstLine="0"/>
        <w:contextualSpacing/>
        <w:jc w:val="both"/>
        <w:rPr>
          <w:lang w:val="ru-RU"/>
        </w:rPr>
      </w:pPr>
      <w:r w:rsidRPr="00207A4C">
        <w:rPr>
          <w:sz w:val="24"/>
          <w:lang w:val="ru-RU"/>
        </w:rPr>
        <w:t xml:space="preserve">1. Про </w:t>
      </w:r>
      <w:proofErr w:type="spellStart"/>
      <w:r w:rsidRPr="00207A4C">
        <w:rPr>
          <w:sz w:val="24"/>
          <w:lang w:val="ru-RU"/>
        </w:rPr>
        <w:t>затвердження</w:t>
      </w:r>
      <w:proofErr w:type="spellEnd"/>
      <w:r w:rsidRPr="00207A4C">
        <w:rPr>
          <w:sz w:val="24"/>
          <w:lang w:val="ru-RU"/>
        </w:rPr>
        <w:t xml:space="preserve"> Порядку </w:t>
      </w:r>
      <w:proofErr w:type="spellStart"/>
      <w:r w:rsidRPr="00207A4C">
        <w:rPr>
          <w:sz w:val="24"/>
          <w:lang w:val="ru-RU"/>
        </w:rPr>
        <w:t>створення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груп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подовженого</w:t>
      </w:r>
      <w:proofErr w:type="spellEnd"/>
      <w:r w:rsidRPr="00207A4C">
        <w:rPr>
          <w:sz w:val="24"/>
          <w:lang w:val="ru-RU"/>
        </w:rPr>
        <w:t xml:space="preserve"> дня у </w:t>
      </w:r>
      <w:proofErr w:type="spellStart"/>
      <w:r w:rsidRPr="00207A4C">
        <w:rPr>
          <w:sz w:val="24"/>
          <w:lang w:val="ru-RU"/>
        </w:rPr>
        <w:t>державних</w:t>
      </w:r>
      <w:proofErr w:type="spellEnd"/>
      <w:r w:rsidRPr="00207A4C">
        <w:rPr>
          <w:sz w:val="24"/>
          <w:lang w:val="ru-RU"/>
        </w:rPr>
        <w:t xml:space="preserve"> і </w:t>
      </w:r>
      <w:proofErr w:type="spellStart"/>
      <w:r w:rsidRPr="00207A4C">
        <w:rPr>
          <w:sz w:val="24"/>
          <w:lang w:val="ru-RU"/>
        </w:rPr>
        <w:t>комунальних</w:t>
      </w:r>
      <w:proofErr w:type="spellEnd"/>
      <w:r w:rsidRPr="00207A4C">
        <w:rPr>
          <w:sz w:val="24"/>
          <w:lang w:val="ru-RU"/>
        </w:rPr>
        <w:t xml:space="preserve"> закладах </w:t>
      </w:r>
      <w:proofErr w:type="spellStart"/>
      <w:r w:rsidRPr="00207A4C">
        <w:rPr>
          <w:sz w:val="24"/>
          <w:lang w:val="ru-RU"/>
        </w:rPr>
        <w:t>загальної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середньої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освіти</w:t>
      </w:r>
      <w:proofErr w:type="spellEnd"/>
      <w:r w:rsidRPr="00207A4C">
        <w:rPr>
          <w:sz w:val="24"/>
          <w:lang w:val="ru-RU"/>
        </w:rPr>
        <w:t xml:space="preserve"> : наказ </w:t>
      </w:r>
      <w:proofErr w:type="spellStart"/>
      <w:r w:rsidRPr="00207A4C">
        <w:rPr>
          <w:sz w:val="24"/>
          <w:lang w:val="ru-RU"/>
        </w:rPr>
        <w:t>Міністерства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освіти</w:t>
      </w:r>
      <w:proofErr w:type="spellEnd"/>
      <w:r w:rsidRPr="00207A4C">
        <w:rPr>
          <w:sz w:val="24"/>
          <w:lang w:val="ru-RU"/>
        </w:rPr>
        <w:t xml:space="preserve"> і науки </w:t>
      </w:r>
      <w:proofErr w:type="spellStart"/>
      <w:r w:rsidRPr="00207A4C">
        <w:rPr>
          <w:sz w:val="24"/>
          <w:lang w:val="ru-RU"/>
        </w:rPr>
        <w:t>України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від</w:t>
      </w:r>
      <w:proofErr w:type="spellEnd"/>
      <w:r w:rsidRPr="00207A4C">
        <w:rPr>
          <w:sz w:val="24"/>
          <w:lang w:val="ru-RU"/>
        </w:rPr>
        <w:t xml:space="preserve"> 25.06.2018 № 677. </w:t>
      </w:r>
      <w:r>
        <w:rPr>
          <w:sz w:val="24"/>
        </w:rPr>
        <w:t>URL</w:t>
      </w:r>
      <w:r w:rsidRPr="00207A4C">
        <w:rPr>
          <w:sz w:val="24"/>
          <w:lang w:val="ru-RU"/>
        </w:rPr>
        <w:t xml:space="preserve">: </w:t>
      </w:r>
      <w:hyperlink r:id="rId8">
        <w:r>
          <w:rPr>
            <w:sz w:val="24"/>
          </w:rPr>
          <w:t>https</w:t>
        </w:r>
        <w:r w:rsidRPr="00207A4C">
          <w:rPr>
            <w:sz w:val="24"/>
            <w:lang w:val="ru-RU"/>
          </w:rPr>
          <w:t>://</w:t>
        </w:r>
        <w:proofErr w:type="spellStart"/>
        <w:r>
          <w:rPr>
            <w:sz w:val="24"/>
          </w:rPr>
          <w:t>zakon</w:t>
        </w:r>
        <w:proofErr w:type="spellEnd"/>
        <w:r w:rsidRPr="00207A4C">
          <w:rPr>
            <w:sz w:val="24"/>
            <w:lang w:val="ru-RU"/>
          </w:rPr>
          <w:t>.</w:t>
        </w:r>
        <w:r>
          <w:rPr>
            <w:sz w:val="24"/>
          </w:rPr>
          <w:t>rada</w:t>
        </w:r>
        <w:r w:rsidRPr="00207A4C">
          <w:rPr>
            <w:sz w:val="24"/>
            <w:lang w:val="ru-RU"/>
          </w:rPr>
          <w:t>.</w:t>
        </w:r>
        <w:r>
          <w:rPr>
            <w:sz w:val="24"/>
          </w:rPr>
          <w:t>gov</w:t>
        </w:r>
        <w:r w:rsidRPr="00207A4C">
          <w:rPr>
            <w:sz w:val="24"/>
            <w:lang w:val="ru-RU"/>
          </w:rPr>
          <w:t>.</w:t>
        </w:r>
        <w:proofErr w:type="spellStart"/>
        <w:r>
          <w:rPr>
            <w:sz w:val="24"/>
          </w:rPr>
          <w:t>ua</w:t>
        </w:r>
        <w:proofErr w:type="spellEnd"/>
        <w:r w:rsidRPr="00207A4C">
          <w:rPr>
            <w:sz w:val="24"/>
            <w:lang w:val="ru-RU"/>
          </w:rPr>
          <w:t>/</w:t>
        </w:r>
        <w:r>
          <w:rPr>
            <w:sz w:val="24"/>
          </w:rPr>
          <w:t>laws</w:t>
        </w:r>
        <w:r w:rsidRPr="00207A4C">
          <w:rPr>
            <w:sz w:val="24"/>
            <w:lang w:val="ru-RU"/>
          </w:rPr>
          <w:t>/</w:t>
        </w:r>
        <w:r>
          <w:rPr>
            <w:sz w:val="24"/>
          </w:rPr>
          <w:t>show</w:t>
        </w:r>
        <w:r w:rsidRPr="00207A4C">
          <w:rPr>
            <w:sz w:val="24"/>
            <w:lang w:val="ru-RU"/>
          </w:rPr>
          <w:t>/</w:t>
        </w:r>
        <w:r>
          <w:rPr>
            <w:sz w:val="24"/>
          </w:rPr>
          <w:t>z</w:t>
        </w:r>
        <w:r w:rsidRPr="00207A4C">
          <w:rPr>
            <w:sz w:val="24"/>
            <w:lang w:val="ru-RU"/>
          </w:rPr>
          <w:t>0865-18</w:t>
        </w:r>
      </w:hyperlink>
      <w:r w:rsidRPr="00207A4C">
        <w:rPr>
          <w:sz w:val="24"/>
          <w:lang w:val="ru-RU"/>
        </w:rPr>
        <w:t xml:space="preserve"> (дата </w:t>
      </w:r>
      <w:proofErr w:type="spellStart"/>
      <w:r w:rsidRPr="00207A4C">
        <w:rPr>
          <w:sz w:val="24"/>
          <w:lang w:val="ru-RU"/>
        </w:rPr>
        <w:t>звернення</w:t>
      </w:r>
      <w:proofErr w:type="spellEnd"/>
      <w:r w:rsidRPr="00207A4C">
        <w:rPr>
          <w:sz w:val="24"/>
          <w:lang w:val="ru-RU"/>
        </w:rPr>
        <w:t>: 06.10.2026).</w:t>
      </w:r>
    </w:p>
    <w:p w14:paraId="39259010" w14:textId="77777777" w:rsidR="00966C02" w:rsidRPr="00207A4C" w:rsidRDefault="00000000" w:rsidP="00207A4C">
      <w:pPr>
        <w:keepLines/>
        <w:ind w:left="709" w:firstLine="0"/>
        <w:contextualSpacing/>
        <w:jc w:val="both"/>
        <w:rPr>
          <w:lang w:val="ru-RU"/>
        </w:rPr>
      </w:pPr>
      <w:r w:rsidRPr="00207A4C">
        <w:rPr>
          <w:sz w:val="24"/>
          <w:lang w:val="ru-RU"/>
        </w:rPr>
        <w:t xml:space="preserve">2. Про </w:t>
      </w:r>
      <w:proofErr w:type="spellStart"/>
      <w:r w:rsidRPr="00207A4C">
        <w:rPr>
          <w:sz w:val="24"/>
          <w:lang w:val="ru-RU"/>
        </w:rPr>
        <w:t>схвалення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Концепції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розвитку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природничо-математичної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освіти</w:t>
      </w:r>
      <w:proofErr w:type="spellEnd"/>
      <w:r w:rsidRPr="00207A4C">
        <w:rPr>
          <w:sz w:val="24"/>
          <w:lang w:val="ru-RU"/>
        </w:rPr>
        <w:t xml:space="preserve"> (</w:t>
      </w:r>
      <w:r>
        <w:rPr>
          <w:sz w:val="24"/>
        </w:rPr>
        <w:t>STEM</w:t>
      </w:r>
      <w:r w:rsidRPr="00207A4C">
        <w:rPr>
          <w:sz w:val="24"/>
          <w:lang w:val="ru-RU"/>
        </w:rPr>
        <w:t>-</w:t>
      </w:r>
      <w:proofErr w:type="spellStart"/>
      <w:r w:rsidRPr="00207A4C">
        <w:rPr>
          <w:sz w:val="24"/>
          <w:lang w:val="ru-RU"/>
        </w:rPr>
        <w:t>освіти</w:t>
      </w:r>
      <w:proofErr w:type="spellEnd"/>
      <w:r w:rsidRPr="00207A4C">
        <w:rPr>
          <w:sz w:val="24"/>
          <w:lang w:val="ru-RU"/>
        </w:rPr>
        <w:t xml:space="preserve">) : </w:t>
      </w:r>
      <w:proofErr w:type="spellStart"/>
      <w:r w:rsidRPr="00207A4C">
        <w:rPr>
          <w:sz w:val="24"/>
          <w:lang w:val="ru-RU"/>
        </w:rPr>
        <w:t>розпорядження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Кабінету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Міністрів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України</w:t>
      </w:r>
      <w:proofErr w:type="spellEnd"/>
      <w:r w:rsidRPr="00207A4C">
        <w:rPr>
          <w:sz w:val="24"/>
          <w:lang w:val="ru-RU"/>
        </w:rPr>
        <w:t xml:space="preserve"> </w:t>
      </w:r>
      <w:proofErr w:type="spellStart"/>
      <w:r w:rsidRPr="00207A4C">
        <w:rPr>
          <w:sz w:val="24"/>
          <w:lang w:val="ru-RU"/>
        </w:rPr>
        <w:t>від</w:t>
      </w:r>
      <w:proofErr w:type="spellEnd"/>
      <w:r w:rsidRPr="00207A4C">
        <w:rPr>
          <w:sz w:val="24"/>
          <w:lang w:val="ru-RU"/>
        </w:rPr>
        <w:t xml:space="preserve"> 05.08.2020 № 960-р. </w:t>
      </w:r>
      <w:r>
        <w:rPr>
          <w:sz w:val="24"/>
        </w:rPr>
        <w:t>URL</w:t>
      </w:r>
      <w:r w:rsidRPr="00207A4C">
        <w:rPr>
          <w:sz w:val="24"/>
          <w:lang w:val="ru-RU"/>
        </w:rPr>
        <w:t xml:space="preserve">: </w:t>
      </w:r>
      <w:hyperlink r:id="rId9">
        <w:r>
          <w:rPr>
            <w:sz w:val="24"/>
          </w:rPr>
          <w:t>https</w:t>
        </w:r>
        <w:r w:rsidRPr="00207A4C">
          <w:rPr>
            <w:sz w:val="24"/>
            <w:lang w:val="ru-RU"/>
          </w:rPr>
          <w:t>://</w:t>
        </w:r>
        <w:proofErr w:type="spellStart"/>
        <w:r>
          <w:rPr>
            <w:sz w:val="24"/>
          </w:rPr>
          <w:t>zakon</w:t>
        </w:r>
        <w:proofErr w:type="spellEnd"/>
        <w:r w:rsidRPr="00207A4C">
          <w:rPr>
            <w:sz w:val="24"/>
            <w:lang w:val="ru-RU"/>
          </w:rPr>
          <w:t>.</w:t>
        </w:r>
        <w:r>
          <w:rPr>
            <w:sz w:val="24"/>
          </w:rPr>
          <w:t>rada</w:t>
        </w:r>
        <w:r w:rsidRPr="00207A4C">
          <w:rPr>
            <w:sz w:val="24"/>
            <w:lang w:val="ru-RU"/>
          </w:rPr>
          <w:t>.</w:t>
        </w:r>
        <w:r>
          <w:rPr>
            <w:sz w:val="24"/>
          </w:rPr>
          <w:t>gov</w:t>
        </w:r>
        <w:r w:rsidRPr="00207A4C">
          <w:rPr>
            <w:sz w:val="24"/>
            <w:lang w:val="ru-RU"/>
          </w:rPr>
          <w:t>.</w:t>
        </w:r>
        <w:proofErr w:type="spellStart"/>
        <w:r>
          <w:rPr>
            <w:sz w:val="24"/>
          </w:rPr>
          <w:t>ua</w:t>
        </w:r>
        <w:proofErr w:type="spellEnd"/>
        <w:r w:rsidRPr="00207A4C">
          <w:rPr>
            <w:sz w:val="24"/>
            <w:lang w:val="ru-RU"/>
          </w:rPr>
          <w:t>/</w:t>
        </w:r>
        <w:r>
          <w:rPr>
            <w:sz w:val="24"/>
          </w:rPr>
          <w:t>laws</w:t>
        </w:r>
        <w:r w:rsidRPr="00207A4C">
          <w:rPr>
            <w:sz w:val="24"/>
            <w:lang w:val="ru-RU"/>
          </w:rPr>
          <w:t>/</w:t>
        </w:r>
        <w:r>
          <w:rPr>
            <w:sz w:val="24"/>
          </w:rPr>
          <w:t>show</w:t>
        </w:r>
        <w:r w:rsidRPr="00207A4C">
          <w:rPr>
            <w:sz w:val="24"/>
            <w:lang w:val="ru-RU"/>
          </w:rPr>
          <w:t>/960-2020-%</w:t>
        </w:r>
        <w:r>
          <w:rPr>
            <w:sz w:val="24"/>
          </w:rPr>
          <w:t>D</w:t>
        </w:r>
        <w:r w:rsidRPr="00207A4C">
          <w:rPr>
            <w:sz w:val="24"/>
            <w:lang w:val="ru-RU"/>
          </w:rPr>
          <w:t>1%80</w:t>
        </w:r>
      </w:hyperlink>
      <w:r w:rsidRPr="00207A4C">
        <w:rPr>
          <w:sz w:val="24"/>
          <w:lang w:val="ru-RU"/>
        </w:rPr>
        <w:t xml:space="preserve"> (дата </w:t>
      </w:r>
      <w:proofErr w:type="spellStart"/>
      <w:r w:rsidRPr="00207A4C">
        <w:rPr>
          <w:sz w:val="24"/>
          <w:lang w:val="ru-RU"/>
        </w:rPr>
        <w:t>звернення</w:t>
      </w:r>
      <w:proofErr w:type="spellEnd"/>
      <w:r w:rsidRPr="00207A4C">
        <w:rPr>
          <w:sz w:val="24"/>
          <w:lang w:val="ru-RU"/>
        </w:rPr>
        <w:t>: 06.10.2026).</w:t>
      </w:r>
    </w:p>
    <w:p w14:paraId="711481F0" w14:textId="77777777" w:rsidR="00966C02" w:rsidRDefault="00000000" w:rsidP="00207A4C">
      <w:pPr>
        <w:keepLines/>
        <w:ind w:left="709" w:firstLine="0"/>
        <w:contextualSpacing/>
        <w:jc w:val="both"/>
      </w:pPr>
      <w:r>
        <w:rPr>
          <w:sz w:val="24"/>
        </w:rPr>
        <w:t xml:space="preserve">3. Kelley T. R., Knowles J. G. A conceptual framework for integrated STEM education. International Journal of STEM Education. 2016. Vol. 3. Article 11. DOI: </w:t>
      </w:r>
      <w:hyperlink r:id="rId10">
        <w:r>
          <w:rPr>
            <w:sz w:val="24"/>
          </w:rPr>
          <w:t>https://doi.org/10.1186/s40594-016-0046-z</w:t>
        </w:r>
      </w:hyperlink>
      <w:r>
        <w:rPr>
          <w:sz w:val="24"/>
        </w:rPr>
        <w:t>.</w:t>
      </w:r>
    </w:p>
    <w:p w14:paraId="3AC9C302" w14:textId="77777777" w:rsidR="00966C02" w:rsidRDefault="00000000" w:rsidP="00207A4C">
      <w:pPr>
        <w:keepLines/>
        <w:ind w:left="709" w:firstLine="0"/>
        <w:contextualSpacing/>
        <w:jc w:val="both"/>
      </w:pPr>
      <w:r>
        <w:rPr>
          <w:sz w:val="24"/>
        </w:rPr>
        <w:t xml:space="preserve">4. Ryan R. M., Deci E. L. Intrinsic and extrinsic motivation from a self-determination theory perspective: Definitions, theory, practices, and future directions. Contemporary Educational Psychology. 2020. Vol. 61. Article 101860. DOI: </w:t>
      </w:r>
      <w:hyperlink r:id="rId11">
        <w:r>
          <w:rPr>
            <w:sz w:val="24"/>
          </w:rPr>
          <w:t>https://doi.org/10.1016/j.cedpsych.2020.101860</w:t>
        </w:r>
      </w:hyperlink>
      <w:r>
        <w:rPr>
          <w:sz w:val="24"/>
        </w:rPr>
        <w:t>.</w:t>
      </w:r>
    </w:p>
    <w:p w14:paraId="694AF014" w14:textId="77777777" w:rsidR="00966C02" w:rsidRDefault="00000000" w:rsidP="00207A4C">
      <w:pPr>
        <w:keepLines/>
        <w:ind w:left="709" w:firstLine="0"/>
        <w:contextualSpacing/>
        <w:jc w:val="both"/>
      </w:pPr>
      <w:r>
        <w:rPr>
          <w:sz w:val="24"/>
        </w:rPr>
        <w:t xml:space="preserve">5. Margot K. C., Kettler T. Teachers’ perception of STEM integration and education: a systematic literature review. International Journal of STEM Education. 2019. Vol. 6. Article 2. DOI: </w:t>
      </w:r>
      <w:hyperlink r:id="rId12">
        <w:r>
          <w:rPr>
            <w:sz w:val="24"/>
          </w:rPr>
          <w:t>https://doi.org/10.1186/s40594-018-0151-2</w:t>
        </w:r>
      </w:hyperlink>
      <w:r>
        <w:rPr>
          <w:sz w:val="24"/>
        </w:rPr>
        <w:t>.</w:t>
      </w:r>
    </w:p>
    <w:sectPr w:rsidR="00966C02">
      <w:footerReference w:type="default" r:id="rId13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EE3CC8" w14:textId="77777777" w:rsidR="002F6231" w:rsidRDefault="002F6231">
      <w:pPr>
        <w:spacing w:line="240" w:lineRule="auto"/>
      </w:pPr>
      <w:r>
        <w:separator/>
      </w:r>
    </w:p>
  </w:endnote>
  <w:endnote w:type="continuationSeparator" w:id="0">
    <w:p w14:paraId="2FAFDF4F" w14:textId="77777777" w:rsidR="002F6231" w:rsidRDefault="002F62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30621" w14:textId="77777777" w:rsidR="00966C02" w:rsidRDefault="00000000">
    <w:pPr>
      <w:pStyle w:val="Footer"/>
      <w:ind w:firstLine="0"/>
      <w:jc w:val="center"/>
    </w:pPr>
    <w:r>
      <w:fldChar w:fldCharType="begin"/>
    </w:r>
    <w:r>
      <w:instrText>PAGE</w:instrText>
    </w:r>
    <w:r>
      <w:fldChar w:fldCharType="separate"/>
    </w:r>
    <w:r w:rsidR="00207A4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6F3B7F" w14:textId="77777777" w:rsidR="002F6231" w:rsidRDefault="002F6231">
      <w:pPr>
        <w:spacing w:line="240" w:lineRule="auto"/>
      </w:pPr>
      <w:r>
        <w:separator/>
      </w:r>
    </w:p>
  </w:footnote>
  <w:footnote w:type="continuationSeparator" w:id="0">
    <w:p w14:paraId="0F345979" w14:textId="77777777" w:rsidR="002F6231" w:rsidRDefault="002F62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7719968">
    <w:abstractNumId w:val="8"/>
  </w:num>
  <w:num w:numId="2" w16cid:durableId="1784180106">
    <w:abstractNumId w:val="6"/>
  </w:num>
  <w:num w:numId="3" w16cid:durableId="1001854782">
    <w:abstractNumId w:val="5"/>
  </w:num>
  <w:num w:numId="4" w16cid:durableId="141240275">
    <w:abstractNumId w:val="4"/>
  </w:num>
  <w:num w:numId="5" w16cid:durableId="1564559768">
    <w:abstractNumId w:val="7"/>
  </w:num>
  <w:num w:numId="6" w16cid:durableId="261843565">
    <w:abstractNumId w:val="3"/>
  </w:num>
  <w:num w:numId="7" w16cid:durableId="1743062759">
    <w:abstractNumId w:val="2"/>
  </w:num>
  <w:num w:numId="8" w16cid:durableId="761298795">
    <w:abstractNumId w:val="1"/>
  </w:num>
  <w:num w:numId="9" w16cid:durableId="7206343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02"/>
    <w:rsid w:val="00207A4C"/>
    <w:rsid w:val="002F6231"/>
    <w:rsid w:val="00707A63"/>
    <w:rsid w:val="00966C02"/>
    <w:rsid w:val="00AD627B"/>
    <w:rsid w:val="00E4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6DC4649"/>
  <w14:defaultImageDpi w14:val="300"/>
  <w15:docId w15:val="{055849F3-3662-8E48-B312-2CFA450C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360" w:lineRule="auto"/>
      <w:ind w:firstLine="709"/>
    </w:pPr>
    <w:rPr>
      <w:rFonts w:ascii="Times New Roman" w:eastAsia="Times New Roman" w:hAnsi="Times New Roman" w:cs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00" w:after="100"/>
      <w:ind w:firstLine="0"/>
      <w:outlineLvl w:val="0"/>
    </w:pPr>
    <w:rPr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100"/>
      <w:ind w:firstLine="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100"/>
      <w:ind w:firstLine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240" w:line="240" w:lineRule="auto"/>
      <w:ind w:firstLine="0"/>
      <w:contextualSpacing/>
    </w:pPr>
    <w:rPr>
      <w:b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865-1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186/s40594-018-0151-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cedpsych.2020.10186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186/s40594-016-0046-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960-2020-%D1%8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1360</Words>
  <Characters>9595</Characters>
  <Application>Microsoft Office Word</Application>
  <DocSecurity>0</DocSecurity>
  <Lines>190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Maksym Nasarenko</cp:lastModifiedBy>
  <cp:revision>3</cp:revision>
  <dcterms:created xsi:type="dcterms:W3CDTF">2026-10-06T13:59:00Z</dcterms:created>
  <dcterms:modified xsi:type="dcterms:W3CDTF">2026-10-06T13:59:00Z</dcterms:modified>
  <cp:category/>
</cp:coreProperties>
</file>