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73E" w:rsidRPr="00930328" w:rsidRDefault="00870A71" w:rsidP="009055B7">
      <w:pPr>
        <w:ind w:left="4253"/>
        <w:rPr>
          <w:rFonts w:ascii="Times New Roman" w:hAnsi="Times New Roman" w:cs="Times New Roman"/>
          <w:sz w:val="20"/>
          <w:lang w:val="ru-RU"/>
        </w:rPr>
      </w:pPr>
      <w:r w:rsidRPr="00930328">
        <w:rPr>
          <w:rFonts w:ascii="Times New Roman" w:hAnsi="Times New Roman" w:cs="Times New Roman"/>
          <w:lang w:val="ru-RU"/>
        </w:rPr>
        <w:t>ЗАТВЕРДЖЕНО</w:t>
      </w:r>
      <w:r w:rsidRPr="00930328">
        <w:rPr>
          <w:rFonts w:ascii="Times New Roman" w:hAnsi="Times New Roman" w:cs="Times New Roman"/>
          <w:lang w:val="ru-RU"/>
        </w:rPr>
        <w:br/>
      </w:r>
      <w:proofErr w:type="spellStart"/>
      <w:r w:rsidRPr="00930328">
        <w:rPr>
          <w:rFonts w:ascii="Times New Roman" w:hAnsi="Times New Roman" w:cs="Times New Roman"/>
          <w:lang w:val="ru-RU"/>
        </w:rPr>
        <w:t>рішенням</w:t>
      </w:r>
      <w:proofErr w:type="spellEnd"/>
      <w:r w:rsidRPr="0093032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9055B7">
        <w:rPr>
          <w:rFonts w:ascii="Times New Roman" w:hAnsi="Times New Roman" w:cs="Times New Roman"/>
          <w:lang w:val="ru-RU"/>
        </w:rPr>
        <w:t>виконавчого</w:t>
      </w:r>
      <w:proofErr w:type="spellEnd"/>
      <w:r w:rsidR="009055B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9055B7">
        <w:rPr>
          <w:rFonts w:ascii="Times New Roman" w:hAnsi="Times New Roman" w:cs="Times New Roman"/>
          <w:lang w:val="ru-RU"/>
        </w:rPr>
        <w:t>комітету</w:t>
      </w:r>
      <w:proofErr w:type="spellEnd"/>
      <w:r w:rsidR="009055B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9055B7">
        <w:rPr>
          <w:rFonts w:ascii="Times New Roman" w:hAnsi="Times New Roman" w:cs="Times New Roman"/>
          <w:lang w:val="ru-RU"/>
        </w:rPr>
        <w:t>міської</w:t>
      </w:r>
      <w:proofErr w:type="spellEnd"/>
      <w:r w:rsidR="009055B7">
        <w:rPr>
          <w:rFonts w:ascii="Times New Roman" w:hAnsi="Times New Roman" w:cs="Times New Roman"/>
          <w:lang w:val="ru-RU"/>
        </w:rPr>
        <w:t xml:space="preserve"> ради  </w:t>
      </w:r>
      <w:proofErr w:type="spellStart"/>
      <w:r w:rsidRPr="00930328">
        <w:rPr>
          <w:rFonts w:ascii="Times New Roman" w:hAnsi="Times New Roman" w:cs="Times New Roman"/>
          <w:lang w:val="ru-RU"/>
        </w:rPr>
        <w:t>від</w:t>
      </w:r>
      <w:proofErr w:type="spellEnd"/>
      <w:r w:rsidRPr="00930328">
        <w:rPr>
          <w:rFonts w:ascii="Times New Roman" w:hAnsi="Times New Roman" w:cs="Times New Roman"/>
          <w:lang w:val="ru-RU"/>
        </w:rPr>
        <w:t xml:space="preserve"> </w:t>
      </w:r>
      <w:r w:rsidR="00721D13">
        <w:rPr>
          <w:rFonts w:ascii="Times New Roman" w:hAnsi="Times New Roman" w:cs="Times New Roman"/>
          <w:lang w:val="ru-RU"/>
        </w:rPr>
        <w:t xml:space="preserve">«11» </w:t>
      </w:r>
      <w:proofErr w:type="spellStart"/>
      <w:r w:rsidR="00721D13">
        <w:rPr>
          <w:rFonts w:ascii="Times New Roman" w:hAnsi="Times New Roman" w:cs="Times New Roman"/>
          <w:lang w:val="ru-RU"/>
        </w:rPr>
        <w:t>травня</w:t>
      </w:r>
      <w:bookmarkStart w:id="0" w:name="_GoBack"/>
      <w:bookmarkEnd w:id="0"/>
      <w:proofErr w:type="spellEnd"/>
      <w:r w:rsidR="00721D13">
        <w:rPr>
          <w:rFonts w:ascii="Times New Roman" w:hAnsi="Times New Roman" w:cs="Times New Roman"/>
          <w:lang w:val="ru-RU"/>
        </w:rPr>
        <w:t xml:space="preserve"> 2026 року № 173</w:t>
      </w:r>
      <w:r w:rsidR="00596B80">
        <w:rPr>
          <w:rFonts w:ascii="Times New Roman" w:hAnsi="Times New Roman" w:cs="Times New Roman"/>
          <w:lang w:val="ru-RU"/>
        </w:rPr>
        <w:t xml:space="preserve">  </w:t>
      </w:r>
    </w:p>
    <w:p w:rsidR="0003273E" w:rsidRPr="00930328" w:rsidRDefault="00870A71">
      <w:pPr>
        <w:rPr>
          <w:rFonts w:ascii="Times New Roman" w:hAnsi="Times New Roman" w:cs="Times New Roman"/>
          <w:lang w:val="ru-RU"/>
        </w:rPr>
      </w:pPr>
      <w:r w:rsidRPr="00930328">
        <w:rPr>
          <w:rFonts w:ascii="Times New Roman" w:hAnsi="Times New Roman" w:cs="Times New Roman"/>
          <w:b/>
          <w:sz w:val="28"/>
          <w:lang w:val="ru-RU"/>
        </w:rPr>
        <w:br/>
      </w:r>
      <w:r w:rsidR="00930328">
        <w:rPr>
          <w:rFonts w:ascii="Times New Roman" w:hAnsi="Times New Roman" w:cs="Times New Roman"/>
          <w:b/>
          <w:sz w:val="28"/>
          <w:lang w:val="ru-RU"/>
        </w:rPr>
        <w:tab/>
      </w:r>
      <w:r w:rsidR="00930328">
        <w:rPr>
          <w:rFonts w:ascii="Times New Roman" w:hAnsi="Times New Roman" w:cs="Times New Roman"/>
          <w:b/>
          <w:sz w:val="28"/>
          <w:lang w:val="ru-RU"/>
        </w:rPr>
        <w:tab/>
      </w:r>
      <w:r w:rsidR="00930328">
        <w:rPr>
          <w:rFonts w:ascii="Times New Roman" w:hAnsi="Times New Roman" w:cs="Times New Roman"/>
          <w:b/>
          <w:sz w:val="28"/>
          <w:lang w:val="ru-RU"/>
        </w:rPr>
        <w:tab/>
      </w:r>
      <w:r w:rsidR="00930328">
        <w:rPr>
          <w:rFonts w:ascii="Times New Roman" w:hAnsi="Times New Roman" w:cs="Times New Roman"/>
          <w:b/>
          <w:sz w:val="28"/>
          <w:lang w:val="ru-RU"/>
        </w:rPr>
        <w:tab/>
      </w:r>
      <w:r w:rsidRPr="00930328">
        <w:rPr>
          <w:rFonts w:ascii="Times New Roman" w:hAnsi="Times New Roman" w:cs="Times New Roman"/>
          <w:b/>
          <w:sz w:val="28"/>
          <w:lang w:val="ru-RU"/>
        </w:rPr>
        <w:t>ГРАФІК ЗАХОДІВ</w:t>
      </w:r>
      <w:r w:rsidRPr="00930328">
        <w:rPr>
          <w:rFonts w:ascii="Times New Roman" w:hAnsi="Times New Roman" w:cs="Times New Roman"/>
          <w:b/>
          <w:sz w:val="28"/>
          <w:lang w:val="ru-RU"/>
        </w:rPr>
        <w:br/>
      </w:r>
      <w:r w:rsidRPr="00930328">
        <w:rPr>
          <w:rFonts w:ascii="Times New Roman" w:hAnsi="Times New Roman" w:cs="Times New Roman"/>
          <w:b/>
          <w:lang w:val="ru-RU"/>
        </w:rPr>
        <w:t xml:space="preserve">з </w:t>
      </w:r>
      <w:proofErr w:type="spellStart"/>
      <w:r w:rsidRPr="00930328">
        <w:rPr>
          <w:rFonts w:ascii="Times New Roman" w:hAnsi="Times New Roman" w:cs="Times New Roman"/>
          <w:b/>
          <w:lang w:val="ru-RU"/>
        </w:rPr>
        <w:t>реалізації</w:t>
      </w:r>
      <w:proofErr w:type="spellEnd"/>
      <w:r w:rsidRPr="00930328">
        <w:rPr>
          <w:rFonts w:ascii="Times New Roman" w:hAnsi="Times New Roman" w:cs="Times New Roman"/>
          <w:b/>
          <w:lang w:val="ru-RU"/>
        </w:rPr>
        <w:t xml:space="preserve"> Плану </w:t>
      </w:r>
      <w:proofErr w:type="spellStart"/>
      <w:r w:rsidRPr="00930328">
        <w:rPr>
          <w:rFonts w:ascii="Times New Roman" w:hAnsi="Times New Roman" w:cs="Times New Roman"/>
          <w:b/>
          <w:lang w:val="ru-RU"/>
        </w:rPr>
        <w:t>стійкості</w:t>
      </w:r>
      <w:proofErr w:type="spellEnd"/>
      <w:r w:rsidRPr="00930328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930328">
        <w:rPr>
          <w:rFonts w:ascii="Times New Roman" w:hAnsi="Times New Roman" w:cs="Times New Roman"/>
          <w:b/>
          <w:lang w:val="ru-RU"/>
        </w:rPr>
        <w:t>Жмеринської</w:t>
      </w:r>
      <w:proofErr w:type="spellEnd"/>
      <w:r w:rsidRPr="00930328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930328">
        <w:rPr>
          <w:rFonts w:ascii="Times New Roman" w:hAnsi="Times New Roman" w:cs="Times New Roman"/>
          <w:b/>
          <w:lang w:val="ru-RU"/>
        </w:rPr>
        <w:t>міської</w:t>
      </w:r>
      <w:proofErr w:type="spellEnd"/>
      <w:r w:rsidRPr="00930328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930328">
        <w:rPr>
          <w:rFonts w:ascii="Times New Roman" w:hAnsi="Times New Roman" w:cs="Times New Roman"/>
          <w:b/>
          <w:lang w:val="ru-RU"/>
        </w:rPr>
        <w:t>територіальної</w:t>
      </w:r>
      <w:proofErr w:type="spellEnd"/>
      <w:r w:rsidRPr="00930328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930328">
        <w:rPr>
          <w:rFonts w:ascii="Times New Roman" w:hAnsi="Times New Roman" w:cs="Times New Roman"/>
          <w:b/>
          <w:lang w:val="ru-RU"/>
        </w:rPr>
        <w:t>громади</w:t>
      </w:r>
      <w:proofErr w:type="spellEnd"/>
      <w:r w:rsidRPr="00930328">
        <w:rPr>
          <w:rFonts w:ascii="Times New Roman" w:hAnsi="Times New Roman" w:cs="Times New Roman"/>
          <w:b/>
          <w:lang w:val="ru-RU"/>
        </w:rPr>
        <w:t xml:space="preserve"> на 2026 </w:t>
      </w:r>
      <w:proofErr w:type="spellStart"/>
      <w:r w:rsidRPr="00930328">
        <w:rPr>
          <w:rFonts w:ascii="Times New Roman" w:hAnsi="Times New Roman" w:cs="Times New Roman"/>
          <w:b/>
          <w:lang w:val="ru-RU"/>
        </w:rPr>
        <w:t>рік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9"/>
        <w:gridCol w:w="2237"/>
        <w:gridCol w:w="1802"/>
        <w:gridCol w:w="1120"/>
        <w:gridCol w:w="1437"/>
        <w:gridCol w:w="1575"/>
      </w:tblGrid>
      <w:tr w:rsidR="0003273E" w:rsidRPr="00930328">
        <w:trPr>
          <w:jc w:val="center"/>
        </w:trPr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Найменування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заходу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Відповідальний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виконавець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Термін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виконання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Орієнтовний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обсяг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фінансування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, тис.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грн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Джерела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фінансування</w:t>
            </w:r>
            <w:proofErr w:type="spellEnd"/>
          </w:p>
        </w:tc>
      </w:tr>
      <w:tr w:rsidR="0003273E" w:rsidRPr="00721D13">
        <w:trPr>
          <w:jc w:val="center"/>
        </w:trPr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Забезпечення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закладів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освіти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резервними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джерелами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живлення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матеріально-технічними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ресурсами та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проведення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заходів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підвищення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енергоефективності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Управління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освіти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заклади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освіти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виконавчий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комітет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міської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ради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 xml:space="preserve">І–IV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квартал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року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2690,00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Місцевий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бюджет,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державний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бюджет,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інші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джерела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не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заборонені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законодавством</w:t>
            </w:r>
            <w:proofErr w:type="spellEnd"/>
          </w:p>
        </w:tc>
      </w:tr>
      <w:tr w:rsidR="0003273E" w:rsidRPr="00721D13">
        <w:trPr>
          <w:jc w:val="center"/>
        </w:trPr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Забезпечення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стабільного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функціонування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систем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теплопостачання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водопостачання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водовідведення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об’єктах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критичної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інфраструктури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громади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Управління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ЖКГ,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комунальні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підприємства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 xml:space="preserve">І–IV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квартал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року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3031,32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Місцевий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бюджет,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державний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бюджет,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грантові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кошти</w:t>
            </w:r>
            <w:proofErr w:type="spellEnd"/>
          </w:p>
        </w:tc>
      </w:tr>
      <w:tr w:rsidR="0003273E" w:rsidRPr="00930328">
        <w:trPr>
          <w:jc w:val="center"/>
        </w:trPr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Проведення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заходів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із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забезпечення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функціонування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установ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соціального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захисту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населення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в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умовах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надзвичайних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ситуацій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кризових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явищ</w:t>
            </w:r>
            <w:proofErr w:type="spellEnd"/>
          </w:p>
        </w:tc>
        <w:tc>
          <w:tcPr>
            <w:tcW w:w="1440" w:type="dxa"/>
          </w:tcPr>
          <w:p w:rsidR="0003273E" w:rsidRPr="00930328" w:rsidRDefault="00A6333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Управління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70A71" w:rsidRPr="00930328">
              <w:rPr>
                <w:rFonts w:ascii="Times New Roman" w:hAnsi="Times New Roman" w:cs="Times New Roman"/>
                <w:lang w:val="ru-RU"/>
              </w:rPr>
              <w:t>соціального</w:t>
            </w:r>
            <w:proofErr w:type="spellEnd"/>
            <w:r w:rsidR="00870A71"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70A71" w:rsidRPr="00930328">
              <w:rPr>
                <w:rFonts w:ascii="Times New Roman" w:hAnsi="Times New Roman" w:cs="Times New Roman"/>
                <w:lang w:val="ru-RU"/>
              </w:rPr>
              <w:t>захисту</w:t>
            </w:r>
            <w:proofErr w:type="spellEnd"/>
            <w:r w:rsidR="00870A71"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70A71" w:rsidRPr="00930328">
              <w:rPr>
                <w:rFonts w:ascii="Times New Roman" w:hAnsi="Times New Roman" w:cs="Times New Roman"/>
                <w:lang w:val="ru-RU"/>
              </w:rPr>
              <w:t>населення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охорони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здоров'я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 xml:space="preserve">І–IV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квартал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року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359,97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бюджет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державний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</w:tr>
      <w:tr w:rsidR="0003273E" w:rsidRPr="00930328">
        <w:trPr>
          <w:jc w:val="center"/>
        </w:trPr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Капітальний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ремонт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внутрішньобудинкових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систем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водопостачання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водовідведення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будівлі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дитячо-</w:t>
            </w:r>
            <w:r w:rsidRPr="00930328">
              <w:rPr>
                <w:rFonts w:ascii="Times New Roman" w:hAnsi="Times New Roman" w:cs="Times New Roman"/>
                <w:lang w:val="ru-RU"/>
              </w:rPr>
              <w:lastRenderedPageBreak/>
              <w:t>юнацької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спортивної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школи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lastRenderedPageBreak/>
              <w:t>Управління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ЖКГ,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виконавчий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комітет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міської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ради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 xml:space="preserve">ІІ–ІІІ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квартал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року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1000,00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бюджет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інші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джерела</w:t>
            </w:r>
            <w:proofErr w:type="spellEnd"/>
          </w:p>
        </w:tc>
      </w:tr>
      <w:tr w:rsidR="0003273E" w:rsidRPr="00721D13">
        <w:trPr>
          <w:jc w:val="center"/>
        </w:trPr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Капітальний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ремонт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30328">
              <w:rPr>
                <w:rFonts w:ascii="Times New Roman" w:hAnsi="Times New Roman" w:cs="Times New Roman"/>
              </w:rPr>
              <w:t>термомодернізація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будівлі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майстерні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КЗ «</w:t>
            </w:r>
            <w:proofErr w:type="spellStart"/>
            <w:r w:rsidRPr="00930328">
              <w:rPr>
                <w:rFonts w:ascii="Times New Roman" w:hAnsi="Times New Roman" w:cs="Times New Roman"/>
              </w:rPr>
              <w:t>Жмеринський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ліцей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№5»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Управління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освіти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виконавчий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комітет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міської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ради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 xml:space="preserve">ІІ–IV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квартал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року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22000,00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Державний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бюджет,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місцевий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бюджет,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міжнародна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технічна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допомога</w:t>
            </w:r>
            <w:proofErr w:type="spellEnd"/>
          </w:p>
        </w:tc>
      </w:tr>
      <w:tr w:rsidR="0003273E" w:rsidRPr="00930328">
        <w:trPr>
          <w:jc w:val="center"/>
        </w:trPr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Нове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будівництво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сонячної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електростанції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власних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потреб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Управління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ЖКГ,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балансоутримувач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об’єкта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 xml:space="preserve">ІІ–IV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квартал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року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7000,00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Грантові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кошти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</w:tr>
      <w:tr w:rsidR="0003273E" w:rsidRPr="00930328">
        <w:trPr>
          <w:jc w:val="center"/>
        </w:trPr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Капітальний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ремонт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системи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опалення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КЗ «Центр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культури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і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дозвілля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Відділ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культури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і туризму,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управління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ЖКГ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 xml:space="preserve">ІІ–ІІІ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квартал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року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3000,00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бюджет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державний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</w:tr>
      <w:tr w:rsidR="0003273E" w:rsidRPr="00930328">
        <w:trPr>
          <w:jc w:val="center"/>
        </w:trPr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Нове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будівництво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модульної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котельні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КЗ «Центр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культури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і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дозвілля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Відділ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культури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і туризму,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управління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ЖКГ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 xml:space="preserve">ІІ–IV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квартал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року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1500,00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Державний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бюджет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</w:tr>
      <w:tr w:rsidR="0003273E" w:rsidRPr="00721D13">
        <w:trPr>
          <w:jc w:val="center"/>
        </w:trPr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proofErr w:type="spellStart"/>
            <w:r w:rsidRPr="00930328">
              <w:rPr>
                <w:rFonts w:ascii="Times New Roman" w:hAnsi="Times New Roman" w:cs="Times New Roman"/>
              </w:rPr>
              <w:t>Реконструкція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внутрішніх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мереж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електропостачання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КНП «</w:t>
            </w:r>
            <w:proofErr w:type="spellStart"/>
            <w:r w:rsidRPr="00930328">
              <w:rPr>
                <w:rFonts w:ascii="Times New Roman" w:hAnsi="Times New Roman" w:cs="Times New Roman"/>
              </w:rPr>
              <w:t>Жмеринська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ЦРЛ»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із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встановленням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дахової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сонячної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електростанції</w:t>
            </w:r>
            <w:proofErr w:type="spellEnd"/>
          </w:p>
        </w:tc>
        <w:tc>
          <w:tcPr>
            <w:tcW w:w="1440" w:type="dxa"/>
          </w:tcPr>
          <w:p w:rsidR="0003273E" w:rsidRPr="00930328" w:rsidRDefault="00A6333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Управління</w:t>
            </w:r>
            <w:proofErr w:type="spellEnd"/>
            <w:r w:rsidR="00870A71"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70A71" w:rsidRPr="00930328">
              <w:rPr>
                <w:rFonts w:ascii="Times New Roman" w:hAnsi="Times New Roman" w:cs="Times New Roman"/>
                <w:lang w:val="ru-RU"/>
              </w:rPr>
              <w:t>соціального</w:t>
            </w:r>
            <w:proofErr w:type="spellEnd"/>
            <w:r w:rsidR="00870A71"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70A71" w:rsidRPr="00930328">
              <w:rPr>
                <w:rFonts w:ascii="Times New Roman" w:hAnsi="Times New Roman" w:cs="Times New Roman"/>
                <w:lang w:val="ru-RU"/>
              </w:rPr>
              <w:t>захисту</w:t>
            </w:r>
            <w:proofErr w:type="spellEnd"/>
            <w:r w:rsidR="00870A71"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870A71" w:rsidRPr="00930328">
              <w:rPr>
                <w:rFonts w:ascii="Times New Roman" w:hAnsi="Times New Roman" w:cs="Times New Roman"/>
                <w:lang w:val="ru-RU"/>
              </w:rPr>
              <w:t>населення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охорони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здоров'я</w:t>
            </w:r>
            <w:proofErr w:type="spellEnd"/>
            <w:r w:rsidR="00870A71" w:rsidRPr="00930328">
              <w:rPr>
                <w:rFonts w:ascii="Times New Roman" w:hAnsi="Times New Roman" w:cs="Times New Roman"/>
                <w:lang w:val="ru-RU"/>
              </w:rPr>
              <w:t>, КНП «</w:t>
            </w:r>
            <w:proofErr w:type="spellStart"/>
            <w:r w:rsidR="00870A71" w:rsidRPr="00930328">
              <w:rPr>
                <w:rFonts w:ascii="Times New Roman" w:hAnsi="Times New Roman" w:cs="Times New Roman"/>
                <w:lang w:val="ru-RU"/>
              </w:rPr>
              <w:t>Жмеринська</w:t>
            </w:r>
            <w:proofErr w:type="spellEnd"/>
            <w:r w:rsidR="00870A71" w:rsidRPr="00930328">
              <w:rPr>
                <w:rFonts w:ascii="Times New Roman" w:hAnsi="Times New Roman" w:cs="Times New Roman"/>
                <w:lang w:val="ru-RU"/>
              </w:rPr>
              <w:t xml:space="preserve"> ЦРЛ»</w:t>
            </w:r>
          </w:p>
        </w:tc>
        <w:tc>
          <w:tcPr>
            <w:tcW w:w="1440" w:type="dxa"/>
          </w:tcPr>
          <w:p w:rsidR="0003273E" w:rsidRPr="00A63338" w:rsidRDefault="00870A71">
            <w:pPr>
              <w:rPr>
                <w:rFonts w:ascii="Times New Roman" w:hAnsi="Times New Roman" w:cs="Times New Roman"/>
                <w:lang w:val="uk-UA"/>
              </w:rPr>
            </w:pPr>
            <w:r w:rsidRPr="00930328">
              <w:rPr>
                <w:rFonts w:ascii="Times New Roman" w:hAnsi="Times New Roman" w:cs="Times New Roman"/>
              </w:rPr>
              <w:t xml:space="preserve">ІІ–IV </w:t>
            </w:r>
            <w:proofErr w:type="spellStart"/>
            <w:r w:rsidRPr="00930328">
              <w:rPr>
                <w:rFonts w:ascii="Times New Roman" w:hAnsi="Times New Roman" w:cs="Times New Roman"/>
              </w:rPr>
              <w:t>квартал</w:t>
            </w:r>
            <w:proofErr w:type="spellEnd"/>
            <w:r w:rsidRPr="00930328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930328">
              <w:rPr>
                <w:rFonts w:ascii="Times New Roman" w:hAnsi="Times New Roman" w:cs="Times New Roman"/>
              </w:rPr>
              <w:t>року</w:t>
            </w:r>
            <w:proofErr w:type="spellEnd"/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</w:rPr>
            </w:pPr>
            <w:r w:rsidRPr="00930328">
              <w:rPr>
                <w:rFonts w:ascii="Times New Roman" w:hAnsi="Times New Roman" w:cs="Times New Roman"/>
              </w:rPr>
              <w:t>9737,30</w:t>
            </w:r>
          </w:p>
        </w:tc>
        <w:tc>
          <w:tcPr>
            <w:tcW w:w="1440" w:type="dxa"/>
          </w:tcPr>
          <w:p w:rsidR="0003273E" w:rsidRPr="00930328" w:rsidRDefault="00870A7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Державний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бюджет,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місцевий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бюджет,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міжнародна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технічна</w:t>
            </w:r>
            <w:proofErr w:type="spellEnd"/>
            <w:r w:rsidRPr="009303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30328">
              <w:rPr>
                <w:rFonts w:ascii="Times New Roman" w:hAnsi="Times New Roman" w:cs="Times New Roman"/>
                <w:lang w:val="ru-RU"/>
              </w:rPr>
              <w:t>допомога</w:t>
            </w:r>
            <w:proofErr w:type="spellEnd"/>
          </w:p>
        </w:tc>
      </w:tr>
    </w:tbl>
    <w:p w:rsidR="001F413D" w:rsidRPr="00955044" w:rsidRDefault="00870A71" w:rsidP="00955044">
      <w:pPr>
        <w:rPr>
          <w:rFonts w:ascii="Times New Roman" w:hAnsi="Times New Roman" w:cs="Times New Roman"/>
          <w:sz w:val="28"/>
          <w:lang w:val="ru-RU"/>
        </w:rPr>
      </w:pPr>
      <w:r w:rsidRPr="00930328">
        <w:rPr>
          <w:rFonts w:ascii="Times New Roman" w:hAnsi="Times New Roman" w:cs="Times New Roman"/>
          <w:lang w:val="ru-RU"/>
        </w:rPr>
        <w:br/>
      </w:r>
      <w:proofErr w:type="spellStart"/>
      <w:r w:rsidRPr="00930328">
        <w:rPr>
          <w:rFonts w:ascii="Times New Roman" w:hAnsi="Times New Roman" w:cs="Times New Roman"/>
          <w:sz w:val="28"/>
          <w:lang w:val="ru-RU"/>
        </w:rPr>
        <w:t>Загальний</w:t>
      </w:r>
      <w:proofErr w:type="spellEnd"/>
      <w:r w:rsidRPr="0093032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930328">
        <w:rPr>
          <w:rFonts w:ascii="Times New Roman" w:hAnsi="Times New Roman" w:cs="Times New Roman"/>
          <w:sz w:val="28"/>
          <w:lang w:val="ru-RU"/>
        </w:rPr>
        <w:t>орієнтовний</w:t>
      </w:r>
      <w:proofErr w:type="spellEnd"/>
      <w:r w:rsidRPr="0093032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930328">
        <w:rPr>
          <w:rFonts w:ascii="Times New Roman" w:hAnsi="Times New Roman" w:cs="Times New Roman"/>
          <w:sz w:val="28"/>
          <w:lang w:val="ru-RU"/>
        </w:rPr>
        <w:t>обсяг</w:t>
      </w:r>
      <w:proofErr w:type="spellEnd"/>
      <w:r w:rsidRPr="00930328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930328">
        <w:rPr>
          <w:rFonts w:ascii="Times New Roman" w:hAnsi="Times New Roman" w:cs="Times New Roman"/>
          <w:sz w:val="28"/>
          <w:lang w:val="ru-RU"/>
        </w:rPr>
        <w:t>фінансування</w:t>
      </w:r>
      <w:proofErr w:type="spellEnd"/>
      <w:r w:rsidRPr="00930328">
        <w:rPr>
          <w:rFonts w:ascii="Times New Roman" w:hAnsi="Times New Roman" w:cs="Times New Roman"/>
          <w:sz w:val="28"/>
          <w:lang w:val="ru-RU"/>
        </w:rPr>
        <w:t xml:space="preserve">: 49 868,59 тис. </w:t>
      </w:r>
      <w:proofErr w:type="spellStart"/>
      <w:r w:rsidR="00A63338">
        <w:rPr>
          <w:rFonts w:ascii="Times New Roman" w:hAnsi="Times New Roman" w:cs="Times New Roman"/>
          <w:sz w:val="28"/>
          <w:lang w:val="ru-RU"/>
        </w:rPr>
        <w:t>г</w:t>
      </w:r>
      <w:r w:rsidRPr="00930328">
        <w:rPr>
          <w:rFonts w:ascii="Times New Roman" w:hAnsi="Times New Roman" w:cs="Times New Roman"/>
          <w:sz w:val="28"/>
          <w:lang w:val="ru-RU"/>
        </w:rPr>
        <w:t>рн</w:t>
      </w:r>
      <w:proofErr w:type="spellEnd"/>
    </w:p>
    <w:sectPr w:rsidR="001F413D" w:rsidRPr="0095504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273E"/>
    <w:rsid w:val="00034616"/>
    <w:rsid w:val="0006063C"/>
    <w:rsid w:val="0015074B"/>
    <w:rsid w:val="001F413D"/>
    <w:rsid w:val="0029639D"/>
    <w:rsid w:val="00326F90"/>
    <w:rsid w:val="00596B80"/>
    <w:rsid w:val="00721D13"/>
    <w:rsid w:val="00870A71"/>
    <w:rsid w:val="009055B7"/>
    <w:rsid w:val="00930328"/>
    <w:rsid w:val="00955044"/>
    <w:rsid w:val="00966FA6"/>
    <w:rsid w:val="00A6333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8DBC54"/>
  <w14:defaultImageDpi w14:val="300"/>
  <w15:docId w15:val="{B9C5BA34-0F5A-4F89-8582-1124A9C6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905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905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0FE5CC-DFD0-40B2-98C8-C4B89127C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8</cp:revision>
  <cp:lastPrinted>2026-05-11T08:20:00Z</cp:lastPrinted>
  <dcterms:created xsi:type="dcterms:W3CDTF">2026-05-07T12:27:00Z</dcterms:created>
  <dcterms:modified xsi:type="dcterms:W3CDTF">2026-05-11T08:20:00Z</dcterms:modified>
  <cp:category/>
</cp:coreProperties>
</file>