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1413B" w14:textId="77777777" w:rsidR="00106514" w:rsidRPr="003D7DE8" w:rsidRDefault="00106514" w:rsidP="00106514">
      <w:pPr>
        <w:spacing w:after="13" w:line="266" w:lineRule="auto"/>
        <w:jc w:val="center"/>
        <w:rPr>
          <w:color w:val="000000"/>
          <w:lang w:val="uk-UA"/>
        </w:rPr>
      </w:pPr>
      <w:r>
        <w:rPr>
          <w:b/>
          <w:noProof/>
          <w:color w:val="000000"/>
          <w:w w:val="120"/>
          <w:szCs w:val="28"/>
          <w:lang w:val="ru-RU" w:eastAsia="ru-RU"/>
        </w:rPr>
        <w:drawing>
          <wp:inline distT="0" distB="0" distL="0" distR="0" wp14:anchorId="1647E37F" wp14:editId="5EEF4797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504057" w14:textId="77777777" w:rsidR="00106514" w:rsidRPr="00106514" w:rsidRDefault="00106514" w:rsidP="00106514">
      <w:pPr>
        <w:keepNext/>
        <w:jc w:val="center"/>
        <w:outlineLvl w:val="3"/>
        <w:rPr>
          <w:b/>
          <w:bCs/>
          <w:color w:val="000000"/>
          <w:w w:val="120"/>
          <w:szCs w:val="28"/>
          <w:lang w:val="ru-RU"/>
        </w:rPr>
      </w:pPr>
      <w:r w:rsidRPr="00106514">
        <w:rPr>
          <w:b/>
          <w:bCs/>
          <w:color w:val="000000"/>
          <w:w w:val="120"/>
          <w:szCs w:val="28"/>
          <w:lang w:val="ru-RU"/>
        </w:rPr>
        <w:t>УКРАЇНА</w:t>
      </w:r>
    </w:p>
    <w:p w14:paraId="41C0FD28" w14:textId="77777777" w:rsidR="00106514" w:rsidRPr="00106514" w:rsidRDefault="00106514" w:rsidP="00106514">
      <w:pPr>
        <w:jc w:val="center"/>
        <w:outlineLvl w:val="4"/>
        <w:rPr>
          <w:b/>
          <w:bCs/>
          <w:iCs/>
          <w:color w:val="000000"/>
          <w:w w:val="120"/>
          <w:szCs w:val="28"/>
          <w:lang w:val="ru-RU"/>
        </w:rPr>
      </w:pPr>
      <w:r w:rsidRPr="003D7DE8">
        <w:rPr>
          <w:b/>
          <w:bCs/>
          <w:iCs/>
          <w:color w:val="000000"/>
          <w:w w:val="120"/>
          <w:szCs w:val="28"/>
          <w:lang w:val="uk-UA"/>
        </w:rPr>
        <w:t>ЖМЕРИНСЬКА МІСЬКА РАДА ВІННИЦЬКОЇ ОБЛАСТІ</w:t>
      </w:r>
    </w:p>
    <w:p w14:paraId="23BCC02C" w14:textId="77777777" w:rsidR="00106514" w:rsidRPr="00106514" w:rsidRDefault="00106514" w:rsidP="00106514">
      <w:pPr>
        <w:spacing w:after="13" w:line="266" w:lineRule="auto"/>
        <w:jc w:val="center"/>
        <w:rPr>
          <w:b/>
          <w:color w:val="000000"/>
          <w:lang w:val="uk-UA"/>
        </w:rPr>
      </w:pPr>
      <w:r w:rsidRPr="00106514">
        <w:rPr>
          <w:b/>
          <w:color w:val="000000"/>
          <w:szCs w:val="28"/>
          <w:lang w:val="ru-RU"/>
        </w:rPr>
        <w:t>ВИКОНАВЧИЙ КОМІТЕТ</w:t>
      </w:r>
    </w:p>
    <w:p w14:paraId="1B252D41" w14:textId="77777777" w:rsidR="00106514" w:rsidRPr="00106514" w:rsidRDefault="00106514" w:rsidP="00106514">
      <w:pPr>
        <w:spacing w:before="240" w:after="60"/>
        <w:outlineLvl w:val="6"/>
        <w:rPr>
          <w:b/>
          <w:lang w:val="ru-RU"/>
        </w:rPr>
      </w:pPr>
      <w:r w:rsidRPr="00106514">
        <w:rPr>
          <w:b/>
          <w:w w:val="120"/>
          <w:lang w:val="ru-RU"/>
        </w:rPr>
        <w:t xml:space="preserve">                                         РОЗПОРЯДЖЕННЯ</w:t>
      </w:r>
    </w:p>
    <w:p w14:paraId="7C45E536" w14:textId="77777777" w:rsidR="00106514" w:rsidRPr="00106514" w:rsidRDefault="00106514" w:rsidP="00106514">
      <w:pPr>
        <w:spacing w:after="13" w:line="266" w:lineRule="auto"/>
        <w:ind w:left="567" w:firstLine="698"/>
        <w:rPr>
          <w:color w:val="000000"/>
          <w:lang w:val="ru-RU"/>
        </w:rPr>
      </w:pPr>
    </w:p>
    <w:p w14:paraId="20773737" w14:textId="3345D86A" w:rsidR="00106514" w:rsidRPr="00AE424F" w:rsidRDefault="00106514" w:rsidP="00106514">
      <w:pPr>
        <w:pStyle w:val="ae"/>
        <w:rPr>
          <w:szCs w:val="28"/>
          <w:lang w:val="uk-UA"/>
        </w:rPr>
      </w:pPr>
      <w:proofErr w:type="spellStart"/>
      <w:r w:rsidRPr="00106514">
        <w:rPr>
          <w:szCs w:val="24"/>
          <w:lang w:val="ru-RU"/>
        </w:rPr>
        <w:t>від</w:t>
      </w:r>
      <w:proofErr w:type="spellEnd"/>
      <w:r w:rsidRPr="00106514">
        <w:rPr>
          <w:szCs w:val="24"/>
          <w:lang w:val="ru-RU"/>
        </w:rPr>
        <w:t xml:space="preserve"> «</w:t>
      </w:r>
      <w:r w:rsidR="005D6E11">
        <w:rPr>
          <w:szCs w:val="24"/>
          <w:lang w:val="ru-RU"/>
        </w:rPr>
        <w:t>03</w:t>
      </w:r>
      <w:r w:rsidRPr="00106514">
        <w:rPr>
          <w:szCs w:val="24"/>
          <w:lang w:val="ru-RU"/>
        </w:rPr>
        <w:t xml:space="preserve">» </w:t>
      </w:r>
      <w:proofErr w:type="spellStart"/>
      <w:r>
        <w:rPr>
          <w:szCs w:val="24"/>
          <w:lang w:val="ru-RU"/>
        </w:rPr>
        <w:t>серпня</w:t>
      </w:r>
      <w:proofErr w:type="spellEnd"/>
      <w:r>
        <w:rPr>
          <w:szCs w:val="24"/>
          <w:lang w:val="uk-UA"/>
        </w:rPr>
        <w:t xml:space="preserve"> </w:t>
      </w:r>
      <w:r w:rsidRPr="00106514">
        <w:rPr>
          <w:szCs w:val="24"/>
          <w:lang w:val="ru-RU"/>
        </w:rPr>
        <w:t>20</w:t>
      </w:r>
      <w:r>
        <w:rPr>
          <w:szCs w:val="24"/>
          <w:lang w:val="uk-UA"/>
        </w:rPr>
        <w:t>26</w:t>
      </w:r>
      <w:r w:rsidRPr="003D7DE8">
        <w:rPr>
          <w:szCs w:val="24"/>
          <w:lang w:val="uk-UA"/>
        </w:rPr>
        <w:t xml:space="preserve"> </w:t>
      </w:r>
      <w:r w:rsidRPr="00106514">
        <w:rPr>
          <w:szCs w:val="24"/>
          <w:lang w:val="ru-RU"/>
        </w:rPr>
        <w:t>р</w:t>
      </w:r>
      <w:r w:rsidRPr="003D7DE8">
        <w:rPr>
          <w:szCs w:val="24"/>
          <w:lang w:val="uk-UA"/>
        </w:rPr>
        <w:t>.</w:t>
      </w:r>
      <w:r w:rsidRPr="003D7DE8">
        <w:rPr>
          <w:szCs w:val="24"/>
          <w:lang w:val="uk-UA"/>
        </w:rPr>
        <w:tab/>
      </w:r>
      <w:r w:rsidRPr="003D7DE8">
        <w:rPr>
          <w:szCs w:val="24"/>
          <w:lang w:val="uk-UA"/>
        </w:rPr>
        <w:tab/>
      </w:r>
      <w:r w:rsidRPr="00106514">
        <w:rPr>
          <w:szCs w:val="28"/>
          <w:lang w:val="ru-RU"/>
        </w:rPr>
        <w:t>м.</w:t>
      </w:r>
      <w:r w:rsidRPr="003D7DE8">
        <w:rPr>
          <w:szCs w:val="28"/>
          <w:lang w:val="uk-UA"/>
        </w:rPr>
        <w:t xml:space="preserve"> </w:t>
      </w:r>
      <w:r w:rsidRPr="00106514">
        <w:rPr>
          <w:szCs w:val="28"/>
          <w:lang w:val="ru-RU"/>
        </w:rPr>
        <w:t>Жмеринка</w:t>
      </w:r>
      <w:r w:rsidRPr="003D7DE8">
        <w:rPr>
          <w:szCs w:val="24"/>
          <w:lang w:val="uk-UA"/>
        </w:rPr>
        <w:t xml:space="preserve">                               </w:t>
      </w:r>
      <w:r w:rsidRPr="00106514">
        <w:rPr>
          <w:szCs w:val="24"/>
          <w:lang w:val="ru-RU"/>
        </w:rPr>
        <w:t>№</w:t>
      </w:r>
      <w:r w:rsidR="005D6E11">
        <w:rPr>
          <w:szCs w:val="24"/>
          <w:lang w:val="ru-RU"/>
        </w:rPr>
        <w:t>204-р</w:t>
      </w:r>
      <w:r w:rsidRPr="00106514">
        <w:rPr>
          <w:szCs w:val="24"/>
          <w:lang w:val="ru-RU"/>
        </w:rPr>
        <w:t xml:space="preserve">  </w:t>
      </w:r>
    </w:p>
    <w:p w14:paraId="188DF05B" w14:textId="77777777" w:rsidR="00CB0857" w:rsidRPr="00106514" w:rsidRDefault="00750F6D" w:rsidP="003B420F">
      <w:pPr>
        <w:keepNext/>
        <w:spacing w:before="320" w:after="280"/>
        <w:ind w:right="5669"/>
        <w:jc w:val="both"/>
        <w:rPr>
          <w:lang w:val="ru-RU"/>
        </w:rPr>
      </w:pPr>
      <w:r w:rsidRPr="00106514">
        <w:rPr>
          <w:color w:val="000000"/>
          <w:lang w:val="ru-RU"/>
        </w:rPr>
        <w:t xml:space="preserve">Про </w:t>
      </w:r>
      <w:proofErr w:type="spellStart"/>
      <w:r w:rsidRPr="00106514">
        <w:rPr>
          <w:color w:val="000000"/>
          <w:lang w:val="ru-RU"/>
        </w:rPr>
        <w:t>створення</w:t>
      </w:r>
      <w:proofErr w:type="spellEnd"/>
      <w:r w:rsidRPr="00106514">
        <w:rPr>
          <w:color w:val="000000"/>
          <w:lang w:val="ru-RU"/>
        </w:rPr>
        <w:t xml:space="preserve"> </w:t>
      </w:r>
      <w:proofErr w:type="spellStart"/>
      <w:r w:rsidRPr="00106514">
        <w:rPr>
          <w:color w:val="000000"/>
          <w:lang w:val="ru-RU"/>
        </w:rPr>
        <w:t>тимчасової</w:t>
      </w:r>
      <w:proofErr w:type="spellEnd"/>
      <w:r w:rsidRPr="00106514">
        <w:rPr>
          <w:color w:val="000000"/>
          <w:lang w:val="ru-RU"/>
        </w:rPr>
        <w:t xml:space="preserve"> </w:t>
      </w:r>
      <w:proofErr w:type="spellStart"/>
      <w:r w:rsidRPr="00106514">
        <w:rPr>
          <w:color w:val="000000"/>
          <w:lang w:val="ru-RU"/>
        </w:rPr>
        <w:t>комісії</w:t>
      </w:r>
      <w:proofErr w:type="spellEnd"/>
      <w:r w:rsidRPr="00106514">
        <w:rPr>
          <w:color w:val="000000"/>
          <w:lang w:val="ru-RU"/>
        </w:rPr>
        <w:t xml:space="preserve"> з </w:t>
      </w:r>
      <w:proofErr w:type="spellStart"/>
      <w:r w:rsidRPr="00106514">
        <w:rPr>
          <w:color w:val="000000"/>
          <w:lang w:val="ru-RU"/>
        </w:rPr>
        <w:t>обстеження</w:t>
      </w:r>
      <w:proofErr w:type="spellEnd"/>
      <w:r w:rsidRPr="00106514">
        <w:rPr>
          <w:color w:val="000000"/>
          <w:lang w:val="ru-RU"/>
        </w:rPr>
        <w:t xml:space="preserve"> </w:t>
      </w:r>
      <w:proofErr w:type="spellStart"/>
      <w:r w:rsidRPr="00106514">
        <w:rPr>
          <w:color w:val="000000"/>
          <w:lang w:val="ru-RU"/>
        </w:rPr>
        <w:t>території</w:t>
      </w:r>
      <w:proofErr w:type="spellEnd"/>
      <w:r w:rsidRPr="00106514">
        <w:rPr>
          <w:color w:val="000000"/>
          <w:lang w:val="ru-RU"/>
        </w:rPr>
        <w:t xml:space="preserve"> </w:t>
      </w:r>
      <w:proofErr w:type="spellStart"/>
      <w:r w:rsidRPr="00106514">
        <w:rPr>
          <w:color w:val="000000"/>
          <w:lang w:val="ru-RU"/>
        </w:rPr>
        <w:t>міста</w:t>
      </w:r>
      <w:proofErr w:type="spellEnd"/>
      <w:r w:rsidRPr="00106514">
        <w:rPr>
          <w:color w:val="000000"/>
          <w:lang w:val="ru-RU"/>
        </w:rPr>
        <w:t xml:space="preserve"> Жмеринка </w:t>
      </w:r>
      <w:r w:rsidR="003B420F">
        <w:rPr>
          <w:color w:val="000000"/>
          <w:lang w:val="ru-RU"/>
        </w:rPr>
        <w:t xml:space="preserve">та </w:t>
      </w:r>
      <w:proofErr w:type="spellStart"/>
      <w:r w:rsidR="003B420F">
        <w:rPr>
          <w:color w:val="000000"/>
          <w:lang w:val="ru-RU"/>
        </w:rPr>
        <w:t>наближених</w:t>
      </w:r>
      <w:proofErr w:type="spellEnd"/>
      <w:r w:rsidR="003B420F">
        <w:rPr>
          <w:color w:val="000000"/>
          <w:lang w:val="ru-RU"/>
        </w:rPr>
        <w:t xml:space="preserve"> до </w:t>
      </w:r>
      <w:proofErr w:type="spellStart"/>
      <w:r w:rsidR="003B420F">
        <w:rPr>
          <w:color w:val="000000"/>
          <w:lang w:val="ru-RU"/>
        </w:rPr>
        <w:t>міста</w:t>
      </w:r>
      <w:proofErr w:type="spellEnd"/>
      <w:r w:rsidR="003B420F">
        <w:rPr>
          <w:color w:val="000000"/>
          <w:lang w:val="ru-RU"/>
        </w:rPr>
        <w:t xml:space="preserve"> </w:t>
      </w:r>
      <w:proofErr w:type="spellStart"/>
      <w:r w:rsidR="003B420F">
        <w:rPr>
          <w:color w:val="000000"/>
          <w:lang w:val="ru-RU"/>
        </w:rPr>
        <w:t>населених</w:t>
      </w:r>
      <w:proofErr w:type="spellEnd"/>
      <w:r w:rsidR="003B420F">
        <w:rPr>
          <w:color w:val="000000"/>
          <w:lang w:val="ru-RU"/>
        </w:rPr>
        <w:t xml:space="preserve"> </w:t>
      </w:r>
      <w:proofErr w:type="spellStart"/>
      <w:r w:rsidR="003B420F">
        <w:rPr>
          <w:color w:val="000000"/>
          <w:lang w:val="ru-RU"/>
        </w:rPr>
        <w:t>пунктів</w:t>
      </w:r>
      <w:proofErr w:type="spellEnd"/>
      <w:r w:rsidR="003B420F">
        <w:rPr>
          <w:color w:val="000000"/>
          <w:lang w:val="ru-RU"/>
        </w:rPr>
        <w:t xml:space="preserve"> </w:t>
      </w:r>
      <w:r w:rsidRPr="00106514">
        <w:rPr>
          <w:color w:val="000000"/>
          <w:lang w:val="ru-RU"/>
        </w:rPr>
        <w:t xml:space="preserve">у </w:t>
      </w:r>
      <w:proofErr w:type="spellStart"/>
      <w:r w:rsidRPr="00106514">
        <w:rPr>
          <w:color w:val="000000"/>
          <w:lang w:val="ru-RU"/>
        </w:rPr>
        <w:t>зв’язку</w:t>
      </w:r>
      <w:proofErr w:type="spellEnd"/>
      <w:r w:rsidRPr="00106514">
        <w:rPr>
          <w:color w:val="000000"/>
          <w:lang w:val="ru-RU"/>
        </w:rPr>
        <w:t xml:space="preserve"> </w:t>
      </w:r>
      <w:r w:rsidR="001C1F30" w:rsidRPr="00106514">
        <w:rPr>
          <w:color w:val="000000"/>
          <w:lang w:val="ru-RU"/>
        </w:rPr>
        <w:t xml:space="preserve">з </w:t>
      </w:r>
      <w:proofErr w:type="spellStart"/>
      <w:r w:rsidRPr="00106514">
        <w:rPr>
          <w:color w:val="000000"/>
          <w:lang w:val="ru-RU"/>
        </w:rPr>
        <w:t>зверненнями</w:t>
      </w:r>
      <w:proofErr w:type="spellEnd"/>
      <w:r w:rsidRPr="00106514">
        <w:rPr>
          <w:color w:val="000000"/>
          <w:lang w:val="ru-RU"/>
        </w:rPr>
        <w:t xml:space="preserve"> </w:t>
      </w:r>
      <w:proofErr w:type="spellStart"/>
      <w:r w:rsidRPr="00106514">
        <w:rPr>
          <w:color w:val="000000"/>
          <w:lang w:val="ru-RU"/>
        </w:rPr>
        <w:t>громадян</w:t>
      </w:r>
      <w:proofErr w:type="spellEnd"/>
      <w:r w:rsidRPr="00106514">
        <w:rPr>
          <w:color w:val="000000"/>
          <w:lang w:val="ru-RU"/>
        </w:rPr>
        <w:t xml:space="preserve"> </w:t>
      </w:r>
      <w:proofErr w:type="spellStart"/>
      <w:r w:rsidRPr="00106514">
        <w:rPr>
          <w:color w:val="000000"/>
          <w:lang w:val="ru-RU"/>
        </w:rPr>
        <w:t>щодо</w:t>
      </w:r>
      <w:proofErr w:type="spellEnd"/>
      <w:r w:rsidRPr="00106514">
        <w:rPr>
          <w:color w:val="000000"/>
          <w:lang w:val="ru-RU"/>
        </w:rPr>
        <w:t xml:space="preserve"> </w:t>
      </w:r>
      <w:proofErr w:type="spellStart"/>
      <w:r w:rsidRPr="00106514">
        <w:rPr>
          <w:color w:val="000000"/>
          <w:lang w:val="ru-RU"/>
        </w:rPr>
        <w:t>неприємного</w:t>
      </w:r>
      <w:proofErr w:type="spellEnd"/>
      <w:r w:rsidRPr="00106514">
        <w:rPr>
          <w:color w:val="000000"/>
          <w:lang w:val="ru-RU"/>
        </w:rPr>
        <w:t xml:space="preserve"> запаху</w:t>
      </w:r>
    </w:p>
    <w:p w14:paraId="184A8F74" w14:textId="77777777" w:rsidR="003B420F" w:rsidRDefault="003B420F" w:rsidP="00F45512">
      <w:pPr>
        <w:spacing w:after="180"/>
        <w:ind w:right="140" w:firstLine="709"/>
        <w:jc w:val="both"/>
      </w:pPr>
      <w:proofErr w:type="spellStart"/>
      <w:r w:rsidRPr="003B420F">
        <w:rPr>
          <w:lang w:val="ru-RU"/>
        </w:rPr>
        <w:t>Враховуючи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усні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звернення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громадян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щодо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неприємного</w:t>
      </w:r>
      <w:proofErr w:type="spellEnd"/>
      <w:r w:rsidRPr="003B420F">
        <w:rPr>
          <w:lang w:val="ru-RU"/>
        </w:rPr>
        <w:t xml:space="preserve"> запаху на </w:t>
      </w:r>
      <w:proofErr w:type="spellStart"/>
      <w:r w:rsidRPr="003B420F">
        <w:rPr>
          <w:lang w:val="ru-RU"/>
        </w:rPr>
        <w:t>території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міста</w:t>
      </w:r>
      <w:proofErr w:type="spellEnd"/>
      <w:r w:rsidRPr="003B420F">
        <w:rPr>
          <w:lang w:val="ru-RU"/>
        </w:rPr>
        <w:t xml:space="preserve"> Жмеринка, з метою </w:t>
      </w:r>
      <w:proofErr w:type="spellStart"/>
      <w:r w:rsidRPr="003B420F">
        <w:rPr>
          <w:lang w:val="ru-RU"/>
        </w:rPr>
        <w:t>перевірки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викладених</w:t>
      </w:r>
      <w:proofErr w:type="spellEnd"/>
      <w:r w:rsidRPr="003B420F">
        <w:rPr>
          <w:lang w:val="ru-RU"/>
        </w:rPr>
        <w:t xml:space="preserve"> у </w:t>
      </w:r>
      <w:proofErr w:type="spellStart"/>
      <w:r w:rsidRPr="003B420F">
        <w:rPr>
          <w:lang w:val="ru-RU"/>
        </w:rPr>
        <w:t>зверненнях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фактів</w:t>
      </w:r>
      <w:proofErr w:type="spellEnd"/>
      <w:r w:rsidRPr="003B420F">
        <w:rPr>
          <w:lang w:val="ru-RU"/>
        </w:rPr>
        <w:t xml:space="preserve">, </w:t>
      </w:r>
      <w:proofErr w:type="spellStart"/>
      <w:r w:rsidRPr="003B420F">
        <w:rPr>
          <w:lang w:val="ru-RU"/>
        </w:rPr>
        <w:t>визначення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фактичної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наявності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або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відсутності</w:t>
      </w:r>
      <w:proofErr w:type="spellEnd"/>
      <w:r w:rsidRPr="003B420F">
        <w:rPr>
          <w:lang w:val="ru-RU"/>
        </w:rPr>
        <w:t xml:space="preserve"> запаху, </w:t>
      </w:r>
      <w:proofErr w:type="spellStart"/>
      <w:r w:rsidRPr="003B420F">
        <w:rPr>
          <w:lang w:val="ru-RU"/>
        </w:rPr>
        <w:t>місця</w:t>
      </w:r>
      <w:proofErr w:type="spellEnd"/>
      <w:r w:rsidRPr="003B420F">
        <w:rPr>
          <w:lang w:val="ru-RU"/>
        </w:rPr>
        <w:t xml:space="preserve"> та часу </w:t>
      </w:r>
      <w:proofErr w:type="spellStart"/>
      <w:r w:rsidRPr="003B420F">
        <w:rPr>
          <w:lang w:val="ru-RU"/>
        </w:rPr>
        <w:t>його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поширення</w:t>
      </w:r>
      <w:proofErr w:type="spellEnd"/>
      <w:r w:rsidRPr="003B420F">
        <w:rPr>
          <w:lang w:val="ru-RU"/>
        </w:rPr>
        <w:t xml:space="preserve">, </w:t>
      </w:r>
      <w:proofErr w:type="spellStart"/>
      <w:r w:rsidRPr="003B420F">
        <w:rPr>
          <w:lang w:val="ru-RU"/>
        </w:rPr>
        <w:t>керуючись</w:t>
      </w:r>
      <w:proofErr w:type="spellEnd"/>
      <w:r w:rsidRPr="003B420F">
        <w:rPr>
          <w:lang w:val="ru-RU"/>
        </w:rPr>
        <w:t xml:space="preserve"> пунктами 18, 20 </w:t>
      </w:r>
      <w:proofErr w:type="spellStart"/>
      <w:r w:rsidRPr="003B420F">
        <w:rPr>
          <w:lang w:val="ru-RU"/>
        </w:rPr>
        <w:t>частини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четвертої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статті</w:t>
      </w:r>
      <w:proofErr w:type="spellEnd"/>
      <w:r w:rsidRPr="003B420F">
        <w:rPr>
          <w:lang w:val="ru-RU"/>
        </w:rPr>
        <w:t xml:space="preserve"> 42 та пунктом 1 </w:t>
      </w:r>
      <w:proofErr w:type="spellStart"/>
      <w:r w:rsidRPr="003B420F">
        <w:rPr>
          <w:lang w:val="ru-RU"/>
        </w:rPr>
        <w:t>частини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третьої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статті</w:t>
      </w:r>
      <w:proofErr w:type="spellEnd"/>
      <w:r w:rsidRPr="003B420F">
        <w:rPr>
          <w:lang w:val="ru-RU"/>
        </w:rPr>
        <w:t xml:space="preserve"> 50 Закону </w:t>
      </w:r>
      <w:proofErr w:type="spellStart"/>
      <w:r w:rsidRPr="003B420F">
        <w:rPr>
          <w:lang w:val="ru-RU"/>
        </w:rPr>
        <w:t>України</w:t>
      </w:r>
      <w:proofErr w:type="spellEnd"/>
      <w:r w:rsidRPr="003B420F">
        <w:rPr>
          <w:lang w:val="ru-RU"/>
        </w:rPr>
        <w:t xml:space="preserve"> «Про </w:t>
      </w:r>
      <w:proofErr w:type="spellStart"/>
      <w:r w:rsidRPr="003B420F">
        <w:rPr>
          <w:lang w:val="ru-RU"/>
        </w:rPr>
        <w:t>місцеве</w:t>
      </w:r>
      <w:proofErr w:type="spellEnd"/>
      <w:r w:rsidRPr="003B420F">
        <w:rPr>
          <w:lang w:val="ru-RU"/>
        </w:rPr>
        <w:t xml:space="preserve"> </w:t>
      </w:r>
      <w:proofErr w:type="spellStart"/>
      <w:r w:rsidRPr="003B420F">
        <w:rPr>
          <w:lang w:val="ru-RU"/>
        </w:rPr>
        <w:t>самоврядування</w:t>
      </w:r>
      <w:proofErr w:type="spellEnd"/>
      <w:r w:rsidRPr="003B420F">
        <w:rPr>
          <w:lang w:val="ru-RU"/>
        </w:rPr>
        <w:t xml:space="preserve"> в </w:t>
      </w:r>
      <w:proofErr w:type="spellStart"/>
      <w:r w:rsidRPr="003B420F">
        <w:rPr>
          <w:lang w:val="ru-RU"/>
        </w:rPr>
        <w:t>Україні</w:t>
      </w:r>
      <w:proofErr w:type="spellEnd"/>
      <w:r w:rsidRPr="003B420F">
        <w:rPr>
          <w:lang w:val="ru-RU"/>
        </w:rPr>
        <w:t xml:space="preserve">», </w:t>
      </w:r>
      <w:proofErr w:type="spellStart"/>
      <w:r w:rsidRPr="003B420F">
        <w:rPr>
          <w:lang w:val="ru-RU"/>
        </w:rPr>
        <w:t>статтею</w:t>
      </w:r>
      <w:proofErr w:type="spellEnd"/>
      <w:r w:rsidRPr="003B420F">
        <w:rPr>
          <w:lang w:val="ru-RU"/>
        </w:rPr>
        <w:t xml:space="preserve"> </w:t>
      </w:r>
      <w:r>
        <w:t xml:space="preserve">5 </w:t>
      </w:r>
      <w:proofErr w:type="spellStart"/>
      <w:r>
        <w:t>Закону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«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звернення</w:t>
      </w:r>
      <w:proofErr w:type="spellEnd"/>
      <w:r>
        <w:t xml:space="preserve"> </w:t>
      </w:r>
      <w:proofErr w:type="spellStart"/>
      <w:r>
        <w:t>громадян</w:t>
      </w:r>
      <w:proofErr w:type="spellEnd"/>
      <w:r>
        <w:t>»:</w:t>
      </w:r>
    </w:p>
    <w:p w14:paraId="7F6E180C" w14:textId="77777777" w:rsidR="00CB0857" w:rsidRDefault="00750F6D" w:rsidP="00F45512">
      <w:pPr>
        <w:keepLines/>
        <w:numPr>
          <w:ilvl w:val="0"/>
          <w:numId w:val="1"/>
        </w:numPr>
        <w:ind w:right="140"/>
        <w:jc w:val="both"/>
      </w:pPr>
      <w:proofErr w:type="spellStart"/>
      <w:r>
        <w:rPr>
          <w:color w:val="000000"/>
        </w:rPr>
        <w:t>Створити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тимчасову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комісію</w:t>
      </w:r>
      <w:proofErr w:type="spellEnd"/>
      <w:r>
        <w:rPr>
          <w:color w:val="000000"/>
        </w:rPr>
        <w:t xml:space="preserve"> з </w:t>
      </w:r>
      <w:proofErr w:type="spellStart"/>
      <w:r>
        <w:rPr>
          <w:color w:val="000000"/>
        </w:rPr>
        <w:t>обстеження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терит</w:t>
      </w:r>
      <w:r w:rsidR="001C1F30">
        <w:rPr>
          <w:color w:val="000000"/>
        </w:rPr>
        <w:t>орії</w:t>
      </w:r>
      <w:proofErr w:type="spellEnd"/>
      <w:r w:rsidR="001C1F30">
        <w:rPr>
          <w:color w:val="000000"/>
        </w:rPr>
        <w:t xml:space="preserve"> </w:t>
      </w:r>
      <w:proofErr w:type="spellStart"/>
      <w:r w:rsidR="001C1F30">
        <w:rPr>
          <w:color w:val="000000"/>
        </w:rPr>
        <w:t>міста</w:t>
      </w:r>
      <w:proofErr w:type="spellEnd"/>
      <w:r w:rsidR="001C1F30">
        <w:rPr>
          <w:color w:val="000000"/>
        </w:rPr>
        <w:t xml:space="preserve"> </w:t>
      </w:r>
      <w:proofErr w:type="spellStart"/>
      <w:r w:rsidR="001C1F30">
        <w:rPr>
          <w:color w:val="000000"/>
        </w:rPr>
        <w:t>Жмеринка</w:t>
      </w:r>
      <w:proofErr w:type="spellEnd"/>
      <w:r w:rsidR="003B420F">
        <w:rPr>
          <w:color w:val="000000"/>
          <w:lang w:val="uk-UA"/>
        </w:rPr>
        <w:t xml:space="preserve"> та наближених до міста населених пунктів</w:t>
      </w:r>
      <w:r w:rsidR="001C1F30">
        <w:rPr>
          <w:color w:val="000000"/>
        </w:rPr>
        <w:t xml:space="preserve"> у </w:t>
      </w:r>
      <w:proofErr w:type="spellStart"/>
      <w:r w:rsidR="001C1F30">
        <w:rPr>
          <w:color w:val="000000"/>
        </w:rPr>
        <w:t>зв’язку</w:t>
      </w:r>
      <w:proofErr w:type="spellEnd"/>
      <w:r w:rsidR="001C1F30">
        <w:rPr>
          <w:color w:val="000000"/>
        </w:rPr>
        <w:t xml:space="preserve"> з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зверненнями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громадян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щодо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неприємного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запаху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затвердити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її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склад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згідно</w:t>
      </w:r>
      <w:proofErr w:type="spellEnd"/>
      <w:r>
        <w:rPr>
          <w:color w:val="000000"/>
        </w:rPr>
        <w:t xml:space="preserve"> з </w:t>
      </w:r>
      <w:proofErr w:type="spellStart"/>
      <w:r>
        <w:rPr>
          <w:color w:val="000000"/>
        </w:rPr>
        <w:t>додатком</w:t>
      </w:r>
      <w:proofErr w:type="spellEnd"/>
      <w:r>
        <w:rPr>
          <w:color w:val="000000"/>
        </w:rPr>
        <w:t>.</w:t>
      </w:r>
    </w:p>
    <w:p w14:paraId="3D9D8C6E" w14:textId="77777777" w:rsidR="00CB0857" w:rsidRDefault="00750F6D" w:rsidP="00F45512">
      <w:pPr>
        <w:keepNext/>
        <w:keepLines/>
        <w:numPr>
          <w:ilvl w:val="0"/>
          <w:numId w:val="1"/>
        </w:numPr>
        <w:ind w:right="140"/>
        <w:jc w:val="both"/>
      </w:pPr>
      <w:proofErr w:type="spellStart"/>
      <w:r>
        <w:rPr>
          <w:color w:val="000000"/>
        </w:rPr>
        <w:t>Тимчасовій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комісії</w:t>
      </w:r>
      <w:proofErr w:type="spellEnd"/>
      <w:r>
        <w:rPr>
          <w:color w:val="000000"/>
        </w:rPr>
        <w:t>:</w:t>
      </w:r>
    </w:p>
    <w:p w14:paraId="60212C67" w14:textId="77777777" w:rsidR="00106514" w:rsidRPr="00106514" w:rsidRDefault="00875091" w:rsidP="004A2D2B">
      <w:pPr>
        <w:keepLines/>
        <w:numPr>
          <w:ilvl w:val="1"/>
          <w:numId w:val="1"/>
        </w:numPr>
        <w:tabs>
          <w:tab w:val="num" w:pos="720"/>
        </w:tabs>
        <w:ind w:right="140"/>
        <w:jc w:val="both"/>
        <w:rPr>
          <w:lang w:val="ru-RU"/>
        </w:rPr>
      </w:pPr>
      <w:r>
        <w:rPr>
          <w:color w:val="000000"/>
          <w:lang w:val="uk-UA"/>
        </w:rPr>
        <w:t>Н</w:t>
      </w:r>
      <w:r w:rsidR="00750F6D" w:rsidRPr="00106514">
        <w:rPr>
          <w:color w:val="000000"/>
          <w:lang w:val="ru-RU"/>
        </w:rPr>
        <w:t xml:space="preserve">е </w:t>
      </w:r>
      <w:proofErr w:type="spellStart"/>
      <w:r w:rsidR="00750F6D" w:rsidRPr="00106514">
        <w:rPr>
          <w:color w:val="000000"/>
          <w:lang w:val="ru-RU"/>
        </w:rPr>
        <w:t>пізніше</w:t>
      </w:r>
      <w:proofErr w:type="spellEnd"/>
      <w:r w:rsidR="00750F6D" w:rsidRPr="00106514">
        <w:rPr>
          <w:color w:val="000000"/>
          <w:lang w:val="ru-RU"/>
        </w:rPr>
        <w:t xml:space="preserve"> </w:t>
      </w:r>
      <w:proofErr w:type="spellStart"/>
      <w:r w:rsidR="00750F6D" w:rsidRPr="00106514">
        <w:rPr>
          <w:color w:val="000000"/>
          <w:lang w:val="ru-RU"/>
        </w:rPr>
        <w:t>наступного</w:t>
      </w:r>
      <w:proofErr w:type="spellEnd"/>
      <w:r w:rsidR="00750F6D" w:rsidRPr="00106514">
        <w:rPr>
          <w:color w:val="000000"/>
          <w:lang w:val="ru-RU"/>
        </w:rPr>
        <w:t xml:space="preserve"> </w:t>
      </w:r>
      <w:proofErr w:type="spellStart"/>
      <w:r w:rsidR="00750F6D" w:rsidRPr="00106514">
        <w:rPr>
          <w:color w:val="000000"/>
          <w:lang w:val="ru-RU"/>
        </w:rPr>
        <w:t>робочого</w:t>
      </w:r>
      <w:proofErr w:type="spellEnd"/>
      <w:r w:rsidR="00750F6D" w:rsidRPr="00106514">
        <w:rPr>
          <w:color w:val="000000"/>
          <w:lang w:val="ru-RU"/>
        </w:rPr>
        <w:t xml:space="preserve"> дня </w:t>
      </w:r>
      <w:proofErr w:type="spellStart"/>
      <w:r w:rsidR="00750F6D" w:rsidRPr="00106514">
        <w:rPr>
          <w:color w:val="000000"/>
          <w:lang w:val="ru-RU"/>
        </w:rPr>
        <w:t>після</w:t>
      </w:r>
      <w:proofErr w:type="spellEnd"/>
      <w:r w:rsidR="00750F6D" w:rsidRPr="00106514">
        <w:rPr>
          <w:color w:val="000000"/>
          <w:lang w:val="ru-RU"/>
        </w:rPr>
        <w:t xml:space="preserve"> </w:t>
      </w:r>
      <w:proofErr w:type="spellStart"/>
      <w:r w:rsidR="00750F6D" w:rsidRPr="00106514">
        <w:rPr>
          <w:color w:val="000000"/>
          <w:lang w:val="ru-RU"/>
        </w:rPr>
        <w:t>видання</w:t>
      </w:r>
      <w:proofErr w:type="spellEnd"/>
      <w:r w:rsidR="00750F6D" w:rsidRPr="00106514">
        <w:rPr>
          <w:color w:val="000000"/>
          <w:lang w:val="ru-RU"/>
        </w:rPr>
        <w:t xml:space="preserve"> </w:t>
      </w:r>
      <w:proofErr w:type="spellStart"/>
      <w:r w:rsidR="00750F6D" w:rsidRPr="00106514">
        <w:rPr>
          <w:color w:val="000000"/>
          <w:lang w:val="ru-RU"/>
        </w:rPr>
        <w:t>цього</w:t>
      </w:r>
      <w:proofErr w:type="spellEnd"/>
      <w:r w:rsidR="00750F6D" w:rsidRPr="00106514">
        <w:rPr>
          <w:color w:val="000000"/>
          <w:lang w:val="ru-RU"/>
        </w:rPr>
        <w:t xml:space="preserve"> </w:t>
      </w:r>
      <w:proofErr w:type="spellStart"/>
      <w:r w:rsidR="00750F6D" w:rsidRPr="00106514">
        <w:rPr>
          <w:color w:val="000000"/>
          <w:lang w:val="ru-RU"/>
        </w:rPr>
        <w:t>розпорядження</w:t>
      </w:r>
      <w:proofErr w:type="spellEnd"/>
      <w:r w:rsidR="00750F6D" w:rsidRPr="00106514">
        <w:rPr>
          <w:color w:val="000000"/>
          <w:lang w:val="ru-RU"/>
        </w:rPr>
        <w:t xml:space="preserve"> </w:t>
      </w:r>
      <w:proofErr w:type="spellStart"/>
      <w:r w:rsidR="00750F6D" w:rsidRPr="00106514">
        <w:rPr>
          <w:color w:val="000000"/>
          <w:lang w:val="ru-RU"/>
        </w:rPr>
        <w:t>визначити</w:t>
      </w:r>
      <w:proofErr w:type="spellEnd"/>
      <w:r w:rsidR="00750F6D" w:rsidRPr="00106514">
        <w:rPr>
          <w:color w:val="000000"/>
          <w:lang w:val="ru-RU"/>
        </w:rPr>
        <w:t xml:space="preserve"> маршрут і </w:t>
      </w:r>
      <w:proofErr w:type="spellStart"/>
      <w:r w:rsidR="00750F6D" w:rsidRPr="00106514">
        <w:rPr>
          <w:color w:val="000000"/>
          <w:lang w:val="ru-RU"/>
        </w:rPr>
        <w:t>контрольні</w:t>
      </w:r>
      <w:proofErr w:type="spellEnd"/>
      <w:r w:rsidR="00750F6D" w:rsidRPr="00106514">
        <w:rPr>
          <w:color w:val="000000"/>
          <w:lang w:val="ru-RU"/>
        </w:rPr>
        <w:t xml:space="preserve"> точки та провести </w:t>
      </w:r>
      <w:proofErr w:type="spellStart"/>
      <w:r w:rsidR="00750F6D" w:rsidRPr="00106514">
        <w:rPr>
          <w:color w:val="000000"/>
          <w:lang w:val="ru-RU"/>
        </w:rPr>
        <w:t>обстеження</w:t>
      </w:r>
      <w:proofErr w:type="spellEnd"/>
      <w:r w:rsidR="00750F6D" w:rsidRPr="00106514">
        <w:rPr>
          <w:color w:val="000000"/>
          <w:lang w:val="ru-RU"/>
        </w:rPr>
        <w:t xml:space="preserve"> </w:t>
      </w:r>
      <w:proofErr w:type="spellStart"/>
      <w:r w:rsidR="00750F6D" w:rsidRPr="00106514">
        <w:rPr>
          <w:color w:val="000000"/>
          <w:lang w:val="ru-RU"/>
        </w:rPr>
        <w:t>територій</w:t>
      </w:r>
      <w:proofErr w:type="spellEnd"/>
      <w:r w:rsidR="00750F6D" w:rsidRPr="00106514">
        <w:rPr>
          <w:color w:val="000000"/>
          <w:lang w:val="ru-RU"/>
        </w:rPr>
        <w:t xml:space="preserve">, </w:t>
      </w:r>
      <w:proofErr w:type="spellStart"/>
      <w:r w:rsidR="00750F6D" w:rsidRPr="00106514">
        <w:rPr>
          <w:color w:val="000000"/>
          <w:lang w:val="ru-RU"/>
        </w:rPr>
        <w:t>зазначених</w:t>
      </w:r>
      <w:proofErr w:type="spellEnd"/>
      <w:r w:rsidR="00750F6D" w:rsidRPr="00106514">
        <w:rPr>
          <w:color w:val="000000"/>
          <w:lang w:val="ru-RU"/>
        </w:rPr>
        <w:t xml:space="preserve"> у </w:t>
      </w:r>
      <w:proofErr w:type="spellStart"/>
      <w:r w:rsidR="00750F6D" w:rsidRPr="00106514">
        <w:rPr>
          <w:color w:val="000000"/>
          <w:lang w:val="ru-RU"/>
        </w:rPr>
        <w:t>зверненнях</w:t>
      </w:r>
      <w:proofErr w:type="spellEnd"/>
      <w:r w:rsidR="00750F6D" w:rsidRPr="00106514">
        <w:rPr>
          <w:color w:val="000000"/>
          <w:lang w:val="ru-RU"/>
        </w:rPr>
        <w:t xml:space="preserve">, і </w:t>
      </w:r>
      <w:proofErr w:type="spellStart"/>
      <w:r w:rsidR="00750F6D" w:rsidRPr="00106514">
        <w:rPr>
          <w:color w:val="000000"/>
          <w:lang w:val="ru-RU"/>
        </w:rPr>
        <w:t>прилегло</w:t>
      </w:r>
      <w:r w:rsidR="003B420F">
        <w:rPr>
          <w:color w:val="000000"/>
          <w:lang w:val="ru-RU"/>
        </w:rPr>
        <w:t>ї</w:t>
      </w:r>
      <w:proofErr w:type="spellEnd"/>
      <w:r w:rsidR="003B420F">
        <w:rPr>
          <w:color w:val="000000"/>
          <w:lang w:val="ru-RU"/>
        </w:rPr>
        <w:t xml:space="preserve"> </w:t>
      </w:r>
      <w:proofErr w:type="spellStart"/>
      <w:r w:rsidR="003B420F">
        <w:rPr>
          <w:color w:val="000000"/>
          <w:lang w:val="ru-RU"/>
        </w:rPr>
        <w:t>місцевості</w:t>
      </w:r>
      <w:proofErr w:type="spellEnd"/>
      <w:r w:rsidR="00750F6D" w:rsidRPr="00106514">
        <w:rPr>
          <w:color w:val="000000"/>
          <w:lang w:val="ru-RU"/>
        </w:rPr>
        <w:t xml:space="preserve">. </w:t>
      </w:r>
      <w:proofErr w:type="spellStart"/>
      <w:r w:rsidR="00750F6D" w:rsidRPr="00106514">
        <w:rPr>
          <w:color w:val="000000"/>
          <w:lang w:val="ru-RU"/>
        </w:rPr>
        <w:t>Якщо</w:t>
      </w:r>
      <w:proofErr w:type="spellEnd"/>
      <w:r w:rsidR="00750F6D" w:rsidRPr="00106514">
        <w:rPr>
          <w:color w:val="000000"/>
          <w:lang w:val="ru-RU"/>
        </w:rPr>
        <w:t xml:space="preserve"> </w:t>
      </w:r>
      <w:proofErr w:type="spellStart"/>
      <w:r w:rsidR="00750F6D" w:rsidRPr="00106514">
        <w:rPr>
          <w:color w:val="000000"/>
          <w:lang w:val="ru-RU"/>
        </w:rPr>
        <w:t>під</w:t>
      </w:r>
      <w:proofErr w:type="spellEnd"/>
      <w:r w:rsidR="00750F6D" w:rsidRPr="00106514">
        <w:rPr>
          <w:color w:val="000000"/>
          <w:lang w:val="ru-RU"/>
        </w:rPr>
        <w:t xml:space="preserve"> час </w:t>
      </w:r>
      <w:proofErr w:type="spellStart"/>
      <w:r w:rsidR="00750F6D" w:rsidRPr="00106514">
        <w:rPr>
          <w:color w:val="000000"/>
          <w:lang w:val="ru-RU"/>
        </w:rPr>
        <w:t>першого</w:t>
      </w:r>
      <w:proofErr w:type="spellEnd"/>
      <w:r w:rsidR="00750F6D" w:rsidRPr="00106514">
        <w:rPr>
          <w:color w:val="000000"/>
          <w:lang w:val="ru-RU"/>
        </w:rPr>
        <w:t xml:space="preserve"> </w:t>
      </w:r>
      <w:proofErr w:type="spellStart"/>
      <w:r w:rsidR="00750F6D" w:rsidRPr="00106514">
        <w:rPr>
          <w:color w:val="000000"/>
          <w:lang w:val="ru-RU"/>
        </w:rPr>
        <w:t>обстеження</w:t>
      </w:r>
      <w:proofErr w:type="spellEnd"/>
      <w:r w:rsidR="00750F6D" w:rsidRPr="00106514">
        <w:rPr>
          <w:color w:val="000000"/>
          <w:lang w:val="ru-RU"/>
        </w:rPr>
        <w:t xml:space="preserve"> </w:t>
      </w:r>
      <w:proofErr w:type="spellStart"/>
      <w:r w:rsidR="003B420F">
        <w:rPr>
          <w:color w:val="000000"/>
          <w:lang w:val="ru-RU"/>
        </w:rPr>
        <w:t>джерел</w:t>
      </w:r>
      <w:proofErr w:type="spellEnd"/>
      <w:r w:rsidR="003B420F">
        <w:rPr>
          <w:color w:val="000000"/>
          <w:lang w:val="ru-RU"/>
        </w:rPr>
        <w:t xml:space="preserve"> запаху не </w:t>
      </w:r>
      <w:proofErr w:type="spellStart"/>
      <w:r w:rsidR="003B420F">
        <w:rPr>
          <w:color w:val="000000"/>
          <w:lang w:val="ru-RU"/>
        </w:rPr>
        <w:t>виявленно</w:t>
      </w:r>
      <w:proofErr w:type="spellEnd"/>
      <w:r w:rsidR="00750F6D" w:rsidRPr="00106514">
        <w:rPr>
          <w:color w:val="000000"/>
          <w:lang w:val="ru-RU"/>
        </w:rPr>
        <w:t xml:space="preserve">, за потреби провести </w:t>
      </w:r>
      <w:proofErr w:type="spellStart"/>
      <w:r w:rsidR="00750F6D" w:rsidRPr="00106514">
        <w:rPr>
          <w:color w:val="000000"/>
          <w:lang w:val="ru-RU"/>
        </w:rPr>
        <w:t>повторні</w:t>
      </w:r>
      <w:proofErr w:type="spellEnd"/>
      <w:r w:rsidR="00750F6D" w:rsidRPr="00106514">
        <w:rPr>
          <w:color w:val="000000"/>
          <w:lang w:val="ru-RU"/>
        </w:rPr>
        <w:t xml:space="preserve"> </w:t>
      </w:r>
      <w:proofErr w:type="spellStart"/>
      <w:r w:rsidR="00750F6D" w:rsidRPr="00106514">
        <w:rPr>
          <w:color w:val="000000"/>
          <w:lang w:val="ru-RU"/>
        </w:rPr>
        <w:t>обстеження</w:t>
      </w:r>
      <w:proofErr w:type="spellEnd"/>
      <w:r w:rsidR="00750F6D" w:rsidRPr="00106514">
        <w:rPr>
          <w:color w:val="000000"/>
          <w:lang w:val="ru-RU"/>
        </w:rPr>
        <w:t xml:space="preserve"> </w:t>
      </w:r>
      <w:proofErr w:type="spellStart"/>
      <w:r w:rsidR="00750F6D" w:rsidRPr="00106514">
        <w:rPr>
          <w:color w:val="000000"/>
          <w:lang w:val="ru-RU"/>
        </w:rPr>
        <w:t>протягом</w:t>
      </w:r>
      <w:proofErr w:type="spellEnd"/>
      <w:r w:rsidR="00750F6D" w:rsidRPr="00106514">
        <w:rPr>
          <w:color w:val="000000"/>
          <w:lang w:val="ru-RU"/>
        </w:rPr>
        <w:t xml:space="preserve"> семи </w:t>
      </w:r>
      <w:proofErr w:type="spellStart"/>
      <w:r w:rsidR="00750F6D" w:rsidRPr="00106514">
        <w:rPr>
          <w:color w:val="000000"/>
          <w:lang w:val="ru-RU"/>
        </w:rPr>
        <w:t>календарних</w:t>
      </w:r>
      <w:proofErr w:type="spellEnd"/>
      <w:r w:rsidR="00750F6D" w:rsidRPr="00106514">
        <w:rPr>
          <w:color w:val="000000"/>
          <w:lang w:val="ru-RU"/>
        </w:rPr>
        <w:t xml:space="preserve"> </w:t>
      </w:r>
      <w:proofErr w:type="spellStart"/>
      <w:r w:rsidR="00750F6D" w:rsidRPr="00106514">
        <w:rPr>
          <w:color w:val="000000"/>
          <w:lang w:val="ru-RU"/>
        </w:rPr>
        <w:t>днів</w:t>
      </w:r>
      <w:proofErr w:type="spellEnd"/>
      <w:r w:rsidR="00750F6D" w:rsidRPr="00106514">
        <w:rPr>
          <w:color w:val="000000"/>
          <w:lang w:val="ru-RU"/>
        </w:rPr>
        <w:t>;</w:t>
      </w:r>
    </w:p>
    <w:p w14:paraId="73B16074" w14:textId="77777777" w:rsidR="00CA07D3" w:rsidRDefault="00875091" w:rsidP="00CA07D3">
      <w:pPr>
        <w:keepLines/>
        <w:numPr>
          <w:ilvl w:val="1"/>
          <w:numId w:val="1"/>
        </w:numPr>
        <w:tabs>
          <w:tab w:val="num" w:pos="851"/>
        </w:tabs>
        <w:ind w:left="851" w:right="140"/>
        <w:jc w:val="both"/>
        <w:rPr>
          <w:lang w:val="ru-RU"/>
        </w:rPr>
      </w:pPr>
      <w:r>
        <w:rPr>
          <w:color w:val="000000"/>
          <w:lang w:val="ru-RU"/>
        </w:rPr>
        <w:t>З</w:t>
      </w:r>
      <w:r w:rsidR="00750F6D" w:rsidRPr="001C1F30">
        <w:rPr>
          <w:color w:val="000000"/>
          <w:lang w:val="ru-RU"/>
        </w:rPr>
        <w:t xml:space="preserve">а результатами </w:t>
      </w:r>
      <w:proofErr w:type="spellStart"/>
      <w:r w:rsidR="00750F6D" w:rsidRPr="001C1F30">
        <w:rPr>
          <w:color w:val="000000"/>
          <w:lang w:val="ru-RU"/>
        </w:rPr>
        <w:t>виїзду</w:t>
      </w:r>
      <w:proofErr w:type="spellEnd"/>
      <w:r w:rsidR="00750F6D" w:rsidRPr="001C1F30">
        <w:rPr>
          <w:color w:val="000000"/>
          <w:lang w:val="ru-RU"/>
        </w:rPr>
        <w:t xml:space="preserve"> </w:t>
      </w:r>
      <w:proofErr w:type="spellStart"/>
      <w:r w:rsidR="00750F6D" w:rsidRPr="001C1F30">
        <w:rPr>
          <w:color w:val="000000"/>
          <w:lang w:val="ru-RU"/>
        </w:rPr>
        <w:t>скласти</w:t>
      </w:r>
      <w:proofErr w:type="spellEnd"/>
      <w:r w:rsidR="00750F6D" w:rsidRPr="001C1F30">
        <w:rPr>
          <w:color w:val="000000"/>
          <w:lang w:val="ru-RU"/>
        </w:rPr>
        <w:t xml:space="preserve"> акт </w:t>
      </w:r>
      <w:proofErr w:type="spellStart"/>
      <w:r w:rsidR="00750F6D" w:rsidRPr="001C1F30">
        <w:rPr>
          <w:color w:val="000000"/>
          <w:lang w:val="ru-RU"/>
        </w:rPr>
        <w:t>комісійного</w:t>
      </w:r>
      <w:proofErr w:type="spellEnd"/>
      <w:r w:rsidR="00750F6D" w:rsidRPr="001C1F30">
        <w:rPr>
          <w:color w:val="000000"/>
          <w:lang w:val="ru-RU"/>
        </w:rPr>
        <w:t xml:space="preserve"> </w:t>
      </w:r>
      <w:proofErr w:type="spellStart"/>
      <w:r w:rsidR="00750F6D" w:rsidRPr="001C1F30">
        <w:rPr>
          <w:color w:val="000000"/>
          <w:lang w:val="ru-RU"/>
        </w:rPr>
        <w:t>обстеження</w:t>
      </w:r>
      <w:proofErr w:type="spellEnd"/>
      <w:r w:rsidR="00750F6D" w:rsidRPr="001C1F30">
        <w:rPr>
          <w:color w:val="000000"/>
          <w:lang w:val="ru-RU"/>
        </w:rPr>
        <w:t xml:space="preserve">, у </w:t>
      </w:r>
      <w:proofErr w:type="spellStart"/>
      <w:r w:rsidR="00750F6D" w:rsidRPr="001C1F30">
        <w:rPr>
          <w:color w:val="000000"/>
          <w:lang w:val="ru-RU"/>
        </w:rPr>
        <w:t>якому</w:t>
      </w:r>
      <w:proofErr w:type="spellEnd"/>
      <w:r w:rsidR="00750F6D" w:rsidRPr="001C1F30">
        <w:rPr>
          <w:color w:val="000000"/>
          <w:lang w:val="ru-RU"/>
        </w:rPr>
        <w:t xml:space="preserve"> </w:t>
      </w:r>
      <w:proofErr w:type="spellStart"/>
      <w:r w:rsidR="00750F6D" w:rsidRPr="001C1F30">
        <w:rPr>
          <w:color w:val="000000"/>
          <w:lang w:val="ru-RU"/>
        </w:rPr>
        <w:t>зазначити</w:t>
      </w:r>
      <w:proofErr w:type="spellEnd"/>
      <w:r w:rsidR="00750F6D" w:rsidRPr="001C1F30">
        <w:rPr>
          <w:color w:val="000000"/>
          <w:lang w:val="ru-RU"/>
        </w:rPr>
        <w:t xml:space="preserve">, </w:t>
      </w:r>
      <w:proofErr w:type="spellStart"/>
      <w:r w:rsidR="00750F6D" w:rsidRPr="001C1F30">
        <w:rPr>
          <w:color w:val="000000"/>
          <w:lang w:val="ru-RU"/>
        </w:rPr>
        <w:t>чи</w:t>
      </w:r>
      <w:proofErr w:type="spellEnd"/>
      <w:r w:rsidR="00750F6D" w:rsidRPr="001C1F30">
        <w:rPr>
          <w:color w:val="000000"/>
          <w:lang w:val="ru-RU"/>
        </w:rPr>
        <w:t xml:space="preserve"> </w:t>
      </w:r>
      <w:proofErr w:type="spellStart"/>
      <w:r w:rsidR="00750F6D" w:rsidRPr="001C1F30">
        <w:rPr>
          <w:color w:val="000000"/>
          <w:lang w:val="ru-RU"/>
        </w:rPr>
        <w:t>підтверджено</w:t>
      </w:r>
      <w:proofErr w:type="spellEnd"/>
      <w:r w:rsidR="00750F6D" w:rsidRPr="001C1F30">
        <w:rPr>
          <w:color w:val="000000"/>
          <w:lang w:val="ru-RU"/>
        </w:rPr>
        <w:t xml:space="preserve"> </w:t>
      </w:r>
      <w:proofErr w:type="spellStart"/>
      <w:r w:rsidR="00750F6D" w:rsidRPr="001C1F30">
        <w:rPr>
          <w:color w:val="000000"/>
          <w:lang w:val="ru-RU"/>
        </w:rPr>
        <w:t>наявність</w:t>
      </w:r>
      <w:proofErr w:type="spellEnd"/>
      <w:r w:rsidR="00750F6D" w:rsidRPr="001C1F30">
        <w:rPr>
          <w:color w:val="000000"/>
          <w:lang w:val="ru-RU"/>
        </w:rPr>
        <w:t xml:space="preserve"> </w:t>
      </w:r>
      <w:proofErr w:type="spellStart"/>
      <w:r w:rsidR="00750F6D" w:rsidRPr="001C1F30">
        <w:rPr>
          <w:color w:val="000000"/>
          <w:lang w:val="ru-RU"/>
        </w:rPr>
        <w:t>неприємного</w:t>
      </w:r>
      <w:proofErr w:type="spellEnd"/>
      <w:r w:rsidR="00750F6D" w:rsidRPr="001C1F30">
        <w:rPr>
          <w:color w:val="000000"/>
          <w:lang w:val="ru-RU"/>
        </w:rPr>
        <w:t xml:space="preserve"> запаху на момент </w:t>
      </w:r>
      <w:proofErr w:type="spellStart"/>
      <w:r w:rsidR="00750F6D" w:rsidRPr="001C1F30">
        <w:rPr>
          <w:color w:val="000000"/>
          <w:lang w:val="ru-RU"/>
        </w:rPr>
        <w:t>обстеження</w:t>
      </w:r>
      <w:proofErr w:type="spellEnd"/>
      <w:r w:rsidR="00750F6D" w:rsidRPr="001C1F30">
        <w:rPr>
          <w:color w:val="000000"/>
          <w:lang w:val="ru-RU"/>
        </w:rPr>
        <w:t xml:space="preserve">, та </w:t>
      </w:r>
      <w:proofErr w:type="spellStart"/>
      <w:r w:rsidR="00750F6D" w:rsidRPr="001C1F30">
        <w:rPr>
          <w:color w:val="000000"/>
          <w:lang w:val="ru-RU"/>
        </w:rPr>
        <w:t>додати</w:t>
      </w:r>
      <w:proofErr w:type="spellEnd"/>
      <w:r w:rsidR="00750F6D" w:rsidRPr="001C1F30">
        <w:rPr>
          <w:color w:val="000000"/>
          <w:lang w:val="ru-RU"/>
        </w:rPr>
        <w:t xml:space="preserve"> </w:t>
      </w:r>
      <w:proofErr w:type="spellStart"/>
      <w:r w:rsidR="001C1F30">
        <w:rPr>
          <w:color w:val="000000"/>
          <w:lang w:val="ru-RU"/>
        </w:rPr>
        <w:t>адреси</w:t>
      </w:r>
      <w:proofErr w:type="spellEnd"/>
      <w:r w:rsidR="001C1F30">
        <w:rPr>
          <w:color w:val="000000"/>
          <w:lang w:val="ru-RU"/>
        </w:rPr>
        <w:t xml:space="preserve"> </w:t>
      </w:r>
      <w:r w:rsidR="00750F6D" w:rsidRPr="001C1F30">
        <w:rPr>
          <w:color w:val="000000"/>
          <w:lang w:val="ru-RU"/>
        </w:rPr>
        <w:t xml:space="preserve"> </w:t>
      </w:r>
      <w:proofErr w:type="spellStart"/>
      <w:r w:rsidR="00750F6D" w:rsidRPr="001C1F30">
        <w:rPr>
          <w:color w:val="000000"/>
          <w:lang w:val="ru-RU"/>
        </w:rPr>
        <w:t>обстеженої</w:t>
      </w:r>
      <w:proofErr w:type="spellEnd"/>
      <w:r w:rsidR="00750F6D" w:rsidRPr="001C1F30">
        <w:rPr>
          <w:color w:val="000000"/>
          <w:lang w:val="ru-RU"/>
        </w:rPr>
        <w:t xml:space="preserve"> </w:t>
      </w:r>
      <w:proofErr w:type="spellStart"/>
      <w:r w:rsidR="00750F6D" w:rsidRPr="001C1F30">
        <w:rPr>
          <w:color w:val="000000"/>
          <w:lang w:val="ru-RU"/>
        </w:rPr>
        <w:t>території</w:t>
      </w:r>
      <w:proofErr w:type="spellEnd"/>
      <w:r w:rsidR="00750F6D" w:rsidRPr="001C1F30">
        <w:rPr>
          <w:color w:val="000000"/>
          <w:lang w:val="ru-RU"/>
        </w:rPr>
        <w:t>;</w:t>
      </w:r>
    </w:p>
    <w:p w14:paraId="76CE37B3" w14:textId="77777777" w:rsidR="00CA07D3" w:rsidRPr="00CA07D3" w:rsidRDefault="00CA07D3" w:rsidP="00CA07D3">
      <w:pPr>
        <w:keepLines/>
        <w:numPr>
          <w:ilvl w:val="1"/>
          <w:numId w:val="1"/>
        </w:numPr>
        <w:tabs>
          <w:tab w:val="num" w:pos="851"/>
        </w:tabs>
        <w:ind w:left="851" w:right="140"/>
        <w:jc w:val="both"/>
        <w:rPr>
          <w:lang w:val="ru-RU"/>
        </w:rPr>
      </w:pPr>
      <w:r w:rsidRPr="00CA07D3">
        <w:rPr>
          <w:lang w:val="ru-RU"/>
        </w:rPr>
        <w:lastRenderedPageBreak/>
        <w:t xml:space="preserve">У </w:t>
      </w:r>
      <w:proofErr w:type="spellStart"/>
      <w:r w:rsidRPr="00CA07D3">
        <w:rPr>
          <w:lang w:val="ru-RU"/>
        </w:rPr>
        <w:t>разі</w:t>
      </w:r>
      <w:proofErr w:type="spellEnd"/>
      <w:r w:rsidRPr="00CA07D3">
        <w:rPr>
          <w:lang w:val="ru-RU"/>
        </w:rPr>
        <w:t xml:space="preserve"> </w:t>
      </w:r>
      <w:proofErr w:type="spellStart"/>
      <w:r w:rsidRPr="00CA07D3">
        <w:rPr>
          <w:lang w:val="ru-RU"/>
        </w:rPr>
        <w:t>підтвердження</w:t>
      </w:r>
      <w:proofErr w:type="spellEnd"/>
      <w:r w:rsidRPr="00CA07D3">
        <w:rPr>
          <w:lang w:val="ru-RU"/>
        </w:rPr>
        <w:t xml:space="preserve"> факту </w:t>
      </w:r>
      <w:proofErr w:type="spellStart"/>
      <w:r w:rsidRPr="00CA07D3">
        <w:rPr>
          <w:lang w:val="ru-RU"/>
        </w:rPr>
        <w:t>наявності</w:t>
      </w:r>
      <w:proofErr w:type="spellEnd"/>
      <w:r w:rsidRPr="00CA07D3">
        <w:rPr>
          <w:lang w:val="ru-RU"/>
        </w:rPr>
        <w:t xml:space="preserve"> </w:t>
      </w:r>
      <w:proofErr w:type="spellStart"/>
      <w:r w:rsidRPr="00CA07D3">
        <w:rPr>
          <w:lang w:val="ru-RU"/>
        </w:rPr>
        <w:t>неприємного</w:t>
      </w:r>
      <w:proofErr w:type="spellEnd"/>
      <w:r w:rsidRPr="00CA07D3">
        <w:rPr>
          <w:lang w:val="ru-RU"/>
        </w:rPr>
        <w:t xml:space="preserve"> запаху та </w:t>
      </w:r>
      <w:proofErr w:type="spellStart"/>
      <w:r w:rsidRPr="00CA07D3">
        <w:rPr>
          <w:lang w:val="ru-RU"/>
        </w:rPr>
        <w:t>виявлення</w:t>
      </w:r>
      <w:proofErr w:type="spellEnd"/>
      <w:r w:rsidRPr="00CA07D3">
        <w:rPr>
          <w:lang w:val="ru-RU"/>
        </w:rPr>
        <w:t xml:space="preserve"> </w:t>
      </w:r>
      <w:proofErr w:type="spellStart"/>
      <w:r w:rsidRPr="00CA07D3">
        <w:rPr>
          <w:lang w:val="ru-RU"/>
        </w:rPr>
        <w:t>ймовірного</w:t>
      </w:r>
      <w:proofErr w:type="spellEnd"/>
      <w:r w:rsidRPr="00CA07D3">
        <w:rPr>
          <w:lang w:val="ru-RU"/>
        </w:rPr>
        <w:t xml:space="preserve"> </w:t>
      </w:r>
      <w:proofErr w:type="spellStart"/>
      <w:r w:rsidRPr="00CA07D3">
        <w:rPr>
          <w:lang w:val="ru-RU"/>
        </w:rPr>
        <w:t>місця</w:t>
      </w:r>
      <w:proofErr w:type="spellEnd"/>
      <w:r w:rsidRPr="00CA07D3">
        <w:rPr>
          <w:lang w:val="ru-RU"/>
        </w:rPr>
        <w:t xml:space="preserve"> </w:t>
      </w:r>
      <w:proofErr w:type="spellStart"/>
      <w:r w:rsidRPr="00CA07D3">
        <w:rPr>
          <w:lang w:val="ru-RU"/>
        </w:rPr>
        <w:t>розташування</w:t>
      </w:r>
      <w:proofErr w:type="spellEnd"/>
      <w:r w:rsidRPr="00CA07D3">
        <w:rPr>
          <w:lang w:val="ru-RU"/>
        </w:rPr>
        <w:t xml:space="preserve"> </w:t>
      </w:r>
      <w:proofErr w:type="spellStart"/>
      <w:r w:rsidRPr="00CA07D3">
        <w:rPr>
          <w:lang w:val="ru-RU"/>
        </w:rPr>
        <w:t>його</w:t>
      </w:r>
      <w:proofErr w:type="spellEnd"/>
      <w:r w:rsidRPr="00CA07D3">
        <w:rPr>
          <w:lang w:val="ru-RU"/>
        </w:rPr>
        <w:t xml:space="preserve"> </w:t>
      </w:r>
      <w:proofErr w:type="spellStart"/>
      <w:r w:rsidRPr="00CA07D3">
        <w:rPr>
          <w:lang w:val="ru-RU"/>
        </w:rPr>
        <w:t>джерела</w:t>
      </w:r>
      <w:proofErr w:type="spellEnd"/>
      <w:r w:rsidRPr="00CA07D3">
        <w:rPr>
          <w:lang w:val="ru-RU"/>
        </w:rPr>
        <w:t xml:space="preserve"> подати </w:t>
      </w:r>
      <w:proofErr w:type="spellStart"/>
      <w:r w:rsidRPr="00CA07D3">
        <w:rPr>
          <w:lang w:val="ru-RU"/>
        </w:rPr>
        <w:t>керівництву</w:t>
      </w:r>
      <w:proofErr w:type="spellEnd"/>
      <w:r w:rsidRPr="00CA07D3">
        <w:rPr>
          <w:lang w:val="ru-RU"/>
        </w:rPr>
        <w:t xml:space="preserve"> </w:t>
      </w:r>
      <w:proofErr w:type="spellStart"/>
      <w:r w:rsidRPr="00CA07D3">
        <w:rPr>
          <w:lang w:val="ru-RU"/>
        </w:rPr>
        <w:t>міської</w:t>
      </w:r>
      <w:proofErr w:type="spellEnd"/>
      <w:r w:rsidRPr="00CA07D3">
        <w:rPr>
          <w:lang w:val="ru-RU"/>
        </w:rPr>
        <w:t xml:space="preserve"> ради акт </w:t>
      </w:r>
      <w:proofErr w:type="spellStart"/>
      <w:r w:rsidRPr="00CA07D3">
        <w:rPr>
          <w:lang w:val="ru-RU"/>
        </w:rPr>
        <w:t>обстеження</w:t>
      </w:r>
      <w:proofErr w:type="spellEnd"/>
      <w:r w:rsidRPr="00CA07D3">
        <w:rPr>
          <w:lang w:val="ru-RU"/>
        </w:rPr>
        <w:t xml:space="preserve"> й </w:t>
      </w:r>
      <w:proofErr w:type="spellStart"/>
      <w:r w:rsidRPr="00CA07D3">
        <w:rPr>
          <w:lang w:val="ru-RU"/>
        </w:rPr>
        <w:t>обґрунтовані</w:t>
      </w:r>
      <w:proofErr w:type="spellEnd"/>
      <w:r w:rsidRPr="00CA07D3">
        <w:rPr>
          <w:lang w:val="ru-RU"/>
        </w:rPr>
        <w:t xml:space="preserve"> </w:t>
      </w:r>
      <w:proofErr w:type="spellStart"/>
      <w:r w:rsidRPr="00CA07D3">
        <w:rPr>
          <w:lang w:val="ru-RU"/>
        </w:rPr>
        <w:t>пропозиції</w:t>
      </w:r>
      <w:proofErr w:type="spellEnd"/>
      <w:r w:rsidRPr="00CA07D3">
        <w:rPr>
          <w:lang w:val="ru-RU"/>
        </w:rPr>
        <w:t xml:space="preserve"> </w:t>
      </w:r>
      <w:proofErr w:type="spellStart"/>
      <w:r w:rsidRPr="00CA07D3">
        <w:rPr>
          <w:lang w:val="ru-RU"/>
        </w:rPr>
        <w:t>щодо</w:t>
      </w:r>
      <w:proofErr w:type="spellEnd"/>
      <w:r w:rsidRPr="00CA07D3">
        <w:rPr>
          <w:lang w:val="ru-RU"/>
        </w:rPr>
        <w:t xml:space="preserve"> </w:t>
      </w:r>
      <w:proofErr w:type="spellStart"/>
      <w:r w:rsidRPr="00CA07D3">
        <w:rPr>
          <w:lang w:val="ru-RU"/>
        </w:rPr>
        <w:t>звернення</w:t>
      </w:r>
      <w:proofErr w:type="spellEnd"/>
      <w:r w:rsidRPr="00CA07D3">
        <w:rPr>
          <w:lang w:val="ru-RU"/>
        </w:rPr>
        <w:t xml:space="preserve"> до </w:t>
      </w:r>
      <w:proofErr w:type="spellStart"/>
      <w:r w:rsidRPr="00CA07D3">
        <w:rPr>
          <w:lang w:val="ru-RU"/>
        </w:rPr>
        <w:t>Державної</w:t>
      </w:r>
      <w:proofErr w:type="spellEnd"/>
      <w:r w:rsidRPr="00CA07D3">
        <w:rPr>
          <w:lang w:val="ru-RU"/>
        </w:rPr>
        <w:t xml:space="preserve"> </w:t>
      </w:r>
      <w:proofErr w:type="spellStart"/>
      <w:r w:rsidRPr="00CA07D3">
        <w:rPr>
          <w:lang w:val="ru-RU"/>
        </w:rPr>
        <w:t>екологічної</w:t>
      </w:r>
      <w:proofErr w:type="spellEnd"/>
      <w:r w:rsidRPr="00CA07D3">
        <w:rPr>
          <w:lang w:val="ru-RU"/>
        </w:rPr>
        <w:t xml:space="preserve"> </w:t>
      </w:r>
      <w:proofErr w:type="spellStart"/>
      <w:r w:rsidRPr="00CA07D3">
        <w:rPr>
          <w:lang w:val="ru-RU"/>
        </w:rPr>
        <w:t>інспекції</w:t>
      </w:r>
      <w:proofErr w:type="spellEnd"/>
      <w:r w:rsidRPr="00CA07D3">
        <w:rPr>
          <w:lang w:val="ru-RU"/>
        </w:rPr>
        <w:t xml:space="preserve"> для </w:t>
      </w:r>
      <w:proofErr w:type="spellStart"/>
      <w:r w:rsidRPr="00CA07D3">
        <w:rPr>
          <w:lang w:val="ru-RU"/>
        </w:rPr>
        <w:t>проведення</w:t>
      </w:r>
      <w:proofErr w:type="spellEnd"/>
      <w:r w:rsidRPr="00CA07D3">
        <w:rPr>
          <w:lang w:val="ru-RU"/>
        </w:rPr>
        <w:t xml:space="preserve"> </w:t>
      </w:r>
      <w:proofErr w:type="spellStart"/>
      <w:r w:rsidRPr="00CA07D3">
        <w:rPr>
          <w:lang w:val="ru-RU"/>
        </w:rPr>
        <w:t>обстеження</w:t>
      </w:r>
      <w:proofErr w:type="spellEnd"/>
      <w:r w:rsidRPr="00CA07D3">
        <w:rPr>
          <w:lang w:val="ru-RU"/>
        </w:rPr>
        <w:t xml:space="preserve"> та </w:t>
      </w:r>
      <w:proofErr w:type="spellStart"/>
      <w:r w:rsidRPr="00CA07D3">
        <w:rPr>
          <w:lang w:val="ru-RU"/>
        </w:rPr>
        <w:t>встановлення</w:t>
      </w:r>
      <w:proofErr w:type="spellEnd"/>
      <w:r w:rsidRPr="00CA07D3">
        <w:rPr>
          <w:lang w:val="ru-RU"/>
        </w:rPr>
        <w:t xml:space="preserve"> фактичного </w:t>
      </w:r>
      <w:proofErr w:type="spellStart"/>
      <w:r w:rsidRPr="00CA07D3">
        <w:rPr>
          <w:lang w:val="ru-RU"/>
        </w:rPr>
        <w:t>джерела</w:t>
      </w:r>
      <w:proofErr w:type="spellEnd"/>
      <w:r w:rsidRPr="00CA07D3">
        <w:rPr>
          <w:lang w:val="ru-RU"/>
        </w:rPr>
        <w:t xml:space="preserve"> </w:t>
      </w:r>
      <w:proofErr w:type="spellStart"/>
      <w:r w:rsidRPr="00CA07D3">
        <w:rPr>
          <w:lang w:val="ru-RU"/>
        </w:rPr>
        <w:t>утворення</w:t>
      </w:r>
      <w:proofErr w:type="spellEnd"/>
      <w:r w:rsidRPr="00CA07D3">
        <w:rPr>
          <w:lang w:val="ru-RU"/>
        </w:rPr>
        <w:t xml:space="preserve"> і </w:t>
      </w:r>
      <w:proofErr w:type="spellStart"/>
      <w:r w:rsidRPr="00CA07D3">
        <w:rPr>
          <w:lang w:val="ru-RU"/>
        </w:rPr>
        <w:t>поширення</w:t>
      </w:r>
      <w:proofErr w:type="spellEnd"/>
      <w:r w:rsidRPr="00CA07D3">
        <w:rPr>
          <w:lang w:val="ru-RU"/>
        </w:rPr>
        <w:t xml:space="preserve"> </w:t>
      </w:r>
      <w:proofErr w:type="spellStart"/>
      <w:r w:rsidRPr="00CA07D3">
        <w:rPr>
          <w:lang w:val="ru-RU"/>
        </w:rPr>
        <w:t>неприємного</w:t>
      </w:r>
      <w:proofErr w:type="spellEnd"/>
      <w:r w:rsidRPr="00CA07D3">
        <w:rPr>
          <w:lang w:val="ru-RU"/>
        </w:rPr>
        <w:t xml:space="preserve"> запаху.</w:t>
      </w:r>
    </w:p>
    <w:p w14:paraId="603BCE14" w14:textId="77777777" w:rsidR="00CC0BCE" w:rsidRPr="00CC0BCE" w:rsidRDefault="00CC0BCE" w:rsidP="00CC0BCE">
      <w:pPr>
        <w:keepLines/>
        <w:numPr>
          <w:ilvl w:val="0"/>
          <w:numId w:val="1"/>
        </w:numPr>
        <w:ind w:right="140"/>
        <w:jc w:val="both"/>
        <w:rPr>
          <w:lang w:val="ru-RU"/>
        </w:rPr>
      </w:pPr>
      <w:proofErr w:type="spellStart"/>
      <w:r w:rsidRPr="00CC0BCE">
        <w:rPr>
          <w:color w:val="000000"/>
          <w:lang w:val="ru-RU"/>
        </w:rPr>
        <w:t>Управлінню</w:t>
      </w:r>
      <w:proofErr w:type="spellEnd"/>
      <w:r w:rsidRPr="00CC0BCE">
        <w:rPr>
          <w:color w:val="000000"/>
          <w:lang w:val="ru-RU"/>
        </w:rPr>
        <w:t xml:space="preserve"> </w:t>
      </w:r>
      <w:proofErr w:type="spellStart"/>
      <w:r w:rsidRPr="00CC0BCE">
        <w:rPr>
          <w:color w:val="000000"/>
          <w:lang w:val="ru-RU"/>
        </w:rPr>
        <w:t>житлово-комунального</w:t>
      </w:r>
      <w:proofErr w:type="spellEnd"/>
      <w:r w:rsidRPr="00CC0BCE">
        <w:rPr>
          <w:color w:val="000000"/>
          <w:lang w:val="ru-RU"/>
        </w:rPr>
        <w:t xml:space="preserve"> господарства </w:t>
      </w:r>
      <w:proofErr w:type="spellStart"/>
      <w:r w:rsidRPr="00CC0BCE">
        <w:rPr>
          <w:color w:val="000000"/>
          <w:lang w:val="ru-RU"/>
        </w:rPr>
        <w:t>Жмеринської</w:t>
      </w:r>
      <w:proofErr w:type="spellEnd"/>
      <w:r w:rsidRPr="00CC0BCE">
        <w:rPr>
          <w:color w:val="000000"/>
          <w:lang w:val="ru-RU"/>
        </w:rPr>
        <w:t xml:space="preserve"> </w:t>
      </w:r>
      <w:proofErr w:type="spellStart"/>
      <w:r w:rsidRPr="00CC0BCE">
        <w:rPr>
          <w:color w:val="000000"/>
          <w:lang w:val="ru-RU"/>
        </w:rPr>
        <w:t>міської</w:t>
      </w:r>
      <w:proofErr w:type="spellEnd"/>
      <w:r w:rsidRPr="00CC0BCE">
        <w:rPr>
          <w:color w:val="000000"/>
          <w:lang w:val="ru-RU"/>
        </w:rPr>
        <w:t xml:space="preserve"> ради </w:t>
      </w:r>
      <w:proofErr w:type="spellStart"/>
      <w:r w:rsidRPr="00CC0BCE">
        <w:rPr>
          <w:color w:val="000000"/>
          <w:lang w:val="ru-RU"/>
        </w:rPr>
        <w:t>забезпечити</w:t>
      </w:r>
      <w:proofErr w:type="spellEnd"/>
      <w:r w:rsidRPr="00CC0BCE">
        <w:rPr>
          <w:color w:val="000000"/>
          <w:lang w:val="ru-RU"/>
        </w:rPr>
        <w:t xml:space="preserve"> </w:t>
      </w:r>
      <w:proofErr w:type="spellStart"/>
      <w:r w:rsidRPr="00CC0BCE">
        <w:rPr>
          <w:color w:val="000000"/>
          <w:lang w:val="ru-RU"/>
        </w:rPr>
        <w:t>організаційне</w:t>
      </w:r>
      <w:proofErr w:type="spellEnd"/>
      <w:r w:rsidRPr="00CC0BCE">
        <w:rPr>
          <w:color w:val="000000"/>
          <w:lang w:val="ru-RU"/>
        </w:rPr>
        <w:t xml:space="preserve"> та </w:t>
      </w:r>
      <w:proofErr w:type="spellStart"/>
      <w:r w:rsidRPr="00CC0BCE">
        <w:rPr>
          <w:color w:val="000000"/>
          <w:lang w:val="ru-RU"/>
        </w:rPr>
        <w:t>транспортне</w:t>
      </w:r>
      <w:proofErr w:type="spellEnd"/>
      <w:r w:rsidRPr="00CC0BCE">
        <w:rPr>
          <w:color w:val="000000"/>
          <w:lang w:val="ru-RU"/>
        </w:rPr>
        <w:t xml:space="preserve"> </w:t>
      </w:r>
      <w:proofErr w:type="spellStart"/>
      <w:r w:rsidRPr="00CC0BCE">
        <w:rPr>
          <w:color w:val="000000"/>
          <w:lang w:val="ru-RU"/>
        </w:rPr>
        <w:t>супроводження</w:t>
      </w:r>
      <w:proofErr w:type="spellEnd"/>
      <w:r w:rsidRPr="00CC0BCE">
        <w:rPr>
          <w:color w:val="000000"/>
          <w:lang w:val="ru-RU"/>
        </w:rPr>
        <w:t xml:space="preserve"> </w:t>
      </w:r>
      <w:proofErr w:type="spellStart"/>
      <w:r w:rsidRPr="00CC0BCE">
        <w:rPr>
          <w:color w:val="000000"/>
          <w:lang w:val="ru-RU"/>
        </w:rPr>
        <w:t>роботи</w:t>
      </w:r>
      <w:proofErr w:type="spellEnd"/>
      <w:r w:rsidRPr="00CC0BCE">
        <w:rPr>
          <w:color w:val="000000"/>
          <w:lang w:val="ru-RU"/>
        </w:rPr>
        <w:t xml:space="preserve"> </w:t>
      </w:r>
      <w:proofErr w:type="spellStart"/>
      <w:r w:rsidRPr="00CC0BCE">
        <w:rPr>
          <w:color w:val="000000"/>
          <w:lang w:val="ru-RU"/>
        </w:rPr>
        <w:t>комісії</w:t>
      </w:r>
      <w:proofErr w:type="spellEnd"/>
      <w:r w:rsidRPr="001C1F30">
        <w:rPr>
          <w:color w:val="000000"/>
          <w:lang w:val="ru-RU"/>
        </w:rPr>
        <w:t xml:space="preserve"> </w:t>
      </w:r>
    </w:p>
    <w:p w14:paraId="715DBF70" w14:textId="77777777" w:rsidR="00CC0BCE" w:rsidRPr="00CC0BCE" w:rsidRDefault="00CC0BCE" w:rsidP="00CC0BCE">
      <w:pPr>
        <w:keepLines/>
        <w:numPr>
          <w:ilvl w:val="0"/>
          <w:numId w:val="1"/>
        </w:numPr>
        <w:ind w:right="140"/>
        <w:jc w:val="both"/>
        <w:rPr>
          <w:lang w:val="ru-RU"/>
        </w:rPr>
      </w:pPr>
      <w:r w:rsidRPr="001C1F30">
        <w:rPr>
          <w:color w:val="000000"/>
          <w:lang w:val="ru-RU"/>
        </w:rPr>
        <w:t xml:space="preserve">Контроль за </w:t>
      </w:r>
      <w:proofErr w:type="spellStart"/>
      <w:r w:rsidRPr="001C1F30">
        <w:rPr>
          <w:color w:val="000000"/>
          <w:lang w:val="ru-RU"/>
        </w:rPr>
        <w:t>виконанням</w:t>
      </w:r>
      <w:proofErr w:type="spellEnd"/>
      <w:r w:rsidRPr="001C1F30">
        <w:rPr>
          <w:color w:val="000000"/>
          <w:lang w:val="ru-RU"/>
        </w:rPr>
        <w:t xml:space="preserve"> </w:t>
      </w:r>
      <w:proofErr w:type="spellStart"/>
      <w:r w:rsidRPr="001C1F30">
        <w:rPr>
          <w:color w:val="000000"/>
          <w:lang w:val="ru-RU"/>
        </w:rPr>
        <w:t>цього</w:t>
      </w:r>
      <w:proofErr w:type="spellEnd"/>
      <w:r w:rsidRPr="001C1F30">
        <w:rPr>
          <w:color w:val="000000"/>
          <w:lang w:val="ru-RU"/>
        </w:rPr>
        <w:t xml:space="preserve"> </w:t>
      </w:r>
      <w:proofErr w:type="spellStart"/>
      <w:r w:rsidRPr="001C1F30">
        <w:rPr>
          <w:color w:val="000000"/>
          <w:lang w:val="ru-RU"/>
        </w:rPr>
        <w:t>розпорядження</w:t>
      </w:r>
      <w:proofErr w:type="spellEnd"/>
      <w:r w:rsidRPr="001C1F30">
        <w:rPr>
          <w:color w:val="000000"/>
          <w:lang w:val="ru-RU"/>
        </w:rPr>
        <w:t xml:space="preserve"> </w:t>
      </w:r>
      <w:proofErr w:type="spellStart"/>
      <w:r w:rsidRPr="001C1F30">
        <w:rPr>
          <w:color w:val="000000"/>
          <w:lang w:val="ru-RU"/>
        </w:rPr>
        <w:t>покласти</w:t>
      </w:r>
      <w:proofErr w:type="spellEnd"/>
      <w:r w:rsidRPr="001C1F30">
        <w:rPr>
          <w:color w:val="000000"/>
          <w:lang w:val="ru-RU"/>
        </w:rPr>
        <w:t xml:space="preserve"> на заступника </w:t>
      </w:r>
      <w:proofErr w:type="spellStart"/>
      <w:r w:rsidRPr="001C1F30">
        <w:rPr>
          <w:color w:val="000000"/>
          <w:lang w:val="ru-RU"/>
        </w:rPr>
        <w:t>міського</w:t>
      </w:r>
      <w:proofErr w:type="spellEnd"/>
      <w:r w:rsidRPr="001C1F30">
        <w:rPr>
          <w:color w:val="000000"/>
          <w:lang w:val="ru-RU"/>
        </w:rPr>
        <w:t xml:space="preserve"> </w:t>
      </w:r>
      <w:proofErr w:type="spellStart"/>
      <w:r w:rsidRPr="001C1F30">
        <w:rPr>
          <w:color w:val="000000"/>
          <w:lang w:val="ru-RU"/>
        </w:rPr>
        <w:t>голови</w:t>
      </w:r>
      <w:proofErr w:type="spellEnd"/>
      <w:r w:rsidRPr="001C1F30">
        <w:rPr>
          <w:color w:val="000000"/>
          <w:lang w:val="ru-RU"/>
        </w:rPr>
        <w:t xml:space="preserve"> з </w:t>
      </w:r>
      <w:proofErr w:type="spellStart"/>
      <w:r w:rsidRPr="001C1F30">
        <w:rPr>
          <w:color w:val="000000"/>
          <w:lang w:val="ru-RU"/>
        </w:rPr>
        <w:t>питань</w:t>
      </w:r>
      <w:proofErr w:type="spellEnd"/>
      <w:r w:rsidRPr="001C1F30">
        <w:rPr>
          <w:color w:val="000000"/>
          <w:lang w:val="ru-RU"/>
        </w:rPr>
        <w:t xml:space="preserve"> </w:t>
      </w:r>
      <w:proofErr w:type="spellStart"/>
      <w:r w:rsidRPr="001C1F30">
        <w:rPr>
          <w:color w:val="000000"/>
          <w:lang w:val="ru-RU"/>
        </w:rPr>
        <w:t>діяльності</w:t>
      </w:r>
      <w:proofErr w:type="spellEnd"/>
      <w:r w:rsidRPr="001C1F30">
        <w:rPr>
          <w:color w:val="000000"/>
          <w:lang w:val="ru-RU"/>
        </w:rPr>
        <w:t xml:space="preserve"> </w:t>
      </w:r>
      <w:proofErr w:type="spellStart"/>
      <w:r w:rsidRPr="001C1F30">
        <w:rPr>
          <w:color w:val="000000"/>
          <w:lang w:val="ru-RU"/>
        </w:rPr>
        <w:t>виконавчих</w:t>
      </w:r>
      <w:proofErr w:type="spellEnd"/>
      <w:r w:rsidRPr="001C1F30">
        <w:rPr>
          <w:color w:val="000000"/>
          <w:lang w:val="ru-RU"/>
        </w:rPr>
        <w:t xml:space="preserve"> </w:t>
      </w:r>
      <w:proofErr w:type="spellStart"/>
      <w:r w:rsidRPr="001C1F30">
        <w:rPr>
          <w:color w:val="000000"/>
          <w:lang w:val="ru-RU"/>
        </w:rPr>
        <w:t>органів</w:t>
      </w:r>
      <w:proofErr w:type="spellEnd"/>
      <w:r w:rsidRPr="001C1F30">
        <w:rPr>
          <w:color w:val="000000"/>
          <w:lang w:val="ru-RU"/>
        </w:rPr>
        <w:t xml:space="preserve"> ради </w:t>
      </w:r>
      <w:proofErr w:type="spellStart"/>
      <w:r w:rsidRPr="001C1F30">
        <w:rPr>
          <w:color w:val="000000"/>
          <w:lang w:val="ru-RU"/>
        </w:rPr>
        <w:t>Ірину</w:t>
      </w:r>
      <w:proofErr w:type="spellEnd"/>
      <w:r w:rsidRPr="001C1F30">
        <w:rPr>
          <w:color w:val="000000"/>
          <w:lang w:val="ru-RU"/>
        </w:rPr>
        <w:t xml:space="preserve"> ДАЦКО.</w:t>
      </w:r>
    </w:p>
    <w:p w14:paraId="3486144A" w14:textId="77777777" w:rsidR="00CC0BCE" w:rsidRPr="001C1F30" w:rsidRDefault="00CC0BCE" w:rsidP="00CC0BCE">
      <w:pPr>
        <w:keepLines/>
        <w:ind w:left="540" w:right="140"/>
        <w:jc w:val="both"/>
        <w:rPr>
          <w:lang w:val="ru-RU"/>
        </w:rPr>
      </w:pPr>
    </w:p>
    <w:p w14:paraId="16C5243E" w14:textId="77777777" w:rsidR="00CB0857" w:rsidRPr="001C1F30" w:rsidRDefault="00CB0857">
      <w:pPr>
        <w:spacing w:after="40"/>
        <w:rPr>
          <w:lang w:val="ru-RU"/>
        </w:rPr>
      </w:pPr>
    </w:p>
    <w:tbl>
      <w:tblPr>
        <w:tblW w:w="96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CB0857" w14:paraId="241DDE9B" w14:textId="77777777" w:rsidTr="001C1F30">
        <w:trPr>
          <w:trHeight w:val="394"/>
        </w:trPr>
        <w:tc>
          <w:tcPr>
            <w:tcW w:w="48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C0B55" w14:textId="77777777" w:rsidR="00CB0857" w:rsidRPr="001C1F30" w:rsidRDefault="00750F6D">
            <w:pPr>
              <w:spacing w:after="0"/>
              <w:rPr>
                <w:b/>
              </w:rPr>
            </w:pPr>
            <w:proofErr w:type="spellStart"/>
            <w:r w:rsidRPr="001C1F30">
              <w:rPr>
                <w:b/>
                <w:color w:val="000000"/>
              </w:rPr>
              <w:t>Секретар</w:t>
            </w:r>
            <w:proofErr w:type="spellEnd"/>
            <w:r w:rsidRPr="001C1F30">
              <w:rPr>
                <w:b/>
                <w:color w:val="000000"/>
              </w:rPr>
              <w:t xml:space="preserve"> </w:t>
            </w:r>
            <w:proofErr w:type="spellStart"/>
            <w:r w:rsidRPr="001C1F30">
              <w:rPr>
                <w:b/>
                <w:color w:val="000000"/>
              </w:rPr>
              <w:t>міської</w:t>
            </w:r>
            <w:proofErr w:type="spellEnd"/>
            <w:r w:rsidRPr="001C1F30">
              <w:rPr>
                <w:b/>
                <w:color w:val="000000"/>
              </w:rPr>
              <w:t xml:space="preserve"> </w:t>
            </w:r>
            <w:proofErr w:type="spellStart"/>
            <w:r w:rsidRPr="001C1F30">
              <w:rPr>
                <w:b/>
                <w:color w:val="000000"/>
              </w:rPr>
              <w:t>ради</w:t>
            </w:r>
            <w:proofErr w:type="spellEnd"/>
          </w:p>
        </w:tc>
        <w:tc>
          <w:tcPr>
            <w:tcW w:w="48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B872E" w14:textId="77777777" w:rsidR="00CB0857" w:rsidRDefault="00F45512" w:rsidP="00F45512">
            <w:pPr>
              <w:spacing w:after="0"/>
              <w:jc w:val="center"/>
            </w:pPr>
            <w:r>
              <w:rPr>
                <w:b/>
                <w:color w:val="000000"/>
                <w:lang w:val="uk-UA"/>
              </w:rPr>
              <w:t xml:space="preserve">              </w:t>
            </w:r>
            <w:proofErr w:type="spellStart"/>
            <w:r w:rsidR="00750F6D">
              <w:rPr>
                <w:b/>
                <w:color w:val="000000"/>
              </w:rPr>
              <w:t>Вадим</w:t>
            </w:r>
            <w:proofErr w:type="spellEnd"/>
            <w:r w:rsidR="00750F6D">
              <w:rPr>
                <w:b/>
                <w:color w:val="000000"/>
              </w:rPr>
              <w:t xml:space="preserve"> КОЖУХОВСЬКИЙ</w:t>
            </w:r>
          </w:p>
        </w:tc>
      </w:tr>
    </w:tbl>
    <w:p w14:paraId="28F1B38E" w14:textId="77777777" w:rsidR="00CB0857" w:rsidRDefault="00750F6D">
      <w:r>
        <w:br w:type="page"/>
      </w:r>
    </w:p>
    <w:p w14:paraId="5635963A" w14:textId="77777777" w:rsidR="00CB0857" w:rsidRPr="001C1F30" w:rsidRDefault="00750F6D">
      <w:pPr>
        <w:spacing w:after="20"/>
        <w:jc w:val="right"/>
        <w:rPr>
          <w:lang w:val="ru-RU"/>
        </w:rPr>
      </w:pPr>
      <w:proofErr w:type="spellStart"/>
      <w:r w:rsidRPr="001C1F30">
        <w:rPr>
          <w:color w:val="000000"/>
          <w:sz w:val="24"/>
          <w:lang w:val="ru-RU"/>
        </w:rPr>
        <w:lastRenderedPageBreak/>
        <w:t>Додаток</w:t>
      </w:r>
      <w:proofErr w:type="spellEnd"/>
    </w:p>
    <w:p w14:paraId="60D11486" w14:textId="77777777" w:rsidR="00CB0857" w:rsidRPr="001C1F30" w:rsidRDefault="00750F6D">
      <w:pPr>
        <w:spacing w:after="20"/>
        <w:jc w:val="right"/>
        <w:rPr>
          <w:lang w:val="ru-RU"/>
        </w:rPr>
      </w:pPr>
      <w:r w:rsidRPr="001C1F30">
        <w:rPr>
          <w:color w:val="000000"/>
          <w:sz w:val="24"/>
          <w:lang w:val="ru-RU"/>
        </w:rPr>
        <w:t xml:space="preserve">до </w:t>
      </w:r>
      <w:proofErr w:type="spellStart"/>
      <w:r w:rsidRPr="001C1F30">
        <w:rPr>
          <w:color w:val="000000"/>
          <w:sz w:val="24"/>
          <w:lang w:val="ru-RU"/>
        </w:rPr>
        <w:t>розпорядження</w:t>
      </w:r>
      <w:proofErr w:type="spellEnd"/>
      <w:r w:rsidRPr="001C1F30">
        <w:rPr>
          <w:color w:val="000000"/>
          <w:sz w:val="24"/>
          <w:lang w:val="ru-RU"/>
        </w:rPr>
        <w:t xml:space="preserve"> </w:t>
      </w:r>
      <w:proofErr w:type="spellStart"/>
      <w:r w:rsidRPr="001C1F30">
        <w:rPr>
          <w:color w:val="000000"/>
          <w:sz w:val="24"/>
          <w:lang w:val="ru-RU"/>
        </w:rPr>
        <w:t>міського</w:t>
      </w:r>
      <w:proofErr w:type="spellEnd"/>
      <w:r w:rsidRPr="001C1F30">
        <w:rPr>
          <w:color w:val="000000"/>
          <w:sz w:val="24"/>
          <w:lang w:val="ru-RU"/>
        </w:rPr>
        <w:t xml:space="preserve"> </w:t>
      </w:r>
      <w:proofErr w:type="spellStart"/>
      <w:r w:rsidRPr="001C1F30">
        <w:rPr>
          <w:color w:val="000000"/>
          <w:sz w:val="24"/>
          <w:lang w:val="ru-RU"/>
        </w:rPr>
        <w:t>голови</w:t>
      </w:r>
      <w:proofErr w:type="spellEnd"/>
    </w:p>
    <w:p w14:paraId="500D3045" w14:textId="3246FA0A" w:rsidR="00CB0857" w:rsidRPr="001C1F30" w:rsidRDefault="00106514">
      <w:pPr>
        <w:spacing w:after="20"/>
        <w:jc w:val="right"/>
        <w:rPr>
          <w:lang w:val="ru-RU"/>
        </w:rPr>
      </w:pPr>
      <w:proofErr w:type="spellStart"/>
      <w:r>
        <w:rPr>
          <w:color w:val="000000"/>
          <w:sz w:val="24"/>
          <w:lang w:val="ru-RU"/>
        </w:rPr>
        <w:t>від</w:t>
      </w:r>
      <w:proofErr w:type="spellEnd"/>
      <w:r>
        <w:rPr>
          <w:color w:val="000000"/>
          <w:sz w:val="24"/>
          <w:lang w:val="ru-RU"/>
        </w:rPr>
        <w:t xml:space="preserve"> «</w:t>
      </w:r>
      <w:r w:rsidR="005D6E11">
        <w:rPr>
          <w:color w:val="000000"/>
          <w:sz w:val="24"/>
          <w:lang w:val="ru-RU"/>
        </w:rPr>
        <w:t>03</w:t>
      </w:r>
      <w:r>
        <w:rPr>
          <w:color w:val="000000"/>
          <w:sz w:val="24"/>
          <w:lang w:val="ru-RU"/>
        </w:rPr>
        <w:t xml:space="preserve">» </w:t>
      </w:r>
      <w:proofErr w:type="spellStart"/>
      <w:r>
        <w:rPr>
          <w:color w:val="000000"/>
          <w:sz w:val="24"/>
          <w:lang w:val="ru-RU"/>
        </w:rPr>
        <w:t>серпня</w:t>
      </w:r>
      <w:proofErr w:type="spellEnd"/>
      <w:r w:rsidR="00F45512">
        <w:rPr>
          <w:color w:val="000000"/>
          <w:sz w:val="24"/>
          <w:lang w:val="ru-RU"/>
        </w:rPr>
        <w:t xml:space="preserve"> 2026 р. № </w:t>
      </w:r>
      <w:r w:rsidR="005D6E11">
        <w:rPr>
          <w:color w:val="000000"/>
          <w:sz w:val="24"/>
          <w:lang w:val="ru-RU"/>
        </w:rPr>
        <w:t>204-р</w:t>
      </w:r>
    </w:p>
    <w:p w14:paraId="2501ADDF" w14:textId="77777777" w:rsidR="00CB0857" w:rsidRPr="001C1F30" w:rsidRDefault="00750F6D">
      <w:pPr>
        <w:keepNext/>
        <w:spacing w:before="360" w:after="80"/>
        <w:jc w:val="center"/>
        <w:rPr>
          <w:lang w:val="ru-RU"/>
        </w:rPr>
      </w:pPr>
      <w:r w:rsidRPr="001C1F30">
        <w:rPr>
          <w:b/>
          <w:color w:val="000000"/>
          <w:lang w:val="ru-RU"/>
        </w:rPr>
        <w:t>СКЛАД</w:t>
      </w:r>
    </w:p>
    <w:p w14:paraId="4C77FF94" w14:textId="77777777" w:rsidR="00CB0857" w:rsidRPr="001C1F30" w:rsidRDefault="00750F6D">
      <w:pPr>
        <w:keepNext/>
        <w:spacing w:after="280"/>
        <w:jc w:val="center"/>
        <w:rPr>
          <w:lang w:val="ru-RU"/>
        </w:rPr>
      </w:pPr>
      <w:proofErr w:type="spellStart"/>
      <w:r w:rsidRPr="001C1F30">
        <w:rPr>
          <w:b/>
          <w:color w:val="000000"/>
          <w:lang w:val="ru-RU"/>
        </w:rPr>
        <w:t>тимчасової</w:t>
      </w:r>
      <w:proofErr w:type="spellEnd"/>
      <w:r w:rsidRPr="001C1F30">
        <w:rPr>
          <w:b/>
          <w:color w:val="000000"/>
          <w:lang w:val="ru-RU"/>
        </w:rPr>
        <w:t xml:space="preserve"> </w:t>
      </w:r>
      <w:proofErr w:type="spellStart"/>
      <w:r w:rsidRPr="001C1F30">
        <w:rPr>
          <w:b/>
          <w:color w:val="000000"/>
          <w:lang w:val="ru-RU"/>
        </w:rPr>
        <w:t>комісії</w:t>
      </w:r>
      <w:proofErr w:type="spellEnd"/>
      <w:r w:rsidRPr="001C1F30">
        <w:rPr>
          <w:b/>
          <w:color w:val="000000"/>
          <w:lang w:val="ru-RU"/>
        </w:rPr>
        <w:t xml:space="preserve"> з </w:t>
      </w:r>
      <w:proofErr w:type="spellStart"/>
      <w:r w:rsidRPr="001C1F30">
        <w:rPr>
          <w:b/>
          <w:color w:val="000000"/>
          <w:lang w:val="ru-RU"/>
        </w:rPr>
        <w:t>обстеження</w:t>
      </w:r>
      <w:proofErr w:type="spellEnd"/>
      <w:r w:rsidRPr="001C1F30">
        <w:rPr>
          <w:b/>
          <w:color w:val="000000"/>
          <w:lang w:val="ru-RU"/>
        </w:rPr>
        <w:t xml:space="preserve"> </w:t>
      </w:r>
      <w:proofErr w:type="spellStart"/>
      <w:r w:rsidRPr="001C1F30">
        <w:rPr>
          <w:b/>
          <w:color w:val="000000"/>
          <w:lang w:val="ru-RU"/>
        </w:rPr>
        <w:t>території</w:t>
      </w:r>
      <w:proofErr w:type="spellEnd"/>
      <w:r w:rsidRPr="001C1F30">
        <w:rPr>
          <w:b/>
          <w:color w:val="000000"/>
          <w:lang w:val="ru-RU"/>
        </w:rPr>
        <w:t xml:space="preserve"> </w:t>
      </w:r>
      <w:proofErr w:type="spellStart"/>
      <w:r w:rsidRPr="001C1F30">
        <w:rPr>
          <w:b/>
          <w:color w:val="000000"/>
          <w:lang w:val="ru-RU"/>
        </w:rPr>
        <w:t>міста</w:t>
      </w:r>
      <w:proofErr w:type="spellEnd"/>
      <w:r w:rsidRPr="001C1F30">
        <w:rPr>
          <w:b/>
          <w:color w:val="000000"/>
          <w:lang w:val="ru-RU"/>
        </w:rPr>
        <w:t xml:space="preserve"> Жмеринка у </w:t>
      </w:r>
      <w:proofErr w:type="spellStart"/>
      <w:r w:rsidRPr="001C1F30">
        <w:rPr>
          <w:b/>
          <w:color w:val="000000"/>
          <w:lang w:val="ru-RU"/>
        </w:rPr>
        <w:t>зв’язку</w:t>
      </w:r>
      <w:proofErr w:type="spellEnd"/>
      <w:r w:rsidRPr="001C1F30">
        <w:rPr>
          <w:b/>
          <w:color w:val="000000"/>
          <w:lang w:val="ru-RU"/>
        </w:rPr>
        <w:t xml:space="preserve"> </w:t>
      </w:r>
      <w:r w:rsidR="00875091">
        <w:rPr>
          <w:b/>
          <w:color w:val="000000"/>
          <w:lang w:val="ru-RU"/>
        </w:rPr>
        <w:t xml:space="preserve">з </w:t>
      </w:r>
      <w:proofErr w:type="spellStart"/>
      <w:r w:rsidRPr="001C1F30">
        <w:rPr>
          <w:b/>
          <w:color w:val="000000"/>
          <w:lang w:val="ru-RU"/>
        </w:rPr>
        <w:t>зверненнями</w:t>
      </w:r>
      <w:proofErr w:type="spellEnd"/>
      <w:r w:rsidRPr="001C1F30">
        <w:rPr>
          <w:b/>
          <w:color w:val="000000"/>
          <w:lang w:val="ru-RU"/>
        </w:rPr>
        <w:t xml:space="preserve"> </w:t>
      </w:r>
      <w:proofErr w:type="spellStart"/>
      <w:r w:rsidRPr="001C1F30">
        <w:rPr>
          <w:b/>
          <w:color w:val="000000"/>
          <w:lang w:val="ru-RU"/>
        </w:rPr>
        <w:t>громадян</w:t>
      </w:r>
      <w:proofErr w:type="spellEnd"/>
      <w:r w:rsidRPr="001C1F30">
        <w:rPr>
          <w:b/>
          <w:color w:val="000000"/>
          <w:lang w:val="ru-RU"/>
        </w:rPr>
        <w:t xml:space="preserve"> </w:t>
      </w:r>
      <w:proofErr w:type="spellStart"/>
      <w:r w:rsidRPr="001C1F30">
        <w:rPr>
          <w:b/>
          <w:color w:val="000000"/>
          <w:lang w:val="ru-RU"/>
        </w:rPr>
        <w:t>щодо</w:t>
      </w:r>
      <w:proofErr w:type="spellEnd"/>
      <w:r w:rsidRPr="001C1F30">
        <w:rPr>
          <w:b/>
          <w:color w:val="000000"/>
          <w:lang w:val="ru-RU"/>
        </w:rPr>
        <w:t xml:space="preserve"> </w:t>
      </w:r>
      <w:proofErr w:type="spellStart"/>
      <w:r w:rsidRPr="001C1F30">
        <w:rPr>
          <w:b/>
          <w:color w:val="000000"/>
          <w:lang w:val="ru-RU"/>
        </w:rPr>
        <w:t>неприємного</w:t>
      </w:r>
      <w:proofErr w:type="spellEnd"/>
      <w:r w:rsidRPr="001C1F30">
        <w:rPr>
          <w:b/>
          <w:color w:val="000000"/>
          <w:lang w:val="ru-RU"/>
        </w:rPr>
        <w:t xml:space="preserve"> запаху</w:t>
      </w:r>
    </w:p>
    <w:tbl>
      <w:tblPr>
        <w:tblW w:w="10329" w:type="dxa"/>
        <w:tblInd w:w="-689" w:type="dxa"/>
        <w:tblLayout w:type="fixed"/>
        <w:tblLook w:val="04A0" w:firstRow="1" w:lastRow="0" w:firstColumn="1" w:lastColumn="0" w:noHBand="0" w:noVBand="1"/>
      </w:tblPr>
      <w:tblGrid>
        <w:gridCol w:w="3119"/>
        <w:gridCol w:w="450"/>
        <w:gridCol w:w="6760"/>
      </w:tblGrid>
      <w:tr w:rsidR="00CB0857" w:rsidRPr="004A2D2B" w14:paraId="04D3829B" w14:textId="77777777" w:rsidTr="00F45512">
        <w:tc>
          <w:tcPr>
            <w:tcW w:w="3119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3294BA1E" w14:textId="77777777" w:rsidR="00CB0857" w:rsidRPr="001C1F30" w:rsidRDefault="00750F6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C1F30">
              <w:rPr>
                <w:b/>
                <w:color w:val="000000"/>
                <w:sz w:val="24"/>
                <w:szCs w:val="24"/>
              </w:rPr>
              <w:t>Ірина</w:t>
            </w:r>
            <w:proofErr w:type="spellEnd"/>
            <w:r w:rsidRPr="001C1F30">
              <w:rPr>
                <w:b/>
                <w:color w:val="000000"/>
                <w:sz w:val="24"/>
                <w:szCs w:val="24"/>
              </w:rPr>
              <w:t xml:space="preserve"> ДАЦКО</w:t>
            </w:r>
          </w:p>
        </w:tc>
        <w:tc>
          <w:tcPr>
            <w:tcW w:w="45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0EB4D337" w14:textId="77777777" w:rsidR="00CB0857" w:rsidRPr="001C1F30" w:rsidRDefault="00750F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1F30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676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4A178EF1" w14:textId="77777777" w:rsidR="00CB0857" w:rsidRPr="001C1F30" w:rsidRDefault="00750F6D">
            <w:pPr>
              <w:spacing w:after="0" w:line="240" w:lineRule="auto"/>
              <w:jc w:val="both"/>
              <w:rPr>
                <w:szCs w:val="28"/>
                <w:lang w:val="ru-RU"/>
              </w:rPr>
            </w:pPr>
            <w:r w:rsidRPr="001C1F30">
              <w:rPr>
                <w:color w:val="000000"/>
                <w:szCs w:val="28"/>
                <w:lang w:val="ru-RU"/>
              </w:rPr>
              <w:t xml:space="preserve">заступник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міського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голови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з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питань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діяльності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виконавчих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органів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ради, голова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комісії</w:t>
            </w:r>
            <w:proofErr w:type="spellEnd"/>
          </w:p>
        </w:tc>
      </w:tr>
      <w:tr w:rsidR="001C1F30" w:rsidRPr="004A2D2B" w14:paraId="32F4D434" w14:textId="77777777" w:rsidTr="00F45512">
        <w:tc>
          <w:tcPr>
            <w:tcW w:w="3119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414619A0" w14:textId="77777777" w:rsidR="001C1F30" w:rsidRPr="00F45512" w:rsidRDefault="001C1F30">
            <w:pPr>
              <w:spacing w:after="0" w:line="240" w:lineRule="auto"/>
              <w:rPr>
                <w:b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5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3951D422" w14:textId="77777777" w:rsidR="001C1F30" w:rsidRPr="00F45512" w:rsidRDefault="001C1F30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676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1344015C" w14:textId="77777777" w:rsidR="001C1F30" w:rsidRPr="00F45512" w:rsidRDefault="001C1F30">
            <w:pPr>
              <w:spacing w:after="0" w:line="240" w:lineRule="auto"/>
              <w:jc w:val="both"/>
              <w:rPr>
                <w:color w:val="000000"/>
                <w:sz w:val="16"/>
                <w:szCs w:val="16"/>
                <w:lang w:val="ru-RU"/>
              </w:rPr>
            </w:pPr>
          </w:p>
        </w:tc>
      </w:tr>
      <w:tr w:rsidR="00CB0857" w:rsidRPr="004A2D2B" w14:paraId="05E8AD61" w14:textId="77777777" w:rsidTr="00F45512">
        <w:tc>
          <w:tcPr>
            <w:tcW w:w="3119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757DA80D" w14:textId="77777777" w:rsidR="00CB0857" w:rsidRPr="001C1F30" w:rsidRDefault="00750F6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C1F30">
              <w:rPr>
                <w:b/>
                <w:color w:val="000000"/>
                <w:sz w:val="24"/>
                <w:szCs w:val="24"/>
              </w:rPr>
              <w:t>Андрій</w:t>
            </w:r>
            <w:proofErr w:type="spellEnd"/>
            <w:r w:rsidRPr="001C1F30">
              <w:rPr>
                <w:b/>
                <w:color w:val="000000"/>
                <w:sz w:val="24"/>
                <w:szCs w:val="24"/>
              </w:rPr>
              <w:t xml:space="preserve"> ОЛЕНИЧ</w:t>
            </w:r>
          </w:p>
        </w:tc>
        <w:tc>
          <w:tcPr>
            <w:tcW w:w="45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70A500C4" w14:textId="77777777" w:rsidR="00CB0857" w:rsidRPr="001C1F30" w:rsidRDefault="00750F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1F30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676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051B5DC3" w14:textId="77777777" w:rsidR="00CB0857" w:rsidRPr="001C1F30" w:rsidRDefault="00750F6D">
            <w:pPr>
              <w:spacing w:after="0" w:line="240" w:lineRule="auto"/>
              <w:jc w:val="both"/>
              <w:rPr>
                <w:szCs w:val="28"/>
                <w:lang w:val="ru-RU"/>
              </w:rPr>
            </w:pPr>
            <w:r w:rsidRPr="001C1F30">
              <w:rPr>
                <w:color w:val="000000"/>
                <w:szCs w:val="28"/>
                <w:lang w:val="ru-RU"/>
              </w:rPr>
              <w:t xml:space="preserve">начальник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Управління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житлово-комунального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господарства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Жмеринської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міської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ради, заступник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голови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комісії</w:t>
            </w:r>
            <w:proofErr w:type="spellEnd"/>
          </w:p>
        </w:tc>
      </w:tr>
      <w:tr w:rsidR="001C1F30" w:rsidRPr="004A2D2B" w14:paraId="404ABFDD" w14:textId="77777777" w:rsidTr="00F45512">
        <w:tc>
          <w:tcPr>
            <w:tcW w:w="3119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4A5003CE" w14:textId="77777777" w:rsidR="001C1F30" w:rsidRPr="00F45512" w:rsidRDefault="001C1F30">
            <w:pPr>
              <w:spacing w:after="0" w:line="240" w:lineRule="auto"/>
              <w:rPr>
                <w:b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5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7AAEDE0F" w14:textId="77777777" w:rsidR="001C1F30" w:rsidRPr="00F45512" w:rsidRDefault="001C1F30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676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2189D8B1" w14:textId="77777777" w:rsidR="001C1F30" w:rsidRPr="00F45512" w:rsidRDefault="001C1F30">
            <w:pPr>
              <w:spacing w:after="0" w:line="240" w:lineRule="auto"/>
              <w:jc w:val="both"/>
              <w:rPr>
                <w:color w:val="000000"/>
                <w:sz w:val="16"/>
                <w:szCs w:val="16"/>
                <w:lang w:val="ru-RU"/>
              </w:rPr>
            </w:pPr>
          </w:p>
        </w:tc>
      </w:tr>
      <w:tr w:rsidR="00CB0857" w:rsidRPr="004A2D2B" w14:paraId="4D54AC89" w14:textId="77777777" w:rsidTr="00F45512">
        <w:tc>
          <w:tcPr>
            <w:tcW w:w="3119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0EAF58A8" w14:textId="77777777" w:rsidR="00CB0857" w:rsidRPr="001C1F30" w:rsidRDefault="001C1F30">
            <w:pPr>
              <w:spacing w:after="0" w:line="240" w:lineRule="auto"/>
              <w:rPr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Андрій КОНСТАНТИНОВ</w:t>
            </w:r>
          </w:p>
        </w:tc>
        <w:tc>
          <w:tcPr>
            <w:tcW w:w="45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77E8D090" w14:textId="77777777" w:rsidR="00CB0857" w:rsidRPr="001C1F30" w:rsidRDefault="00750F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1F30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676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3996129C" w14:textId="77777777" w:rsidR="00CB0857" w:rsidRPr="00106514" w:rsidRDefault="00106514" w:rsidP="00106514">
            <w:pPr>
              <w:rPr>
                <w:szCs w:val="28"/>
                <w:lang w:val="ru-RU"/>
              </w:rPr>
            </w:pPr>
            <w:r>
              <w:rPr>
                <w:szCs w:val="28"/>
                <w:lang w:val="uk-UA"/>
              </w:rPr>
              <w:t>головний спеціаліст відділу благоустрою міста управління житлово-комунального господарства Жмеринської міської ради</w:t>
            </w:r>
            <w:r w:rsidR="00750F6D" w:rsidRPr="00106514">
              <w:rPr>
                <w:color w:val="000000"/>
                <w:szCs w:val="28"/>
                <w:lang w:val="ru-RU"/>
              </w:rPr>
              <w:t xml:space="preserve">, </w:t>
            </w:r>
            <w:proofErr w:type="spellStart"/>
            <w:r w:rsidR="00750F6D" w:rsidRPr="001C1F30">
              <w:rPr>
                <w:color w:val="000000"/>
                <w:szCs w:val="28"/>
                <w:lang w:val="ru-RU"/>
              </w:rPr>
              <w:t>секретар</w:t>
            </w:r>
            <w:proofErr w:type="spellEnd"/>
            <w:r w:rsidR="00750F6D" w:rsidRPr="00106514"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="00750F6D" w:rsidRPr="001C1F30">
              <w:rPr>
                <w:color w:val="000000"/>
                <w:szCs w:val="28"/>
                <w:lang w:val="ru-RU"/>
              </w:rPr>
              <w:t>комісії</w:t>
            </w:r>
            <w:proofErr w:type="spellEnd"/>
          </w:p>
        </w:tc>
      </w:tr>
      <w:tr w:rsidR="00CB0857" w:rsidRPr="001C1F30" w14:paraId="773031B7" w14:textId="77777777" w:rsidTr="00F45512">
        <w:tc>
          <w:tcPr>
            <w:tcW w:w="10329" w:type="dxa"/>
            <w:gridSpan w:val="3"/>
            <w:tcMar>
              <w:top w:w="100" w:type="dxa"/>
              <w:left w:w="0" w:type="dxa"/>
              <w:bottom w:w="80" w:type="dxa"/>
              <w:right w:w="0" w:type="dxa"/>
            </w:tcMar>
          </w:tcPr>
          <w:p w14:paraId="446BD0A5" w14:textId="77777777" w:rsidR="00CB0857" w:rsidRPr="00F45512" w:rsidRDefault="00750F6D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F45512">
              <w:rPr>
                <w:b/>
                <w:color w:val="000000"/>
                <w:sz w:val="24"/>
                <w:szCs w:val="24"/>
              </w:rPr>
              <w:t>Члени</w:t>
            </w:r>
            <w:proofErr w:type="spellEnd"/>
            <w:r w:rsidRPr="00F45512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512">
              <w:rPr>
                <w:b/>
                <w:color w:val="000000"/>
                <w:sz w:val="24"/>
                <w:szCs w:val="24"/>
              </w:rPr>
              <w:t>комісії</w:t>
            </w:r>
            <w:proofErr w:type="spellEnd"/>
          </w:p>
        </w:tc>
      </w:tr>
      <w:tr w:rsidR="00CB0857" w:rsidRPr="004A2D2B" w14:paraId="3AE3779D" w14:textId="77777777" w:rsidTr="00F45512">
        <w:tc>
          <w:tcPr>
            <w:tcW w:w="3119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0EF02947" w14:textId="77777777" w:rsidR="00CB0857" w:rsidRPr="001C1F30" w:rsidRDefault="00750F6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C1F30">
              <w:rPr>
                <w:b/>
                <w:color w:val="000000"/>
                <w:sz w:val="24"/>
                <w:szCs w:val="24"/>
              </w:rPr>
              <w:t>Микола</w:t>
            </w:r>
            <w:proofErr w:type="spellEnd"/>
            <w:r w:rsidRPr="001C1F30">
              <w:rPr>
                <w:b/>
                <w:color w:val="000000"/>
                <w:sz w:val="24"/>
                <w:szCs w:val="24"/>
              </w:rPr>
              <w:t xml:space="preserve"> ЗАХАРЧУК</w:t>
            </w:r>
          </w:p>
        </w:tc>
        <w:tc>
          <w:tcPr>
            <w:tcW w:w="45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2E6C3C92" w14:textId="77777777" w:rsidR="00CB0857" w:rsidRPr="001C1F30" w:rsidRDefault="00750F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1F30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676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095C7439" w14:textId="77777777" w:rsidR="00CB0857" w:rsidRPr="001C1F30" w:rsidRDefault="00750F6D">
            <w:pPr>
              <w:spacing w:after="0" w:line="240" w:lineRule="auto"/>
              <w:jc w:val="both"/>
              <w:rPr>
                <w:szCs w:val="28"/>
                <w:lang w:val="ru-RU"/>
              </w:rPr>
            </w:pPr>
            <w:r w:rsidRPr="001C1F30">
              <w:rPr>
                <w:color w:val="000000"/>
                <w:szCs w:val="28"/>
                <w:lang w:val="ru-RU"/>
              </w:rPr>
              <w:t xml:space="preserve">начальник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відділу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з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питань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цивільного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захисту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>, оборонно-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мобілізаційної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роботи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та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взаємодії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з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правоохоронними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органами</w:t>
            </w:r>
          </w:p>
        </w:tc>
      </w:tr>
      <w:tr w:rsidR="001C1F30" w:rsidRPr="004A2D2B" w14:paraId="5D88FB9A" w14:textId="77777777" w:rsidTr="00F45512">
        <w:tc>
          <w:tcPr>
            <w:tcW w:w="3119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437091C2" w14:textId="77777777" w:rsidR="001C1F30" w:rsidRPr="00F45512" w:rsidRDefault="001C1F30">
            <w:pPr>
              <w:spacing w:after="0" w:line="240" w:lineRule="auto"/>
              <w:rPr>
                <w:b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5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5094A381" w14:textId="77777777" w:rsidR="001C1F30" w:rsidRPr="00F45512" w:rsidRDefault="001C1F30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676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71517882" w14:textId="77777777" w:rsidR="001C1F30" w:rsidRPr="00F45512" w:rsidRDefault="001C1F30">
            <w:pPr>
              <w:spacing w:after="0" w:line="240" w:lineRule="auto"/>
              <w:jc w:val="both"/>
              <w:rPr>
                <w:color w:val="000000"/>
                <w:sz w:val="16"/>
                <w:szCs w:val="16"/>
                <w:lang w:val="ru-RU"/>
              </w:rPr>
            </w:pPr>
          </w:p>
        </w:tc>
      </w:tr>
      <w:tr w:rsidR="00CB0857" w:rsidRPr="004A2D2B" w14:paraId="604F365D" w14:textId="77777777" w:rsidTr="00F45512">
        <w:tc>
          <w:tcPr>
            <w:tcW w:w="3119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6B291DD5" w14:textId="77777777" w:rsidR="00CB0857" w:rsidRPr="001C1F30" w:rsidRDefault="00750F6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C1F30">
              <w:rPr>
                <w:b/>
                <w:color w:val="000000"/>
                <w:sz w:val="24"/>
                <w:szCs w:val="24"/>
              </w:rPr>
              <w:t>Світлана</w:t>
            </w:r>
            <w:proofErr w:type="spellEnd"/>
            <w:r w:rsidRPr="001C1F30">
              <w:rPr>
                <w:b/>
                <w:color w:val="000000"/>
                <w:sz w:val="24"/>
                <w:szCs w:val="24"/>
              </w:rPr>
              <w:t xml:space="preserve"> КУДІНА</w:t>
            </w:r>
          </w:p>
        </w:tc>
        <w:tc>
          <w:tcPr>
            <w:tcW w:w="45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236A5AE2" w14:textId="77777777" w:rsidR="00CB0857" w:rsidRPr="001C1F30" w:rsidRDefault="00750F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1F30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676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422D5629" w14:textId="77777777" w:rsidR="00CB0857" w:rsidRPr="001C1F30" w:rsidRDefault="00750F6D">
            <w:pPr>
              <w:spacing w:after="0" w:line="240" w:lineRule="auto"/>
              <w:jc w:val="both"/>
              <w:rPr>
                <w:szCs w:val="28"/>
                <w:lang w:val="ru-RU"/>
              </w:rPr>
            </w:pPr>
            <w:r w:rsidRPr="001C1F30">
              <w:rPr>
                <w:color w:val="000000"/>
                <w:szCs w:val="28"/>
                <w:lang w:val="ru-RU"/>
              </w:rPr>
              <w:t xml:space="preserve">начальник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юридичного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відділу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виконавчого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комітету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Жмеринської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1C1F30">
              <w:rPr>
                <w:color w:val="000000"/>
                <w:szCs w:val="28"/>
                <w:lang w:val="ru-RU"/>
              </w:rPr>
              <w:t>міської</w:t>
            </w:r>
            <w:proofErr w:type="spellEnd"/>
            <w:r w:rsidRPr="001C1F30">
              <w:rPr>
                <w:color w:val="000000"/>
                <w:szCs w:val="28"/>
                <w:lang w:val="ru-RU"/>
              </w:rPr>
              <w:t xml:space="preserve"> ради</w:t>
            </w:r>
          </w:p>
        </w:tc>
      </w:tr>
      <w:tr w:rsidR="001C1F30" w:rsidRPr="004A2D2B" w14:paraId="048D05D2" w14:textId="77777777" w:rsidTr="00F45512">
        <w:tc>
          <w:tcPr>
            <w:tcW w:w="3119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59E574F6" w14:textId="77777777" w:rsidR="001C1F30" w:rsidRPr="00F45512" w:rsidRDefault="001C1F30">
            <w:pPr>
              <w:spacing w:after="0" w:line="240" w:lineRule="auto"/>
              <w:rPr>
                <w:b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5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52C4DFC7" w14:textId="77777777" w:rsidR="001C1F30" w:rsidRPr="00F45512" w:rsidRDefault="001C1F30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676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65C9AA09" w14:textId="77777777" w:rsidR="001C1F30" w:rsidRPr="00F45512" w:rsidRDefault="001C1F30">
            <w:pPr>
              <w:spacing w:after="0" w:line="240" w:lineRule="auto"/>
              <w:jc w:val="both"/>
              <w:rPr>
                <w:color w:val="000000"/>
                <w:sz w:val="16"/>
                <w:szCs w:val="16"/>
                <w:lang w:val="ru-RU"/>
              </w:rPr>
            </w:pPr>
          </w:p>
        </w:tc>
      </w:tr>
      <w:tr w:rsidR="00106514" w:rsidRPr="00106514" w14:paraId="25A249EC" w14:textId="77777777" w:rsidTr="00F45512">
        <w:tc>
          <w:tcPr>
            <w:tcW w:w="3119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31250801" w14:textId="77777777" w:rsidR="00106514" w:rsidRPr="00106514" w:rsidRDefault="00106514" w:rsidP="00106514">
            <w:pPr>
              <w:spacing w:after="0" w:line="240" w:lineRule="auto"/>
              <w:rPr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Олена КАПУСТЯН</w:t>
            </w:r>
          </w:p>
        </w:tc>
        <w:tc>
          <w:tcPr>
            <w:tcW w:w="45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74B0E979" w14:textId="77777777" w:rsidR="00106514" w:rsidRPr="001C1F30" w:rsidRDefault="00106514" w:rsidP="001065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1F30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676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41F9C25D" w14:textId="77777777" w:rsidR="00106514" w:rsidRDefault="00106514" w:rsidP="00106514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начальник служби містобудівного кадастру управління  містобудування та архітектури виконавчого комітету Жмеринської міської ради</w:t>
            </w:r>
          </w:p>
        </w:tc>
      </w:tr>
      <w:tr w:rsidR="00106514" w:rsidRPr="00106514" w14:paraId="13C98F52" w14:textId="77777777" w:rsidTr="00F45512">
        <w:tc>
          <w:tcPr>
            <w:tcW w:w="3119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5DFA97EF" w14:textId="77777777" w:rsidR="00106514" w:rsidRPr="00F45512" w:rsidRDefault="00106514" w:rsidP="00106514">
            <w:pPr>
              <w:spacing w:after="0" w:line="240" w:lineRule="auto"/>
              <w:rPr>
                <w:b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45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71A38450" w14:textId="77777777" w:rsidR="00106514" w:rsidRPr="00F45512" w:rsidRDefault="00106514" w:rsidP="0010651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76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2917DEC2" w14:textId="77777777" w:rsidR="00106514" w:rsidRPr="00F45512" w:rsidRDefault="00106514" w:rsidP="00106514">
            <w:pPr>
              <w:rPr>
                <w:sz w:val="16"/>
                <w:szCs w:val="16"/>
                <w:lang w:val="uk-UA"/>
              </w:rPr>
            </w:pPr>
          </w:p>
        </w:tc>
      </w:tr>
      <w:tr w:rsidR="00106514" w:rsidRPr="004A2D2B" w14:paraId="6341B311" w14:textId="77777777" w:rsidTr="00F45512">
        <w:trPr>
          <w:trHeight w:val="320"/>
        </w:trPr>
        <w:tc>
          <w:tcPr>
            <w:tcW w:w="3119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368C0446" w14:textId="77777777" w:rsidR="00106514" w:rsidRDefault="00106514" w:rsidP="00106514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Руслан ПИЛЯВЕЦЬ</w:t>
            </w:r>
          </w:p>
        </w:tc>
        <w:tc>
          <w:tcPr>
            <w:tcW w:w="45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348CAFD9" w14:textId="77777777" w:rsidR="00106514" w:rsidRPr="00106514" w:rsidRDefault="00106514" w:rsidP="00106514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1C1F30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676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1442D713" w14:textId="77777777" w:rsidR="00106514" w:rsidRPr="00EF1F11" w:rsidRDefault="00106514" w:rsidP="00106514">
            <w:pPr>
              <w:rPr>
                <w:lang w:val="uk-UA"/>
              </w:rPr>
            </w:pPr>
            <w:r>
              <w:rPr>
                <w:lang w:val="uk-UA"/>
              </w:rPr>
              <w:t>начальник управління земельних ресурсів виконавчого комітету Жмеринської міської ради</w:t>
            </w:r>
          </w:p>
        </w:tc>
      </w:tr>
      <w:tr w:rsidR="00106514" w:rsidRPr="004A2D2B" w14:paraId="51E93974" w14:textId="77777777" w:rsidTr="00F45512">
        <w:trPr>
          <w:trHeight w:val="30"/>
        </w:trPr>
        <w:tc>
          <w:tcPr>
            <w:tcW w:w="3119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6A7F71BC" w14:textId="77777777" w:rsidR="00106514" w:rsidRPr="00F45512" w:rsidRDefault="00106514" w:rsidP="00106514">
            <w:pPr>
              <w:spacing w:after="0" w:line="240" w:lineRule="auto"/>
              <w:rPr>
                <w:b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5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363B1BFA" w14:textId="77777777" w:rsidR="00106514" w:rsidRPr="00F45512" w:rsidRDefault="00106514" w:rsidP="0010651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676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14AD2821" w14:textId="77777777" w:rsidR="00106514" w:rsidRPr="00F45512" w:rsidRDefault="00106514" w:rsidP="00106514">
            <w:pPr>
              <w:tabs>
                <w:tab w:val="left" w:pos="1185"/>
              </w:tabs>
              <w:rPr>
                <w:sz w:val="16"/>
                <w:szCs w:val="16"/>
                <w:lang w:val="uk-UA"/>
              </w:rPr>
            </w:pPr>
          </w:p>
        </w:tc>
      </w:tr>
      <w:tr w:rsidR="00106514" w:rsidRPr="004A2D2B" w14:paraId="07E6C8D7" w14:textId="77777777" w:rsidTr="00F45512">
        <w:trPr>
          <w:trHeight w:val="1182"/>
        </w:trPr>
        <w:tc>
          <w:tcPr>
            <w:tcW w:w="3119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7B4DEB35" w14:textId="77777777" w:rsidR="00106514" w:rsidRPr="00106514" w:rsidRDefault="00106514" w:rsidP="00106514">
            <w:pPr>
              <w:spacing w:after="0" w:line="240" w:lineRule="auto"/>
              <w:rPr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Сергій ПОГОНЕЦЬ</w:t>
            </w:r>
          </w:p>
        </w:tc>
        <w:tc>
          <w:tcPr>
            <w:tcW w:w="45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774548CF" w14:textId="77777777" w:rsidR="00106514" w:rsidRPr="001C1F30" w:rsidRDefault="00106514" w:rsidP="001065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1F30"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6760" w:type="dxa"/>
            <w:tcMar>
              <w:top w:w="70" w:type="dxa"/>
              <w:left w:w="20" w:type="dxa"/>
              <w:bottom w:w="70" w:type="dxa"/>
              <w:right w:w="40" w:type="dxa"/>
            </w:tcMar>
          </w:tcPr>
          <w:p w14:paraId="38073771" w14:textId="77777777" w:rsidR="00106514" w:rsidRDefault="00106514" w:rsidP="00106514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заступник начальник управління житлово-комунального господарства, начальник відділу благоустрою міста Жмеринської міської ради</w:t>
            </w:r>
          </w:p>
        </w:tc>
      </w:tr>
    </w:tbl>
    <w:p w14:paraId="71E6FBAC" w14:textId="10001818" w:rsidR="00F45512" w:rsidRPr="00F45512" w:rsidRDefault="00F45512" w:rsidP="006B35CF">
      <w:pPr>
        <w:ind w:left="-142"/>
        <w:rPr>
          <w:b/>
          <w:lang w:val="ru-RU"/>
        </w:rPr>
      </w:pPr>
    </w:p>
    <w:sectPr w:rsidR="00F45512" w:rsidRPr="00F45512" w:rsidSect="00106514">
      <w:pgSz w:w="11906" w:h="16838"/>
      <w:pgMar w:top="851" w:right="567" w:bottom="1020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CA2CD4"/>
    <w:multiLevelType w:val="multilevel"/>
    <w:tmpl w:val="FA4CD068"/>
    <w:lvl w:ilvl="0">
      <w:start w:val="1"/>
      <w:numFmt w:val="decimal"/>
      <w:pStyle w:val="a"/>
      <w:suff w:val="space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1620"/>
        </w:tabs>
        <w:ind w:left="162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846162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3EA"/>
    <w:rsid w:val="00034616"/>
    <w:rsid w:val="0006063C"/>
    <w:rsid w:val="00106514"/>
    <w:rsid w:val="0015074B"/>
    <w:rsid w:val="001C1F30"/>
    <w:rsid w:val="0029639D"/>
    <w:rsid w:val="00326F90"/>
    <w:rsid w:val="003B420F"/>
    <w:rsid w:val="004A2D2B"/>
    <w:rsid w:val="005D6E11"/>
    <w:rsid w:val="006B35CF"/>
    <w:rsid w:val="00750F6D"/>
    <w:rsid w:val="00803ADD"/>
    <w:rsid w:val="00875091"/>
    <w:rsid w:val="00AA1D8D"/>
    <w:rsid w:val="00B47730"/>
    <w:rsid w:val="00C224B8"/>
    <w:rsid w:val="00CA07D3"/>
    <w:rsid w:val="00CB0664"/>
    <w:rsid w:val="00CB0857"/>
    <w:rsid w:val="00CC0BCE"/>
    <w:rsid w:val="00DE0370"/>
    <w:rsid w:val="00F455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DFC7A2"/>
  <w14:defaultImageDpi w14:val="300"/>
  <w15:docId w15:val="{CF123B17-194F-478F-B164-338EE0283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00" w:line="259" w:lineRule="auto"/>
    </w:pPr>
    <w:rPr>
      <w:rFonts w:ascii="Times New Roman" w:eastAsia="Times New Roman" w:hAnsi="Times New Roman"/>
      <w:sz w:val="28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і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і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і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и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и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0"/>
    <w:next w:val="a0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1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1"/>
    <w:uiPriority w:val="22"/>
    <w:qFormat/>
    <w:rsid w:val="00FC693F"/>
    <w:rPr>
      <w:b/>
      <w:bCs/>
    </w:rPr>
  </w:style>
  <w:style w:type="character" w:styleId="af9">
    <w:name w:val="Emphasis"/>
    <w:basedOn w:val="a1"/>
    <w:uiPriority w:val="20"/>
    <w:qFormat/>
    <w:rsid w:val="00FC693F"/>
    <w:rPr>
      <w:i/>
      <w:iCs/>
    </w:rPr>
  </w:style>
  <w:style w:type="paragraph" w:styleId="afa">
    <w:name w:val="Intense Quote"/>
    <w:basedOn w:val="a0"/>
    <w:next w:val="a0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1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0"/>
    <w:link w:val="affb"/>
    <w:uiPriority w:val="99"/>
    <w:semiHidden/>
    <w:unhideWhenUsed/>
    <w:rsid w:val="00106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Текст у виносці Знак"/>
    <w:basedOn w:val="a1"/>
    <w:link w:val="affa"/>
    <w:uiPriority w:val="99"/>
    <w:semiHidden/>
    <w:rsid w:val="0010651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CC5055-1B4D-4DD2-B469-DEA373932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919</TotalTime>
  <Pages>3</Pages>
  <Words>2194</Words>
  <Characters>1252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Розпорядження про створення комісії щодо неприємного запаху в місті Жмеринка</vt:lpstr>
      <vt:lpstr/>
    </vt:vector>
  </TitlesOfParts>
  <Manager/>
  <Company/>
  <LinksUpToDate>false</LinksUpToDate>
  <CharactersWithSpaces>3440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Розпорядження про створення комісії щодо неприємного запаху в місті Жмеринка</dc:title>
  <dc:subject>Проєкт розпорядження міського голови</dc:subject>
  <dc:creator>Жмеринська міська рада</dc:creator>
  <cp:keywords>Жмеринка, комісія, неприємний запах, усні звернення, обстеження</cp:keywords>
  <dc:description>Підготовлено як проєкт для погодження та підписання.</dc:description>
  <cp:lastModifiedBy>User</cp:lastModifiedBy>
  <cp:revision>5</cp:revision>
  <cp:lastPrinted>2026-08-04T05:24:00Z</cp:lastPrinted>
  <dcterms:created xsi:type="dcterms:W3CDTF">2026-08-03T14:06:00Z</dcterms:created>
  <dcterms:modified xsi:type="dcterms:W3CDTF">2026-08-04T09:50:00Z</dcterms:modified>
  <cp:category/>
</cp:coreProperties>
</file>