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1A" w:rsidRPr="001E4020" w:rsidRDefault="001E4020">
      <w:pPr>
        <w:spacing w:after="140"/>
        <w:ind w:left="9468"/>
        <w:jc w:val="right"/>
        <w:rPr>
          <w:lang w:val="ru-RU"/>
        </w:rPr>
      </w:pPr>
      <w:proofErr w:type="spellStart"/>
      <w:r w:rsidRPr="001E4020">
        <w:rPr>
          <w:sz w:val="21"/>
          <w:lang w:val="ru-RU"/>
        </w:rPr>
        <w:t>Додаток</w:t>
      </w:r>
      <w:proofErr w:type="spellEnd"/>
      <w:r w:rsidRPr="001E4020">
        <w:rPr>
          <w:sz w:val="21"/>
          <w:lang w:val="ru-RU"/>
        </w:rPr>
        <w:t xml:space="preserve"> 1 до </w:t>
      </w:r>
      <w:proofErr w:type="spellStart"/>
      <w:proofErr w:type="gramStart"/>
      <w:r w:rsidRPr="001E4020">
        <w:rPr>
          <w:sz w:val="21"/>
          <w:lang w:val="ru-RU"/>
        </w:rPr>
        <w:t>Програми</w:t>
      </w:r>
      <w:proofErr w:type="spellEnd"/>
      <w:r w:rsidRPr="001E4020">
        <w:rPr>
          <w:sz w:val="21"/>
          <w:lang w:val="ru-RU"/>
        </w:rPr>
        <w:br/>
        <w:t>«</w:t>
      </w:r>
      <w:proofErr w:type="spellStart"/>
      <w:proofErr w:type="gramEnd"/>
      <w:r w:rsidRPr="001E4020">
        <w:rPr>
          <w:sz w:val="21"/>
          <w:lang w:val="ru-RU"/>
        </w:rPr>
        <w:t>Поховання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померлих</w:t>
      </w:r>
      <w:proofErr w:type="spellEnd"/>
      <w:r w:rsidRPr="001E4020">
        <w:rPr>
          <w:sz w:val="21"/>
          <w:lang w:val="ru-RU"/>
        </w:rPr>
        <w:t xml:space="preserve"> одиноких </w:t>
      </w:r>
      <w:proofErr w:type="spellStart"/>
      <w:r w:rsidRPr="001E4020">
        <w:rPr>
          <w:sz w:val="21"/>
          <w:lang w:val="ru-RU"/>
        </w:rPr>
        <w:t>громадян</w:t>
      </w:r>
      <w:proofErr w:type="spellEnd"/>
      <w:r w:rsidRPr="001E4020">
        <w:rPr>
          <w:sz w:val="21"/>
          <w:lang w:val="ru-RU"/>
        </w:rPr>
        <w:t xml:space="preserve">, </w:t>
      </w:r>
      <w:proofErr w:type="spellStart"/>
      <w:r w:rsidRPr="001E4020">
        <w:rPr>
          <w:sz w:val="21"/>
          <w:lang w:val="ru-RU"/>
        </w:rPr>
        <w:t>осіб</w:t>
      </w:r>
      <w:proofErr w:type="spellEnd"/>
      <w:r w:rsidRPr="001E4020">
        <w:rPr>
          <w:sz w:val="21"/>
          <w:lang w:val="ru-RU"/>
        </w:rPr>
        <w:t xml:space="preserve"> без </w:t>
      </w:r>
      <w:proofErr w:type="spellStart"/>
      <w:r w:rsidRPr="001E4020">
        <w:rPr>
          <w:sz w:val="21"/>
          <w:lang w:val="ru-RU"/>
        </w:rPr>
        <w:t>певного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місця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проживання</w:t>
      </w:r>
      <w:proofErr w:type="spellEnd"/>
      <w:r w:rsidRPr="001E4020">
        <w:rPr>
          <w:sz w:val="21"/>
          <w:lang w:val="ru-RU"/>
        </w:rPr>
        <w:t xml:space="preserve">, </w:t>
      </w:r>
      <w:proofErr w:type="spellStart"/>
      <w:r w:rsidRPr="001E4020">
        <w:rPr>
          <w:sz w:val="21"/>
          <w:lang w:val="ru-RU"/>
        </w:rPr>
        <w:t>громадян</w:t>
      </w:r>
      <w:proofErr w:type="spellEnd"/>
      <w:r w:rsidRPr="001E4020">
        <w:rPr>
          <w:sz w:val="21"/>
          <w:lang w:val="ru-RU"/>
        </w:rPr>
        <w:t xml:space="preserve">, </w:t>
      </w:r>
      <w:proofErr w:type="spellStart"/>
      <w:r w:rsidRPr="001E4020">
        <w:rPr>
          <w:sz w:val="21"/>
          <w:lang w:val="ru-RU"/>
        </w:rPr>
        <w:t>від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поховання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яких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відмовилися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рідні</w:t>
      </w:r>
      <w:proofErr w:type="spellEnd"/>
      <w:r w:rsidRPr="001E4020">
        <w:rPr>
          <w:sz w:val="21"/>
          <w:lang w:val="ru-RU"/>
        </w:rPr>
        <w:t xml:space="preserve">, </w:t>
      </w:r>
      <w:proofErr w:type="spellStart"/>
      <w:r w:rsidRPr="001E4020">
        <w:rPr>
          <w:sz w:val="21"/>
          <w:lang w:val="ru-RU"/>
        </w:rPr>
        <w:t>знайдених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невпізнаних</w:t>
      </w:r>
      <w:proofErr w:type="spellEnd"/>
      <w:r w:rsidRPr="001E4020">
        <w:rPr>
          <w:sz w:val="21"/>
          <w:lang w:val="ru-RU"/>
        </w:rPr>
        <w:t xml:space="preserve"> </w:t>
      </w:r>
      <w:proofErr w:type="spellStart"/>
      <w:r w:rsidRPr="001E4020">
        <w:rPr>
          <w:sz w:val="21"/>
          <w:lang w:val="ru-RU"/>
        </w:rPr>
        <w:t>трупів</w:t>
      </w:r>
      <w:proofErr w:type="spellEnd"/>
      <w:r w:rsidRPr="001E4020">
        <w:rPr>
          <w:sz w:val="21"/>
          <w:lang w:val="ru-RU"/>
        </w:rPr>
        <w:t xml:space="preserve"> на 2027-2029 роки»</w:t>
      </w:r>
    </w:p>
    <w:p w:rsidR="00D40D1A" w:rsidRPr="001E4020" w:rsidRDefault="001E4020">
      <w:pPr>
        <w:spacing w:after="40"/>
        <w:jc w:val="center"/>
        <w:rPr>
          <w:lang w:val="ru-RU"/>
        </w:rPr>
      </w:pPr>
      <w:r w:rsidRPr="001E4020">
        <w:rPr>
          <w:b/>
          <w:sz w:val="28"/>
          <w:lang w:val="ru-RU"/>
        </w:rPr>
        <w:t>РЕСУРСНЕ ЗАБЕЗПЕЧЕННЯ ПРОГРАМИ</w:t>
      </w:r>
    </w:p>
    <w:p w:rsidR="00D40D1A" w:rsidRPr="001E4020" w:rsidRDefault="001E4020">
      <w:pPr>
        <w:spacing w:after="40"/>
        <w:jc w:val="center"/>
        <w:rPr>
          <w:lang w:val="ru-RU"/>
        </w:rPr>
      </w:pPr>
      <w:r w:rsidRPr="001E4020">
        <w:rPr>
          <w:b/>
          <w:sz w:val="24"/>
          <w:lang w:val="ru-RU"/>
        </w:rPr>
        <w:t>«</w:t>
      </w:r>
      <w:proofErr w:type="spellStart"/>
      <w:r w:rsidRPr="001E4020">
        <w:rPr>
          <w:b/>
          <w:sz w:val="24"/>
          <w:lang w:val="ru-RU"/>
        </w:rPr>
        <w:t>Поховання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померлих</w:t>
      </w:r>
      <w:proofErr w:type="spellEnd"/>
      <w:r w:rsidRPr="001E4020">
        <w:rPr>
          <w:b/>
          <w:sz w:val="24"/>
          <w:lang w:val="ru-RU"/>
        </w:rPr>
        <w:t xml:space="preserve"> одиноких </w:t>
      </w:r>
      <w:proofErr w:type="spellStart"/>
      <w:r w:rsidRPr="001E4020">
        <w:rPr>
          <w:b/>
          <w:sz w:val="24"/>
          <w:lang w:val="ru-RU"/>
        </w:rPr>
        <w:t>громадян</w:t>
      </w:r>
      <w:proofErr w:type="spellEnd"/>
      <w:r w:rsidRPr="001E4020">
        <w:rPr>
          <w:b/>
          <w:sz w:val="24"/>
          <w:lang w:val="ru-RU"/>
        </w:rPr>
        <w:t xml:space="preserve">, </w:t>
      </w:r>
      <w:proofErr w:type="spellStart"/>
      <w:r w:rsidRPr="001E4020">
        <w:rPr>
          <w:b/>
          <w:sz w:val="24"/>
          <w:lang w:val="ru-RU"/>
        </w:rPr>
        <w:t>осіб</w:t>
      </w:r>
      <w:proofErr w:type="spellEnd"/>
      <w:r w:rsidRPr="001E4020">
        <w:rPr>
          <w:b/>
          <w:sz w:val="24"/>
          <w:lang w:val="ru-RU"/>
        </w:rPr>
        <w:t xml:space="preserve"> без </w:t>
      </w:r>
      <w:proofErr w:type="spellStart"/>
      <w:r w:rsidRPr="001E4020">
        <w:rPr>
          <w:b/>
          <w:sz w:val="24"/>
          <w:lang w:val="ru-RU"/>
        </w:rPr>
        <w:t>певного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місця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проживання</w:t>
      </w:r>
      <w:proofErr w:type="spellEnd"/>
      <w:r w:rsidRPr="001E4020">
        <w:rPr>
          <w:b/>
          <w:sz w:val="24"/>
          <w:lang w:val="ru-RU"/>
        </w:rPr>
        <w:t xml:space="preserve">, </w:t>
      </w:r>
      <w:proofErr w:type="spellStart"/>
      <w:r w:rsidRPr="001E4020">
        <w:rPr>
          <w:b/>
          <w:sz w:val="24"/>
          <w:lang w:val="ru-RU"/>
        </w:rPr>
        <w:t>громадян</w:t>
      </w:r>
      <w:proofErr w:type="spellEnd"/>
      <w:r w:rsidRPr="001E4020">
        <w:rPr>
          <w:b/>
          <w:sz w:val="24"/>
          <w:lang w:val="ru-RU"/>
        </w:rPr>
        <w:t xml:space="preserve">, </w:t>
      </w:r>
      <w:proofErr w:type="spellStart"/>
      <w:r w:rsidRPr="001E4020">
        <w:rPr>
          <w:b/>
          <w:sz w:val="24"/>
          <w:lang w:val="ru-RU"/>
        </w:rPr>
        <w:t>від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поховання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яких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відмовилися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рідні</w:t>
      </w:r>
      <w:proofErr w:type="spellEnd"/>
      <w:r w:rsidRPr="001E4020">
        <w:rPr>
          <w:b/>
          <w:sz w:val="24"/>
          <w:lang w:val="ru-RU"/>
        </w:rPr>
        <w:t xml:space="preserve">, </w:t>
      </w:r>
      <w:proofErr w:type="spellStart"/>
      <w:r w:rsidRPr="001E4020">
        <w:rPr>
          <w:b/>
          <w:sz w:val="24"/>
          <w:lang w:val="ru-RU"/>
        </w:rPr>
        <w:t>знайдених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невпізнаних</w:t>
      </w:r>
      <w:proofErr w:type="spellEnd"/>
      <w:r w:rsidRPr="001E4020">
        <w:rPr>
          <w:b/>
          <w:sz w:val="24"/>
          <w:lang w:val="ru-RU"/>
        </w:rPr>
        <w:t xml:space="preserve"> </w:t>
      </w:r>
      <w:proofErr w:type="spellStart"/>
      <w:r w:rsidRPr="001E4020">
        <w:rPr>
          <w:b/>
          <w:sz w:val="24"/>
          <w:lang w:val="ru-RU"/>
        </w:rPr>
        <w:t>трупів</w:t>
      </w:r>
      <w:proofErr w:type="spellEnd"/>
      <w:r w:rsidRPr="001E4020">
        <w:rPr>
          <w:b/>
          <w:sz w:val="24"/>
          <w:lang w:val="ru-RU"/>
        </w:rPr>
        <w:t xml:space="preserve"> на 2027-2029 роки»</w:t>
      </w:r>
      <w:bookmarkStart w:id="0" w:name="_GoBack"/>
      <w:bookmarkEnd w:id="0"/>
    </w:p>
    <w:p w:rsidR="00D40D1A" w:rsidRDefault="001E4020" w:rsidP="001E4020">
      <w:pPr>
        <w:spacing w:after="60"/>
        <w:ind w:left="12191"/>
        <w:jc w:val="center"/>
      </w:pPr>
      <w:proofErr w:type="spellStart"/>
      <w:proofErr w:type="gramStart"/>
      <w:r>
        <w:rPr>
          <w:i/>
          <w:sz w:val="20"/>
        </w:rPr>
        <w:t>тис</w:t>
      </w:r>
      <w:proofErr w:type="spellEnd"/>
      <w:proofErr w:type="gramEnd"/>
      <w:r>
        <w:rPr>
          <w:i/>
          <w:sz w:val="20"/>
        </w:rPr>
        <w:t xml:space="preserve">. </w:t>
      </w:r>
      <w:proofErr w:type="spellStart"/>
      <w:proofErr w:type="gramStart"/>
      <w:r>
        <w:rPr>
          <w:i/>
          <w:sz w:val="20"/>
        </w:rPr>
        <w:t>грн</w:t>
      </w:r>
      <w:proofErr w:type="spellEnd"/>
      <w:proofErr w:type="gram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1984"/>
        <w:gridCol w:w="1984"/>
        <w:gridCol w:w="1984"/>
        <w:gridCol w:w="2268"/>
      </w:tblGrid>
      <w:tr w:rsidR="00D40D1A" w:rsidTr="00676445">
        <w:trPr>
          <w:tblHeader/>
          <w:jc w:val="center"/>
        </w:trPr>
        <w:tc>
          <w:tcPr>
            <w:tcW w:w="6236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Pr="001E4020" w:rsidRDefault="001E4020">
            <w:pPr>
              <w:spacing w:after="0" w:line="240" w:lineRule="auto"/>
              <w:jc w:val="center"/>
              <w:rPr>
                <w:lang w:val="ru-RU"/>
              </w:rPr>
            </w:pPr>
            <w:proofErr w:type="spellStart"/>
            <w:r w:rsidRPr="001E4020">
              <w:rPr>
                <w:b/>
                <w:sz w:val="21"/>
                <w:lang w:val="ru-RU"/>
              </w:rPr>
              <w:t>Обсяги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 </w:t>
            </w:r>
            <w:proofErr w:type="spellStart"/>
            <w:r w:rsidRPr="001E4020">
              <w:rPr>
                <w:b/>
                <w:sz w:val="21"/>
                <w:lang w:val="ru-RU"/>
              </w:rPr>
              <w:t>коштів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, </w:t>
            </w:r>
            <w:proofErr w:type="spellStart"/>
            <w:r w:rsidRPr="001E4020">
              <w:rPr>
                <w:b/>
                <w:sz w:val="21"/>
                <w:lang w:val="ru-RU"/>
              </w:rPr>
              <w:t>які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 </w:t>
            </w:r>
            <w:proofErr w:type="spellStart"/>
            <w:r w:rsidRPr="001E4020">
              <w:rPr>
                <w:b/>
                <w:sz w:val="21"/>
                <w:lang w:val="ru-RU"/>
              </w:rPr>
              <w:t>пропонується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 </w:t>
            </w:r>
            <w:proofErr w:type="spellStart"/>
            <w:r w:rsidRPr="001E4020">
              <w:rPr>
                <w:b/>
                <w:sz w:val="21"/>
                <w:lang w:val="ru-RU"/>
              </w:rPr>
              <w:t>залучити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 на </w:t>
            </w:r>
            <w:proofErr w:type="spellStart"/>
            <w:r w:rsidRPr="001E4020">
              <w:rPr>
                <w:b/>
                <w:sz w:val="21"/>
                <w:lang w:val="ru-RU"/>
              </w:rPr>
              <w:t>виконання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 </w:t>
            </w:r>
            <w:proofErr w:type="spellStart"/>
            <w:r w:rsidRPr="001E4020">
              <w:rPr>
                <w:b/>
                <w:sz w:val="21"/>
                <w:lang w:val="ru-RU"/>
              </w:rPr>
              <w:t>Програми</w:t>
            </w:r>
            <w:proofErr w:type="spellEnd"/>
          </w:p>
        </w:tc>
        <w:tc>
          <w:tcPr>
            <w:tcW w:w="8220" w:type="dxa"/>
            <w:gridSpan w:val="4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 xml:space="preserve">I </w:t>
            </w:r>
            <w:proofErr w:type="spellStart"/>
            <w:r>
              <w:rPr>
                <w:b/>
                <w:sz w:val="21"/>
              </w:rPr>
              <w:t>етап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виконання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Програми</w:t>
            </w:r>
            <w:proofErr w:type="spellEnd"/>
          </w:p>
        </w:tc>
      </w:tr>
      <w:tr w:rsidR="00D40D1A" w:rsidTr="00676445">
        <w:trPr>
          <w:tblHeader/>
          <w:jc w:val="center"/>
        </w:trPr>
        <w:tc>
          <w:tcPr>
            <w:tcW w:w="6236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Джерела фінансування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2027 рік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2028 рік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2029 рік</w:t>
            </w:r>
          </w:p>
        </w:tc>
        <w:tc>
          <w:tcPr>
            <w:tcW w:w="2268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Всього</w:t>
            </w:r>
          </w:p>
        </w:tc>
      </w:tr>
      <w:tr w:rsidR="00D40D1A" w:rsidTr="00676445">
        <w:trPr>
          <w:jc w:val="center"/>
        </w:trPr>
        <w:tc>
          <w:tcPr>
            <w:tcW w:w="6236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19"/>
              </w:rPr>
              <w:t>5</w:t>
            </w:r>
          </w:p>
        </w:tc>
      </w:tr>
      <w:tr w:rsidR="00D40D1A" w:rsidTr="00676445">
        <w:trPr>
          <w:jc w:val="center"/>
        </w:trPr>
        <w:tc>
          <w:tcPr>
            <w:tcW w:w="6236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Pr="001E4020" w:rsidRDefault="001E4020">
            <w:pPr>
              <w:spacing w:after="0" w:line="240" w:lineRule="auto"/>
              <w:rPr>
                <w:lang w:val="ru-RU"/>
              </w:rPr>
            </w:pPr>
            <w:proofErr w:type="spellStart"/>
            <w:r w:rsidRPr="001E4020">
              <w:rPr>
                <w:b/>
                <w:sz w:val="21"/>
                <w:lang w:val="ru-RU"/>
              </w:rPr>
              <w:t>Обсяг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 </w:t>
            </w:r>
            <w:proofErr w:type="spellStart"/>
            <w:r w:rsidRPr="001E4020">
              <w:rPr>
                <w:b/>
                <w:sz w:val="21"/>
                <w:lang w:val="ru-RU"/>
              </w:rPr>
              <w:t>ресурсів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 — </w:t>
            </w:r>
            <w:proofErr w:type="spellStart"/>
            <w:r w:rsidRPr="001E4020">
              <w:rPr>
                <w:b/>
                <w:sz w:val="21"/>
                <w:lang w:val="ru-RU"/>
              </w:rPr>
              <w:t>всього</w:t>
            </w:r>
            <w:proofErr w:type="spellEnd"/>
            <w:r w:rsidRPr="001E4020">
              <w:rPr>
                <w:b/>
                <w:sz w:val="21"/>
                <w:lang w:val="ru-RU"/>
              </w:rPr>
              <w:t xml:space="preserve">, у тому </w:t>
            </w:r>
            <w:proofErr w:type="spellStart"/>
            <w:r w:rsidRPr="001E4020">
              <w:rPr>
                <w:b/>
                <w:sz w:val="21"/>
                <w:lang w:val="ru-RU"/>
              </w:rPr>
              <w:t>числі</w:t>
            </w:r>
            <w:proofErr w:type="spellEnd"/>
            <w:r w:rsidRPr="001E4020">
              <w:rPr>
                <w:b/>
                <w:sz w:val="21"/>
                <w:lang w:val="ru-RU"/>
              </w:rPr>
              <w:t>: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150,00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150,00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150,00</w:t>
            </w:r>
          </w:p>
        </w:tc>
        <w:tc>
          <w:tcPr>
            <w:tcW w:w="2268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450,00</w:t>
            </w:r>
          </w:p>
        </w:tc>
      </w:tr>
      <w:tr w:rsidR="00D40D1A" w:rsidTr="00676445">
        <w:trPr>
          <w:jc w:val="center"/>
        </w:trPr>
        <w:tc>
          <w:tcPr>
            <w:tcW w:w="6236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</w:pPr>
            <w:r>
              <w:rPr>
                <w:sz w:val="21"/>
              </w:rPr>
              <w:t>державний бюджет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2268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</w:tr>
      <w:tr w:rsidR="00D40D1A" w:rsidTr="00676445">
        <w:trPr>
          <w:jc w:val="center"/>
        </w:trPr>
        <w:tc>
          <w:tcPr>
            <w:tcW w:w="6236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</w:pPr>
            <w:r>
              <w:rPr>
                <w:sz w:val="21"/>
              </w:rPr>
              <w:t>обласний бюджет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2268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</w:tr>
      <w:tr w:rsidR="00D40D1A" w:rsidTr="00676445">
        <w:trPr>
          <w:jc w:val="center"/>
        </w:trPr>
        <w:tc>
          <w:tcPr>
            <w:tcW w:w="6236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</w:pPr>
            <w:r>
              <w:rPr>
                <w:b/>
                <w:sz w:val="21"/>
              </w:rPr>
              <w:t>бюджет Жмеринської міської територіальної громади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150,00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150,00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150,00</w:t>
            </w:r>
          </w:p>
        </w:tc>
        <w:tc>
          <w:tcPr>
            <w:tcW w:w="2268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b/>
                <w:sz w:val="21"/>
              </w:rPr>
              <w:t>450,00</w:t>
            </w:r>
          </w:p>
        </w:tc>
      </w:tr>
      <w:tr w:rsidR="00D40D1A" w:rsidTr="00676445">
        <w:trPr>
          <w:jc w:val="center"/>
        </w:trPr>
        <w:tc>
          <w:tcPr>
            <w:tcW w:w="6236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</w:pPr>
            <w:r>
              <w:rPr>
                <w:sz w:val="21"/>
              </w:rPr>
              <w:t>кошти небюджетних джерел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1984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  <w:tc>
          <w:tcPr>
            <w:tcW w:w="2268" w:type="dxa"/>
            <w:shd w:val="clear" w:color="auto" w:fill="FFFFFF" w:themeFill="background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:rsidR="00D40D1A" w:rsidRDefault="001E4020">
            <w:pPr>
              <w:spacing w:after="0" w:line="240" w:lineRule="auto"/>
              <w:jc w:val="center"/>
            </w:pPr>
            <w:r>
              <w:rPr>
                <w:sz w:val="21"/>
              </w:rPr>
              <w:t>—</w:t>
            </w:r>
          </w:p>
        </w:tc>
      </w:tr>
    </w:tbl>
    <w:p w:rsidR="00D40D1A" w:rsidRDefault="001E4020" w:rsidP="001E4020">
      <w:pPr>
        <w:keepNext/>
        <w:spacing w:before="240"/>
        <w:ind w:left="3119"/>
      </w:pPr>
      <w:r>
        <w:rPr>
          <w:b/>
          <w:sz w:val="24"/>
        </w:rPr>
        <w:t>Секретар міської ради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Вадим КОЖУХОВСЬКИЙ</w:t>
      </w:r>
    </w:p>
    <w:sectPr w:rsidR="00D40D1A" w:rsidSect="00034616">
      <w:pgSz w:w="16838" w:h="11906" w:orient="landscape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E4020"/>
    <w:rsid w:val="0029639D"/>
    <w:rsid w:val="00326F90"/>
    <w:rsid w:val="00676445"/>
    <w:rsid w:val="00AA1D8D"/>
    <w:rsid w:val="00B47730"/>
    <w:rsid w:val="00CB0664"/>
    <w:rsid w:val="00D40D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DA39EC6-2724-4E2B-9022-854090E5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76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7644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BD8EA8-CBD5-4709-AA1F-530AC669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Константинов Андрій</cp:lastModifiedBy>
  <cp:revision>4</cp:revision>
  <cp:lastPrinted>2026-08-14T06:28:00Z</cp:lastPrinted>
  <dcterms:created xsi:type="dcterms:W3CDTF">2013-12-23T23:15:00Z</dcterms:created>
  <dcterms:modified xsi:type="dcterms:W3CDTF">2026-08-14T06:28:00Z</dcterms:modified>
  <cp:category/>
</cp:coreProperties>
</file>