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9BC41A" w14:textId="77777777" w:rsidR="00853990" w:rsidRPr="00853990" w:rsidRDefault="00853990" w:rsidP="00853990">
      <w:pPr>
        <w:keepNext/>
        <w:spacing w:after="0"/>
        <w:jc w:val="center"/>
        <w:rPr>
          <w:rFonts w:ascii="Times New Roman" w:hAnsi="Times New Roman" w:cs="Times New Roman"/>
          <w:b/>
          <w:color w:val="0000FF"/>
          <w:sz w:val="32"/>
          <w:lang w:val="uk-UA"/>
        </w:rPr>
      </w:pPr>
      <w:r w:rsidRPr="00853990">
        <w:rPr>
          <w:rFonts w:ascii="Times New Roman" w:hAnsi="Times New Roman" w:cs="Times New Roman"/>
          <w:b/>
          <w:noProof/>
          <w:color w:val="000000"/>
          <w:w w:val="120"/>
          <w:sz w:val="28"/>
          <w:szCs w:val="28"/>
          <w:lang w:val="ru-RU" w:eastAsia="ru-RU"/>
        </w:rPr>
        <w:drawing>
          <wp:inline distT="0" distB="0" distL="0" distR="0" wp14:anchorId="2D9EC1DB" wp14:editId="3E7FCB9F">
            <wp:extent cx="432000" cy="612000"/>
            <wp:effectExtent l="0" t="0" r="0" b="0"/>
            <wp:docPr id="24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BEEB0B" w14:textId="77777777" w:rsidR="00853990" w:rsidRPr="00DF0CEE" w:rsidRDefault="00853990" w:rsidP="00853990">
      <w:pPr>
        <w:keepNext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CEE">
        <w:rPr>
          <w:rFonts w:ascii="Times New Roman" w:hAnsi="Times New Roman" w:cs="Times New Roman"/>
          <w:b/>
          <w:sz w:val="28"/>
          <w:szCs w:val="28"/>
          <w:lang w:val="ru-RU"/>
        </w:rPr>
        <w:t>УКРАЇНА</w:t>
      </w:r>
    </w:p>
    <w:p w14:paraId="544BD76B" w14:textId="77777777" w:rsidR="00853990" w:rsidRPr="00853990" w:rsidRDefault="00853990" w:rsidP="00853990">
      <w:pPr>
        <w:keepNext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F0CEE">
        <w:rPr>
          <w:rFonts w:ascii="Times New Roman" w:hAnsi="Times New Roman" w:cs="Times New Roman"/>
          <w:b/>
          <w:sz w:val="28"/>
          <w:szCs w:val="28"/>
          <w:lang w:val="ru-RU"/>
        </w:rPr>
        <w:t>ЖМЕРИНСЬКА МІСЬКА РАДА</w:t>
      </w:r>
      <w:r w:rsidRPr="0085399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F0CEE">
        <w:rPr>
          <w:rFonts w:ascii="Times New Roman" w:hAnsi="Times New Roman" w:cs="Times New Roman"/>
          <w:b/>
          <w:bCs/>
          <w:sz w:val="28"/>
          <w:szCs w:val="28"/>
          <w:lang w:val="ru-RU"/>
        </w:rPr>
        <w:t>ВІННИЦЬКОЇ ОБЛАСТІ</w:t>
      </w:r>
    </w:p>
    <w:p w14:paraId="7C93F637" w14:textId="77777777" w:rsidR="00853990" w:rsidRPr="00DF0CEE" w:rsidRDefault="00853990" w:rsidP="00853990">
      <w:pPr>
        <w:keepNext/>
        <w:keepLines/>
        <w:spacing w:after="0" w:line="268" w:lineRule="auto"/>
        <w:ind w:right="-1"/>
        <w:jc w:val="center"/>
        <w:outlineLvl w:val="1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DF0C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ВИКОНАВЧИЙ КОМІТЕТ</w:t>
      </w:r>
    </w:p>
    <w:p w14:paraId="53598DB9" w14:textId="77777777" w:rsidR="00853990" w:rsidRPr="003D7DE8" w:rsidRDefault="00853990" w:rsidP="00853990">
      <w:pPr>
        <w:spacing w:after="13" w:line="266" w:lineRule="auto"/>
        <w:ind w:left="567" w:firstLine="698"/>
        <w:rPr>
          <w:color w:val="000000"/>
          <w:sz w:val="28"/>
          <w:lang w:val="uk-UA"/>
        </w:rPr>
      </w:pPr>
    </w:p>
    <w:p w14:paraId="7414DB43" w14:textId="77777777" w:rsidR="00D70AAD" w:rsidRPr="00925C7F" w:rsidRDefault="00D70AAD" w:rsidP="00D70AAD">
      <w:pPr>
        <w:tabs>
          <w:tab w:val="left" w:pos="0"/>
        </w:tabs>
        <w:spacing w:after="0" w:line="240" w:lineRule="auto"/>
        <w:jc w:val="center"/>
        <w:outlineLvl w:val="6"/>
        <w:rPr>
          <w:rFonts w:ascii="Times New Roman" w:hAnsi="Times New Roman"/>
          <w:b/>
          <w:sz w:val="28"/>
          <w:szCs w:val="28"/>
          <w:lang w:val="uk-UA"/>
        </w:rPr>
      </w:pPr>
      <w:r w:rsidRPr="00925C7F">
        <w:rPr>
          <w:rFonts w:ascii="Times New Roman" w:hAnsi="Times New Roman"/>
          <w:b/>
          <w:w w:val="120"/>
          <w:sz w:val="28"/>
          <w:szCs w:val="28"/>
          <w:lang w:val="uk-UA"/>
        </w:rPr>
        <w:t>РІШЕННЯ</w:t>
      </w:r>
    </w:p>
    <w:p w14:paraId="5F2CA11C" w14:textId="77777777" w:rsidR="00D70AAD" w:rsidRPr="00925C7F" w:rsidRDefault="00D70AAD" w:rsidP="00D70AAD">
      <w:pPr>
        <w:shd w:val="clear" w:color="auto" w:fill="FFFFFF"/>
        <w:spacing w:after="0" w:line="240" w:lineRule="auto"/>
        <w:ind w:left="567" w:firstLine="698"/>
        <w:rPr>
          <w:rFonts w:ascii="Times New Roman" w:hAnsi="Times New Roman"/>
          <w:sz w:val="28"/>
          <w:szCs w:val="28"/>
          <w:lang w:val="uk-UA"/>
        </w:rPr>
      </w:pPr>
    </w:p>
    <w:p w14:paraId="4E2D8E1B" w14:textId="320CF700" w:rsidR="00057A21" w:rsidRPr="00024A8D" w:rsidRDefault="00D70AAD" w:rsidP="00D70AAD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024A8D">
        <w:rPr>
          <w:rFonts w:ascii="Times New Roman" w:hAnsi="Times New Roman"/>
          <w:b/>
          <w:bCs/>
          <w:sz w:val="28"/>
          <w:szCs w:val="28"/>
          <w:lang w:val="uk-UA"/>
        </w:rPr>
        <w:t>від «</w:t>
      </w:r>
      <w:r w:rsidR="00106F93">
        <w:rPr>
          <w:rFonts w:ascii="Times New Roman" w:hAnsi="Times New Roman"/>
          <w:b/>
          <w:bCs/>
          <w:sz w:val="28"/>
          <w:szCs w:val="28"/>
          <w:lang w:val="uk-UA"/>
        </w:rPr>
        <w:t>20</w:t>
      </w:r>
      <w:r w:rsidRPr="00024A8D">
        <w:rPr>
          <w:rFonts w:ascii="Times New Roman" w:hAnsi="Times New Roman"/>
          <w:b/>
          <w:bCs/>
          <w:sz w:val="28"/>
          <w:szCs w:val="28"/>
          <w:lang w:val="uk-UA"/>
        </w:rPr>
        <w:t xml:space="preserve">» </w:t>
      </w:r>
      <w:r w:rsidR="00106F93">
        <w:rPr>
          <w:rFonts w:ascii="Times New Roman" w:hAnsi="Times New Roman"/>
          <w:b/>
          <w:bCs/>
          <w:sz w:val="28"/>
          <w:szCs w:val="28"/>
          <w:lang w:val="uk-UA"/>
        </w:rPr>
        <w:t xml:space="preserve">серпня </w:t>
      </w:r>
      <w:r w:rsidRPr="00024A8D">
        <w:rPr>
          <w:rFonts w:ascii="Times New Roman" w:hAnsi="Times New Roman"/>
          <w:b/>
          <w:bCs/>
          <w:sz w:val="28"/>
          <w:szCs w:val="28"/>
          <w:lang w:val="uk-UA"/>
        </w:rPr>
        <w:t>202</w:t>
      </w:r>
      <w:r w:rsidR="00853990">
        <w:rPr>
          <w:rFonts w:ascii="Times New Roman" w:hAnsi="Times New Roman"/>
          <w:b/>
          <w:bCs/>
          <w:sz w:val="28"/>
          <w:szCs w:val="28"/>
          <w:lang w:val="uk-UA"/>
        </w:rPr>
        <w:t>6</w:t>
      </w:r>
      <w:r w:rsidRPr="00024A8D">
        <w:rPr>
          <w:rFonts w:ascii="Times New Roman" w:hAnsi="Times New Roman"/>
          <w:b/>
          <w:bCs/>
          <w:sz w:val="28"/>
          <w:szCs w:val="28"/>
          <w:lang w:val="uk-UA"/>
        </w:rPr>
        <w:t xml:space="preserve"> р.</w:t>
      </w:r>
      <w:r w:rsidRPr="00024A8D">
        <w:rPr>
          <w:rFonts w:ascii="Times New Roman" w:hAnsi="Times New Roman"/>
          <w:b/>
          <w:bCs/>
          <w:sz w:val="28"/>
          <w:szCs w:val="28"/>
          <w:lang w:val="uk-UA"/>
        </w:rPr>
        <w:tab/>
        <w:t xml:space="preserve">      м. Жмеринка</w:t>
      </w:r>
      <w:r w:rsidRPr="00024A8D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DF0CEE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</w:t>
      </w:r>
      <w:r w:rsidR="00106F93">
        <w:rPr>
          <w:rFonts w:ascii="Times New Roman" w:hAnsi="Times New Roman"/>
          <w:b/>
          <w:bCs/>
          <w:sz w:val="28"/>
          <w:szCs w:val="28"/>
          <w:lang w:val="uk-UA"/>
        </w:rPr>
        <w:tab/>
        <w:t xml:space="preserve"> № 307</w:t>
      </w:r>
    </w:p>
    <w:p w14:paraId="58D1C9AF" w14:textId="77777777" w:rsidR="00B87D66" w:rsidRDefault="00106F93" w:rsidP="00B87D66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70AAD">
        <w:rPr>
          <w:rFonts w:ascii="Times New Roman" w:hAnsi="Times New Roman" w:cs="Times New Roman"/>
          <w:sz w:val="28"/>
          <w:szCs w:val="28"/>
          <w:lang w:val="uk-UA"/>
        </w:rPr>
        <w:br/>
      </w:r>
      <w:r w:rsidR="00B87D66" w:rsidRPr="00B87D6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внесення змін до складу Місцевої </w:t>
      </w:r>
    </w:p>
    <w:p w14:paraId="05B16843" w14:textId="77777777" w:rsidR="00B87D66" w:rsidRDefault="00B87D66" w:rsidP="00B87D66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7D6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інвестиційної ради Жмеринської міської </w:t>
      </w:r>
    </w:p>
    <w:p w14:paraId="4812F813" w14:textId="5B6325E3" w:rsidR="00B87D66" w:rsidRDefault="00B87D66" w:rsidP="00B87D66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7D66">
        <w:rPr>
          <w:rFonts w:ascii="Times New Roman" w:hAnsi="Times New Roman" w:cs="Times New Roman"/>
          <w:b/>
          <w:bCs/>
          <w:sz w:val="28"/>
          <w:szCs w:val="28"/>
          <w:lang w:val="uk-UA"/>
        </w:rPr>
        <w:t>територіальної громади</w:t>
      </w:r>
    </w:p>
    <w:p w14:paraId="5BD49D01" w14:textId="77777777" w:rsidR="00B87D66" w:rsidRPr="00B87D66" w:rsidRDefault="00B87D66" w:rsidP="00B87D66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AC3BCF5" w14:textId="59A73C9C" w:rsidR="00B87D66" w:rsidRPr="00B87D66" w:rsidRDefault="00B87D66" w:rsidP="00B87D6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Pr="00B87D66">
        <w:rPr>
          <w:rFonts w:ascii="Times New Roman" w:hAnsi="Times New Roman" w:cs="Times New Roman"/>
          <w:sz w:val="28"/>
          <w:szCs w:val="28"/>
          <w:lang w:val="uk-UA"/>
        </w:rPr>
        <w:t>Відповідно до статті 75² Бюджетного кодексу України, постанови Кабінету Міністрів України від 28 лютого 2025 року № 527 «Деякі питання управління публічними інвестиціями» (зі змінами), Положення про Місцеву інвестиційну раду Жмеринської міської територіальної громади, затвердженого рішенням виконавчого комітету Жмеринської міської ради від 24.07.2025 № 259, з метою актуалізації персонального складу Місцевої інвестиційної ради Жмеринської міської територіальної громади, виконавчий комітет Жмеринської міської ради</w:t>
      </w:r>
    </w:p>
    <w:p w14:paraId="6234C47D" w14:textId="77777777" w:rsidR="00B87D66" w:rsidRPr="00B87D66" w:rsidRDefault="00B87D66" w:rsidP="00B87D6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B87D66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ВИРІШИВ:</w:t>
      </w:r>
    </w:p>
    <w:p w14:paraId="1575EAD0" w14:textId="36417141" w:rsidR="00B87D66" w:rsidRPr="00B87D66" w:rsidRDefault="00B87D66" w:rsidP="00B87D66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87D66"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 w:rsidRPr="00B87D66">
        <w:rPr>
          <w:rFonts w:ascii="Times New Roman" w:hAnsi="Times New Roman" w:cs="Times New Roman"/>
          <w:sz w:val="28"/>
          <w:szCs w:val="28"/>
          <w:lang w:val="uk-UA"/>
        </w:rPr>
        <w:t xml:space="preserve"> зміни до складу Місцевої інвестиційної ради Жмеринської міської територіальної громади, затвердженого рішенням виконавчого комітету Жмеринської міської ради від 24.07.2025 № 259 «Про створення Місцевої інвестиційної ради Жмеринської міської територіальної громади», виклавши додаток 1 до рішення у новій редакції, що додається.</w:t>
      </w:r>
    </w:p>
    <w:p w14:paraId="045B1586" w14:textId="362E104A" w:rsidR="00B87D66" w:rsidRDefault="00B87D66" w:rsidP="00B87D66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7D66">
        <w:rPr>
          <w:rFonts w:ascii="Times New Roman" w:hAnsi="Times New Roman" w:cs="Times New Roman"/>
          <w:sz w:val="28"/>
          <w:szCs w:val="28"/>
          <w:lang w:val="uk-UA"/>
        </w:rPr>
        <w:t>Вважати таким, що втратив чинність, додаток 1 до рішення виконавчого комітету Жмеринської міської ради від 24.07.2025 № 259 «Про створення Місцевої інвестиційної ради Жмеринської міської територіальної громади».</w:t>
      </w:r>
    </w:p>
    <w:p w14:paraId="1D96CE7E" w14:textId="248CD541" w:rsidR="00E22A9A" w:rsidRPr="00E22A9A" w:rsidRDefault="00E22A9A" w:rsidP="00E22A9A">
      <w:pPr>
        <w:pStyle w:val="ae"/>
        <w:numPr>
          <w:ilvl w:val="0"/>
          <w:numId w:val="18"/>
        </w:numPr>
        <w:tabs>
          <w:tab w:val="left" w:pos="142"/>
          <w:tab w:val="left" w:pos="540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A9A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рішення покласти на заступників міського голови з питань діяльності виконавчих органів ради відповідно до розподілу функціональних обов'язків та керуючого справами виконавчого комітету.</w:t>
      </w:r>
    </w:p>
    <w:p w14:paraId="17378E32" w14:textId="77777777" w:rsidR="00B87D66" w:rsidRDefault="00B87D66" w:rsidP="005F0D72">
      <w:pPr>
        <w:pStyle w:val="aff8"/>
        <w:spacing w:before="0" w:beforeAutospacing="0" w:after="0" w:afterAutospacing="0"/>
        <w:jc w:val="both"/>
        <w:rPr>
          <w:sz w:val="28"/>
          <w:szCs w:val="28"/>
        </w:rPr>
      </w:pPr>
    </w:p>
    <w:p w14:paraId="6484931C" w14:textId="6FF4A3A9" w:rsidR="005F0D72" w:rsidRDefault="00D70AAD" w:rsidP="005F0D72">
      <w:pPr>
        <w:pStyle w:val="aff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1C0BA93A" w14:textId="2BB6B16B" w:rsidR="00057A21" w:rsidRPr="00024A8D" w:rsidRDefault="00613351" w:rsidP="005F0D72">
      <w:pPr>
        <w:pStyle w:val="aff8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</w:t>
      </w:r>
      <w:r w:rsidR="00B87D6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E22A9A">
        <w:rPr>
          <w:sz w:val="28"/>
          <w:szCs w:val="28"/>
        </w:rPr>
        <w:t xml:space="preserve">    </w:t>
      </w:r>
      <w:r w:rsidR="00D70AAD">
        <w:rPr>
          <w:sz w:val="28"/>
          <w:szCs w:val="28"/>
        </w:rPr>
        <w:t xml:space="preserve"> </w:t>
      </w:r>
      <w:r w:rsidR="00640464" w:rsidRPr="00024A8D">
        <w:rPr>
          <w:b/>
          <w:bCs/>
          <w:sz w:val="28"/>
          <w:szCs w:val="28"/>
          <w:lang w:val="ru-RU"/>
        </w:rPr>
        <w:t xml:space="preserve">Секретар міської ради                          </w:t>
      </w:r>
      <w:r w:rsidR="00DF0CEE">
        <w:rPr>
          <w:b/>
          <w:bCs/>
          <w:sz w:val="28"/>
          <w:szCs w:val="28"/>
          <w:lang w:val="ru-RU"/>
        </w:rPr>
        <w:t xml:space="preserve">     </w:t>
      </w:r>
      <w:r w:rsidR="00640464" w:rsidRPr="00024A8D">
        <w:rPr>
          <w:b/>
          <w:bCs/>
          <w:sz w:val="28"/>
          <w:szCs w:val="28"/>
          <w:lang w:val="ru-RU"/>
        </w:rPr>
        <w:t xml:space="preserve">          Вадим КОЖУХОВСЬКИЙ</w:t>
      </w:r>
    </w:p>
    <w:p w14:paraId="0667C92D" w14:textId="6CF17039" w:rsidR="00D70AAD" w:rsidRDefault="00D70AAD" w:rsidP="00D70AAD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D70A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                                </w:t>
      </w:r>
    </w:p>
    <w:p w14:paraId="24210EA1" w14:textId="77777777" w:rsidR="00B87D66" w:rsidRDefault="00D70AAD" w:rsidP="003C730C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lastRenderedPageBreak/>
        <w:t xml:space="preserve">                                                        </w:t>
      </w:r>
      <w:r w:rsidRPr="00D70A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</w:t>
      </w:r>
      <w:r w:rsidR="003C730C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</w:t>
      </w:r>
    </w:p>
    <w:p w14:paraId="47457F1E" w14:textId="77777777" w:rsidR="00B87D66" w:rsidRPr="00F971CA" w:rsidRDefault="003C730C" w:rsidP="00B87D66">
      <w:pPr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="00B87D6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0AAD" w:rsidRPr="00D70AAD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14:paraId="502A845B" w14:textId="77777777" w:rsidR="00B87D66" w:rsidRPr="00B87D66" w:rsidRDefault="00B87D66" w:rsidP="00B87D66">
      <w:pPr>
        <w:pStyle w:val="23"/>
        <w:spacing w:after="0" w:line="240" w:lineRule="auto"/>
        <w:ind w:left="4932" w:firstLine="313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87D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Додаток 1</w:t>
      </w:r>
    </w:p>
    <w:p w14:paraId="0A246477" w14:textId="77777777" w:rsidR="00B87D66" w:rsidRPr="00B87D66" w:rsidRDefault="00B87D66" w:rsidP="00B87D66">
      <w:pPr>
        <w:pStyle w:val="23"/>
        <w:spacing w:after="0" w:line="240" w:lineRule="auto"/>
        <w:ind w:left="4932" w:firstLine="313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87D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 рішення виконавчого комітету</w:t>
      </w:r>
    </w:p>
    <w:p w14:paraId="312ECEB2" w14:textId="77777777" w:rsidR="00B87D66" w:rsidRPr="00B87D66" w:rsidRDefault="00B87D66" w:rsidP="00B87D66">
      <w:pPr>
        <w:pStyle w:val="23"/>
        <w:spacing w:after="0" w:line="240" w:lineRule="auto"/>
        <w:ind w:left="4932" w:firstLine="313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87D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Жмеринської  міської ради</w:t>
      </w:r>
    </w:p>
    <w:p w14:paraId="6BBC559B" w14:textId="62B36C47" w:rsidR="00B87D66" w:rsidRDefault="00106F93" w:rsidP="00B87D66">
      <w:pPr>
        <w:pStyle w:val="23"/>
        <w:spacing w:after="0" w:line="240" w:lineRule="auto"/>
        <w:ind w:left="4932" w:firstLine="313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Від 20 серпня 2026 р </w:t>
      </w:r>
      <w:bookmarkStart w:id="0" w:name="_GoBack"/>
      <w:bookmarkEnd w:id="0"/>
      <w:r w:rsidR="00B87D66" w:rsidRPr="00B87D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307</w:t>
      </w:r>
      <w:r w:rsidR="00B87D66" w:rsidRPr="00B87D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37A9B724" w14:textId="77777777" w:rsidR="00B87D66" w:rsidRDefault="00B87D66" w:rsidP="00B87D66">
      <w:pPr>
        <w:pStyle w:val="23"/>
        <w:spacing w:after="0" w:line="240" w:lineRule="auto"/>
        <w:ind w:left="4932" w:firstLine="313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0F58BCF" w14:textId="77777777" w:rsidR="00B87D66" w:rsidRPr="00B87D66" w:rsidRDefault="00B87D66" w:rsidP="00B87D66">
      <w:pPr>
        <w:pStyle w:val="23"/>
        <w:spacing w:after="0" w:line="240" w:lineRule="auto"/>
        <w:ind w:left="4932" w:firstLine="313"/>
        <w:contextualSpacing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32D1E6F" w14:textId="77777777" w:rsidR="00B87D66" w:rsidRPr="00B87D66" w:rsidRDefault="00B87D66" w:rsidP="00B87D66">
      <w:pPr>
        <w:pStyle w:val="23"/>
        <w:spacing w:line="240" w:lineRule="auto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87D66"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СКЛАД</w:t>
      </w:r>
    </w:p>
    <w:p w14:paraId="64F55D5E" w14:textId="6998A1C7" w:rsidR="00B87D66" w:rsidRPr="00B87D66" w:rsidRDefault="00B87D66" w:rsidP="00B87D66">
      <w:pPr>
        <w:pStyle w:val="21"/>
        <w:tabs>
          <w:tab w:val="left" w:pos="1560"/>
        </w:tabs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87D66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Місцевої інвестиційної ради Жмеринської міської територіальної громади  (далі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B87D66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Інвестиційна рада)</w:t>
      </w: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"/>
        <w:gridCol w:w="3823"/>
        <w:gridCol w:w="425"/>
        <w:gridCol w:w="5670"/>
      </w:tblGrid>
      <w:tr w:rsidR="00B87D66" w:rsidRPr="00106F93" w14:paraId="41B328D9" w14:textId="77777777" w:rsidTr="00B87D66">
        <w:trPr>
          <w:trHeight w:val="567"/>
        </w:trPr>
        <w:tc>
          <w:tcPr>
            <w:tcW w:w="9952" w:type="dxa"/>
            <w:gridSpan w:val="4"/>
          </w:tcPr>
          <w:p w14:paraId="340BBF35" w14:textId="77777777" w:rsidR="00B87D66" w:rsidRPr="00B87D66" w:rsidRDefault="00B87D66" w:rsidP="00B87D66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B87D66" w:rsidRPr="00106F93" w14:paraId="1A2DB477" w14:textId="77777777" w:rsidTr="00106F93">
        <w:trPr>
          <w:trHeight w:val="916"/>
        </w:trPr>
        <w:tc>
          <w:tcPr>
            <w:tcW w:w="3857" w:type="dxa"/>
            <w:gridSpan w:val="2"/>
          </w:tcPr>
          <w:p w14:paraId="55B1004A" w14:textId="77777777" w:rsidR="00B87D66" w:rsidRDefault="00B87D66" w:rsidP="00307DA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132E972" w14:textId="1F0D20D3" w:rsidR="00B87D66" w:rsidRPr="00B87D66" w:rsidRDefault="00B87D66" w:rsidP="00307DA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7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Вадим КОЖУХОВСЬКИЙ</w:t>
            </w:r>
          </w:p>
        </w:tc>
        <w:tc>
          <w:tcPr>
            <w:tcW w:w="425" w:type="dxa"/>
          </w:tcPr>
          <w:p w14:paraId="7620331E" w14:textId="77777777" w:rsidR="00B87D66" w:rsidRDefault="00B87D66" w:rsidP="00307DAD">
            <w:pPr>
              <w:pStyle w:val="23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932815E" w14:textId="0264F539" w:rsidR="00B87D66" w:rsidRPr="00B87D66" w:rsidRDefault="00B87D66" w:rsidP="00307DAD">
            <w:pPr>
              <w:pStyle w:val="23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7D6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</w:p>
        </w:tc>
        <w:tc>
          <w:tcPr>
            <w:tcW w:w="5670" w:type="dxa"/>
          </w:tcPr>
          <w:p w14:paraId="5199F3E0" w14:textId="77777777" w:rsidR="00B87D66" w:rsidRPr="00B87D66" w:rsidRDefault="00B87D66" w:rsidP="00307DAD">
            <w:pPr>
              <w:pStyle w:val="21"/>
              <w:tabs>
                <w:tab w:val="left" w:pos="1560"/>
              </w:tabs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7D66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секретар міської ради, голова Інвестиційної ради </w:t>
            </w:r>
          </w:p>
        </w:tc>
      </w:tr>
      <w:tr w:rsidR="00B87D66" w:rsidRPr="00106F93" w14:paraId="3217A440" w14:textId="77777777" w:rsidTr="00106F93">
        <w:trPr>
          <w:trHeight w:val="567"/>
        </w:trPr>
        <w:tc>
          <w:tcPr>
            <w:tcW w:w="3857" w:type="dxa"/>
            <w:gridSpan w:val="2"/>
          </w:tcPr>
          <w:p w14:paraId="6670F5C5" w14:textId="77777777" w:rsidR="00B87D66" w:rsidRPr="00B87D66" w:rsidRDefault="00B87D66" w:rsidP="00307DA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7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Ольга БОРОВСЬКА</w:t>
            </w:r>
          </w:p>
        </w:tc>
        <w:tc>
          <w:tcPr>
            <w:tcW w:w="425" w:type="dxa"/>
          </w:tcPr>
          <w:p w14:paraId="16917DC8" w14:textId="77777777" w:rsidR="00B87D66" w:rsidRPr="00B87D66" w:rsidRDefault="00B87D66" w:rsidP="00307D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7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 </w:t>
            </w:r>
          </w:p>
          <w:p w14:paraId="669314C1" w14:textId="77777777" w:rsidR="00B87D66" w:rsidRPr="00B87D66" w:rsidRDefault="00B87D66" w:rsidP="00307D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3902BAC" w14:textId="77777777" w:rsidR="00B87D66" w:rsidRPr="00B87D66" w:rsidRDefault="00B87D66" w:rsidP="00307D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670" w:type="dxa"/>
          </w:tcPr>
          <w:p w14:paraId="3CE82D1E" w14:textId="77777777" w:rsidR="00B87D66" w:rsidRPr="00B87D66" w:rsidRDefault="00B87D66" w:rsidP="00307DAD">
            <w:pPr>
              <w:pStyle w:val="af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7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заступник міського голови з питань діяльності виконавчих органів ради, заступник голови Інвестиційної ради </w:t>
            </w:r>
          </w:p>
        </w:tc>
      </w:tr>
      <w:tr w:rsidR="00B87D66" w:rsidRPr="00106F93" w14:paraId="076141D2" w14:textId="77777777" w:rsidTr="00106F93">
        <w:trPr>
          <w:trHeight w:val="567"/>
        </w:trPr>
        <w:tc>
          <w:tcPr>
            <w:tcW w:w="3857" w:type="dxa"/>
            <w:gridSpan w:val="2"/>
          </w:tcPr>
          <w:p w14:paraId="5005089C" w14:textId="77777777" w:rsidR="00B87D66" w:rsidRPr="00B87D66" w:rsidRDefault="00B87D66" w:rsidP="00307DA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7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Ірина ДАЦКО</w:t>
            </w:r>
          </w:p>
        </w:tc>
        <w:tc>
          <w:tcPr>
            <w:tcW w:w="425" w:type="dxa"/>
          </w:tcPr>
          <w:p w14:paraId="6C282EF2" w14:textId="77777777" w:rsidR="00B87D66" w:rsidRPr="00B87D66" w:rsidRDefault="00B87D66" w:rsidP="00307DAD">
            <w:pPr>
              <w:pStyle w:val="23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7D6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</w:p>
          <w:p w14:paraId="5C9DF7CB" w14:textId="77777777" w:rsidR="00B87D66" w:rsidRPr="00B87D66" w:rsidRDefault="00B87D66" w:rsidP="00307DAD">
            <w:pPr>
              <w:pStyle w:val="23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670" w:type="dxa"/>
          </w:tcPr>
          <w:p w14:paraId="33380695" w14:textId="4B00D429" w:rsidR="00B87D66" w:rsidRPr="00B87D66" w:rsidRDefault="00B87D66" w:rsidP="00307DAD">
            <w:pPr>
              <w:pStyle w:val="af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7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заступник міського голови з питань діяльності виконавчих органів ради, заступник голови Інвестиційної ради </w:t>
            </w:r>
          </w:p>
        </w:tc>
      </w:tr>
      <w:tr w:rsidR="00B87D66" w:rsidRPr="00106F93" w14:paraId="048B9064" w14:textId="77777777" w:rsidTr="00106F93">
        <w:trPr>
          <w:trHeight w:val="567"/>
        </w:trPr>
        <w:tc>
          <w:tcPr>
            <w:tcW w:w="3857" w:type="dxa"/>
            <w:gridSpan w:val="2"/>
          </w:tcPr>
          <w:p w14:paraId="3926D7E7" w14:textId="77777777" w:rsidR="00B87D66" w:rsidRPr="00B87D66" w:rsidRDefault="00B87D66" w:rsidP="00307DA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7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Наталя ГРИНЕВИЧ</w:t>
            </w:r>
          </w:p>
        </w:tc>
        <w:tc>
          <w:tcPr>
            <w:tcW w:w="425" w:type="dxa"/>
          </w:tcPr>
          <w:p w14:paraId="22357EC1" w14:textId="77777777" w:rsidR="00B87D66" w:rsidRPr="00B87D66" w:rsidRDefault="00B87D66" w:rsidP="00307DAD">
            <w:pPr>
              <w:pStyle w:val="23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7D6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</w:p>
        </w:tc>
        <w:tc>
          <w:tcPr>
            <w:tcW w:w="5670" w:type="dxa"/>
          </w:tcPr>
          <w:p w14:paraId="794C70AD" w14:textId="58BE2F9F" w:rsidR="00B87D66" w:rsidRPr="00B87D66" w:rsidRDefault="00B87D66" w:rsidP="00307DA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7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начальник відділу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публічних інвестицій та грантових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проєктів</w:t>
            </w:r>
            <w:proofErr w:type="spellEnd"/>
            <w:r w:rsidRPr="00B87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виконавчого комітету Жмеринської міської ради, секретар Інвестиційної ради</w:t>
            </w:r>
          </w:p>
        </w:tc>
      </w:tr>
      <w:tr w:rsidR="00B87D66" w:rsidRPr="00B87D66" w14:paraId="3C7C5685" w14:textId="77777777" w:rsidTr="00B87D66">
        <w:trPr>
          <w:trHeight w:val="599"/>
        </w:trPr>
        <w:tc>
          <w:tcPr>
            <w:tcW w:w="9952" w:type="dxa"/>
            <w:gridSpan w:val="4"/>
          </w:tcPr>
          <w:p w14:paraId="792F0366" w14:textId="77777777" w:rsidR="00B87D66" w:rsidRPr="00B87D66" w:rsidRDefault="00B87D66" w:rsidP="00307DAD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BA24D4D" w14:textId="77777777" w:rsidR="00B87D66" w:rsidRPr="00B87D66" w:rsidRDefault="00B87D66" w:rsidP="00307DAD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7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Члени Інвестиційної ради:</w:t>
            </w:r>
          </w:p>
        </w:tc>
      </w:tr>
      <w:tr w:rsidR="00B87D66" w:rsidRPr="00106F93" w14:paraId="606D1983" w14:textId="77777777" w:rsidTr="00106F93">
        <w:trPr>
          <w:trHeight w:val="800"/>
        </w:trPr>
        <w:tc>
          <w:tcPr>
            <w:tcW w:w="3857" w:type="dxa"/>
            <w:gridSpan w:val="2"/>
          </w:tcPr>
          <w:p w14:paraId="090FF41A" w14:textId="77777777" w:rsidR="00B87D66" w:rsidRPr="00B87D66" w:rsidRDefault="00B87D66" w:rsidP="00307DA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7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Анатолій БІЛОУС</w:t>
            </w:r>
          </w:p>
        </w:tc>
        <w:tc>
          <w:tcPr>
            <w:tcW w:w="425" w:type="dxa"/>
          </w:tcPr>
          <w:p w14:paraId="44143D5F" w14:textId="77777777" w:rsidR="00B87D66" w:rsidRPr="00B87D66" w:rsidRDefault="00B87D66" w:rsidP="00307DAD">
            <w:pPr>
              <w:pStyle w:val="23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7D6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</w:p>
        </w:tc>
        <w:tc>
          <w:tcPr>
            <w:tcW w:w="5670" w:type="dxa"/>
          </w:tcPr>
          <w:p w14:paraId="57833AA1" w14:textId="77777777" w:rsidR="00B87D66" w:rsidRPr="00B87D66" w:rsidRDefault="00B87D66" w:rsidP="00307DAD">
            <w:pPr>
              <w:pStyle w:val="af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7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заступник міського голови з питань діяльності виконавчих органів ради  </w:t>
            </w:r>
          </w:p>
        </w:tc>
      </w:tr>
      <w:tr w:rsidR="00B87D66" w:rsidRPr="00B87D66" w14:paraId="5C653C38" w14:textId="77777777" w:rsidTr="00106F93">
        <w:trPr>
          <w:trHeight w:val="717"/>
        </w:trPr>
        <w:tc>
          <w:tcPr>
            <w:tcW w:w="3857" w:type="dxa"/>
            <w:gridSpan w:val="2"/>
          </w:tcPr>
          <w:p w14:paraId="5478AD6D" w14:textId="77777777" w:rsidR="00B87D66" w:rsidRPr="00B87D66" w:rsidRDefault="00B87D66" w:rsidP="00307DA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7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Оксана СВИСТУН</w:t>
            </w:r>
          </w:p>
        </w:tc>
        <w:tc>
          <w:tcPr>
            <w:tcW w:w="425" w:type="dxa"/>
          </w:tcPr>
          <w:p w14:paraId="34A20B96" w14:textId="77777777" w:rsidR="00B87D66" w:rsidRPr="00B87D66" w:rsidRDefault="00B87D66" w:rsidP="00307D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7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</w:p>
        </w:tc>
        <w:tc>
          <w:tcPr>
            <w:tcW w:w="5670" w:type="dxa"/>
          </w:tcPr>
          <w:p w14:paraId="47A33CED" w14:textId="77777777" w:rsidR="00B87D66" w:rsidRPr="00B87D66" w:rsidRDefault="00B87D66" w:rsidP="00307DA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7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керуючий справами виконавчого комітету</w:t>
            </w:r>
          </w:p>
        </w:tc>
      </w:tr>
      <w:tr w:rsidR="00B87D66" w:rsidRPr="00B87D66" w14:paraId="4A1861AC" w14:textId="77777777" w:rsidTr="00106F93">
        <w:trPr>
          <w:trHeight w:val="823"/>
        </w:trPr>
        <w:tc>
          <w:tcPr>
            <w:tcW w:w="3857" w:type="dxa"/>
            <w:gridSpan w:val="2"/>
          </w:tcPr>
          <w:p w14:paraId="32C40E4E" w14:textId="7E65A949" w:rsidR="00B87D66" w:rsidRPr="00B87D66" w:rsidRDefault="00B87D66" w:rsidP="00307DA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25" w:type="dxa"/>
          </w:tcPr>
          <w:p w14:paraId="266597A3" w14:textId="1FAE57A9" w:rsidR="00B87D66" w:rsidRPr="00B87D66" w:rsidRDefault="00B87D66" w:rsidP="00307D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670" w:type="dxa"/>
          </w:tcPr>
          <w:p w14:paraId="2276FEC4" w14:textId="41EF9831" w:rsidR="00B87D66" w:rsidRPr="00B87D66" w:rsidRDefault="00B87D66" w:rsidP="00307DA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B87D66" w:rsidRPr="00106F93" w14:paraId="4207AB08" w14:textId="77777777" w:rsidTr="00106F93">
        <w:trPr>
          <w:trHeight w:val="823"/>
        </w:trPr>
        <w:tc>
          <w:tcPr>
            <w:tcW w:w="3857" w:type="dxa"/>
            <w:gridSpan w:val="2"/>
          </w:tcPr>
          <w:p w14:paraId="2467CD5E" w14:textId="77777777" w:rsidR="00B87D66" w:rsidRPr="00B87D66" w:rsidRDefault="00B87D66" w:rsidP="00307DA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7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Галина БЕЗВЕРХНЯ</w:t>
            </w:r>
          </w:p>
        </w:tc>
        <w:tc>
          <w:tcPr>
            <w:tcW w:w="425" w:type="dxa"/>
          </w:tcPr>
          <w:p w14:paraId="3D3E465F" w14:textId="77777777" w:rsidR="00B87D66" w:rsidRPr="00B87D66" w:rsidRDefault="00B87D66" w:rsidP="00307D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7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</w:p>
        </w:tc>
        <w:tc>
          <w:tcPr>
            <w:tcW w:w="5670" w:type="dxa"/>
          </w:tcPr>
          <w:p w14:paraId="191E7F55" w14:textId="77777777" w:rsidR="00B87D66" w:rsidRPr="00B87D66" w:rsidRDefault="00B87D66" w:rsidP="00307DA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7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начальник фінансового управління Жмеринської </w:t>
            </w:r>
            <w:r w:rsidRPr="00B87D66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міської ради</w:t>
            </w:r>
          </w:p>
        </w:tc>
      </w:tr>
      <w:tr w:rsidR="00B87D66" w:rsidRPr="00106F93" w14:paraId="2FAACAB0" w14:textId="77777777" w:rsidTr="00106F93">
        <w:trPr>
          <w:gridBefore w:val="1"/>
          <w:wBefore w:w="34" w:type="dxa"/>
          <w:trHeight w:val="823"/>
        </w:trPr>
        <w:tc>
          <w:tcPr>
            <w:tcW w:w="3823" w:type="dxa"/>
          </w:tcPr>
          <w:p w14:paraId="3B3932DD" w14:textId="77777777" w:rsidR="00B87D66" w:rsidRPr="00B87D66" w:rsidRDefault="00B87D66" w:rsidP="00307DA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7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Катерина ЦАБАК</w:t>
            </w:r>
          </w:p>
        </w:tc>
        <w:tc>
          <w:tcPr>
            <w:tcW w:w="425" w:type="dxa"/>
          </w:tcPr>
          <w:p w14:paraId="1C6123C6" w14:textId="77777777" w:rsidR="00B87D66" w:rsidRPr="00B87D66" w:rsidRDefault="00B87D66" w:rsidP="00307D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7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</w:p>
          <w:p w14:paraId="55A63473" w14:textId="77777777" w:rsidR="00B87D66" w:rsidRPr="00B87D66" w:rsidRDefault="00B87D66" w:rsidP="00307D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670" w:type="dxa"/>
          </w:tcPr>
          <w:p w14:paraId="64371197" w14:textId="77777777" w:rsidR="00B87D66" w:rsidRPr="00B87D66" w:rsidRDefault="00B87D66" w:rsidP="00307DA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7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заступник начальника управління економіки та розвитку інфраструктури виконавчого комітету Жмеринської міської ради</w:t>
            </w:r>
          </w:p>
        </w:tc>
      </w:tr>
    </w:tbl>
    <w:p w14:paraId="462E8CF1" w14:textId="77777777" w:rsidR="00B87D66" w:rsidRPr="00B87D66" w:rsidRDefault="00B87D66" w:rsidP="00B87D66">
      <w:pPr>
        <w:pStyle w:val="af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2E1CC93" w14:textId="77777777" w:rsidR="00B87D66" w:rsidRPr="00B87D66" w:rsidRDefault="00B87D66" w:rsidP="00B87D66">
      <w:pPr>
        <w:pStyle w:val="23"/>
        <w:spacing w:line="240" w:lineRule="auto"/>
        <w:ind w:left="4932" w:firstLine="171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B71E0C5" w14:textId="77777777" w:rsidR="00B87D66" w:rsidRPr="00B87D66" w:rsidRDefault="00B87D66" w:rsidP="00B87D66">
      <w:pPr>
        <w:pStyle w:val="23"/>
        <w:spacing w:line="240" w:lineRule="auto"/>
        <w:ind w:left="4932" w:firstLine="171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29CD38C" w14:textId="77777777" w:rsidR="00B87D66" w:rsidRPr="00024A8D" w:rsidRDefault="00B87D66" w:rsidP="00B87D66">
      <w:pPr>
        <w:pStyle w:val="aff8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 w:rsidRPr="00024A8D">
        <w:rPr>
          <w:b/>
          <w:bCs/>
          <w:sz w:val="28"/>
          <w:szCs w:val="28"/>
          <w:lang w:val="ru-RU"/>
        </w:rPr>
        <w:t>Секретар</w:t>
      </w:r>
      <w:proofErr w:type="spellEnd"/>
      <w:r w:rsidRPr="00024A8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024A8D">
        <w:rPr>
          <w:b/>
          <w:bCs/>
          <w:sz w:val="28"/>
          <w:szCs w:val="28"/>
          <w:lang w:val="ru-RU"/>
        </w:rPr>
        <w:t>міської</w:t>
      </w:r>
      <w:proofErr w:type="spellEnd"/>
      <w:r w:rsidRPr="00024A8D">
        <w:rPr>
          <w:b/>
          <w:bCs/>
          <w:sz w:val="28"/>
          <w:szCs w:val="28"/>
          <w:lang w:val="ru-RU"/>
        </w:rPr>
        <w:t xml:space="preserve"> ради                          </w:t>
      </w:r>
      <w:r>
        <w:rPr>
          <w:b/>
          <w:bCs/>
          <w:sz w:val="28"/>
          <w:szCs w:val="28"/>
          <w:lang w:val="ru-RU"/>
        </w:rPr>
        <w:t xml:space="preserve">     </w:t>
      </w:r>
      <w:r w:rsidRPr="00024A8D">
        <w:rPr>
          <w:b/>
          <w:bCs/>
          <w:sz w:val="28"/>
          <w:szCs w:val="28"/>
          <w:lang w:val="ru-RU"/>
        </w:rPr>
        <w:t xml:space="preserve">          Вадим КОЖУХОВСЬКИЙ</w:t>
      </w:r>
    </w:p>
    <w:p w14:paraId="256C68E5" w14:textId="77777777" w:rsidR="00B87D66" w:rsidRDefault="00B87D66" w:rsidP="00B87D6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D70A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                                </w:t>
      </w:r>
    </w:p>
    <w:p w14:paraId="304BAF2D" w14:textId="77777777" w:rsidR="00D70AAD" w:rsidRPr="00B87D66" w:rsidRDefault="00D70AAD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D70AAD" w:rsidRPr="00B87D66" w:rsidSect="003C730C">
      <w:pgSz w:w="12240" w:h="15840"/>
      <w:pgMar w:top="851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204502"/>
    <w:multiLevelType w:val="multilevel"/>
    <w:tmpl w:val="50EAA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413870"/>
    <w:multiLevelType w:val="multilevel"/>
    <w:tmpl w:val="C150C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5D4909"/>
    <w:multiLevelType w:val="multilevel"/>
    <w:tmpl w:val="28F22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D87655"/>
    <w:multiLevelType w:val="hybridMultilevel"/>
    <w:tmpl w:val="9814A768"/>
    <w:lvl w:ilvl="0" w:tplc="E6CA807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2C1038"/>
    <w:multiLevelType w:val="multilevel"/>
    <w:tmpl w:val="D83AD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775DFE"/>
    <w:multiLevelType w:val="multilevel"/>
    <w:tmpl w:val="4BA66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472B7F"/>
    <w:multiLevelType w:val="multilevel"/>
    <w:tmpl w:val="C2B4E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E5614B"/>
    <w:multiLevelType w:val="hybridMultilevel"/>
    <w:tmpl w:val="7EF02A54"/>
    <w:lvl w:ilvl="0" w:tplc="F4DC45D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362B14"/>
    <w:multiLevelType w:val="multilevel"/>
    <w:tmpl w:val="ABA69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3"/>
  </w:num>
  <w:num w:numId="13">
    <w:abstractNumId w:val="16"/>
  </w:num>
  <w:num w:numId="14">
    <w:abstractNumId w:val="17"/>
  </w:num>
  <w:num w:numId="15">
    <w:abstractNumId w:val="15"/>
  </w:num>
  <w:num w:numId="16">
    <w:abstractNumId w:val="11"/>
  </w:num>
  <w:num w:numId="17">
    <w:abstractNumId w:val="12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4A8D"/>
    <w:rsid w:val="00034616"/>
    <w:rsid w:val="00057A21"/>
    <w:rsid w:val="0006063C"/>
    <w:rsid w:val="00106F93"/>
    <w:rsid w:val="0015074B"/>
    <w:rsid w:val="0029639D"/>
    <w:rsid w:val="00326F90"/>
    <w:rsid w:val="0037413F"/>
    <w:rsid w:val="003834D3"/>
    <w:rsid w:val="003C730C"/>
    <w:rsid w:val="004F395A"/>
    <w:rsid w:val="005F0D72"/>
    <w:rsid w:val="00613351"/>
    <w:rsid w:val="00640464"/>
    <w:rsid w:val="006A484C"/>
    <w:rsid w:val="007161EC"/>
    <w:rsid w:val="00853990"/>
    <w:rsid w:val="008D70F8"/>
    <w:rsid w:val="0090459C"/>
    <w:rsid w:val="00A35A7F"/>
    <w:rsid w:val="00A47702"/>
    <w:rsid w:val="00AA1D8D"/>
    <w:rsid w:val="00AA299C"/>
    <w:rsid w:val="00B47730"/>
    <w:rsid w:val="00B87D66"/>
    <w:rsid w:val="00CB0664"/>
    <w:rsid w:val="00CB62BE"/>
    <w:rsid w:val="00D70AAD"/>
    <w:rsid w:val="00D968E6"/>
    <w:rsid w:val="00DA1D44"/>
    <w:rsid w:val="00DC259C"/>
    <w:rsid w:val="00DF0CEE"/>
    <w:rsid w:val="00E22A9A"/>
    <w:rsid w:val="00E54DDD"/>
    <w:rsid w:val="00EC76A9"/>
    <w:rsid w:val="00FC693F"/>
    <w:rsid w:val="00FE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E16EBC"/>
  <w14:defaultImageDpi w14:val="300"/>
  <w15:docId w15:val="{A70AD336-A977-4B48-BEB5-3B909DB73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D70AAD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color w:val="000000"/>
      <w:sz w:val="24"/>
      <w:szCs w:val="24"/>
      <w:lang w:val="ru-RU" w:eastAsia="ru-RU"/>
    </w:rPr>
  </w:style>
  <w:style w:type="paragraph" w:styleId="aff8">
    <w:name w:val="Normal (Web)"/>
    <w:basedOn w:val="a1"/>
    <w:uiPriority w:val="99"/>
    <w:unhideWhenUsed/>
    <w:rsid w:val="00D70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ff9">
    <w:name w:val="Balloon Text"/>
    <w:basedOn w:val="a1"/>
    <w:link w:val="affa"/>
    <w:uiPriority w:val="99"/>
    <w:semiHidden/>
    <w:unhideWhenUsed/>
    <w:rsid w:val="00106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106F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A2771E1-DBC4-422E-95C6-947FA6F03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468</Words>
  <Characters>2672</Characters>
  <Application>Microsoft Office Word</Application>
  <DocSecurity>0</DocSecurity>
  <Lines>22</Lines>
  <Paragraphs>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/>
  <LinksUpToDate>false</LinksUpToDate>
  <CharactersWithSpaces>3134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22</cp:revision>
  <cp:lastPrinted>2026-08-20T09:51:00Z</cp:lastPrinted>
  <dcterms:created xsi:type="dcterms:W3CDTF">2025-11-13T19:30:00Z</dcterms:created>
  <dcterms:modified xsi:type="dcterms:W3CDTF">2026-08-20T09:51:00Z</dcterms:modified>
  <cp:category/>
</cp:coreProperties>
</file>