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4F27D" w14:textId="285764BA" w:rsidR="00E771DE" w:rsidRDefault="00E771DE" w:rsidP="00234465">
      <w:pPr>
        <w:spacing w:line="276" w:lineRule="auto"/>
        <w:rPr>
          <w:rFonts w:cs="Times New Roman"/>
          <w:szCs w:val="24"/>
        </w:rPr>
      </w:pPr>
    </w:p>
    <w:p w14:paraId="5B031B28" w14:textId="77777777" w:rsidR="00472BDE" w:rsidRDefault="00472BDE" w:rsidP="00472BDE">
      <w:pPr>
        <w:spacing w:line="276" w:lineRule="auto"/>
        <w:jc w:val="center"/>
      </w:pPr>
      <w:r>
        <w:rPr>
          <w:noProof/>
        </w:rPr>
        <w:drawing>
          <wp:inline distT="0" distB="0" distL="0" distR="0" wp14:anchorId="1D3B1E4C" wp14:editId="00060482">
            <wp:extent cx="457200" cy="64255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42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5B981" w14:textId="77777777" w:rsidR="00472BDE" w:rsidRDefault="00472BDE" w:rsidP="00472BDE">
      <w:pPr>
        <w:spacing w:line="276" w:lineRule="auto"/>
        <w:jc w:val="center"/>
      </w:pPr>
      <w:r>
        <w:rPr>
          <w:rFonts w:ascii="Book Antiqua" w:eastAsia="Book Antiqua" w:hAnsi="Book Antiqua"/>
          <w:b/>
          <w:color w:val="1F3A68"/>
          <w:sz w:val="28"/>
        </w:rPr>
        <w:t>УКРАЇНА</w:t>
      </w:r>
    </w:p>
    <w:p w14:paraId="251A59E3" w14:textId="77777777" w:rsidR="00472BDE" w:rsidRDefault="00472BDE" w:rsidP="00472BDE">
      <w:pPr>
        <w:spacing w:line="276" w:lineRule="auto"/>
        <w:jc w:val="center"/>
      </w:pPr>
      <w:r>
        <w:rPr>
          <w:rFonts w:ascii="Book Antiqua" w:eastAsia="Book Antiqua" w:hAnsi="Book Antiqua"/>
          <w:b/>
          <w:color w:val="1F3A68"/>
          <w:sz w:val="28"/>
        </w:rPr>
        <w:t>ЧОРНОМОРСЬКИЙ МІСЬКИЙ ГОЛОВА</w:t>
      </w:r>
    </w:p>
    <w:p w14:paraId="7EF73300" w14:textId="77777777" w:rsidR="00472BDE" w:rsidRDefault="00472BDE" w:rsidP="00472BDE">
      <w:pPr>
        <w:spacing w:line="276" w:lineRule="auto"/>
        <w:jc w:val="center"/>
      </w:pPr>
      <w:r>
        <w:rPr>
          <w:rFonts w:ascii="Book Antiqua" w:eastAsia="Book Antiqua" w:hAnsi="Book Antiqua"/>
          <w:b/>
          <w:color w:val="1F3A68"/>
          <w:sz w:val="28"/>
        </w:rPr>
        <w:t xml:space="preserve">Р О З П О Р Я Д Ж Е Н </w:t>
      </w:r>
      <w:proofErr w:type="spellStart"/>
      <w:r>
        <w:rPr>
          <w:rFonts w:ascii="Book Antiqua" w:eastAsia="Book Antiqua" w:hAnsi="Book Antiqua"/>
          <w:b/>
          <w:color w:val="1F3A68"/>
          <w:sz w:val="28"/>
        </w:rPr>
        <w:t>Н</w:t>
      </w:r>
      <w:proofErr w:type="spellEnd"/>
      <w:r>
        <w:rPr>
          <w:rFonts w:ascii="Book Antiqua" w:eastAsia="Book Antiqua" w:hAnsi="Book Antiqua"/>
          <w:b/>
          <w:color w:val="1F3A68"/>
          <w:sz w:val="28"/>
        </w:rPr>
        <w:t xml:space="preserve"> Я</w:t>
      </w:r>
    </w:p>
    <w:p w14:paraId="6C6C8986" w14:textId="77777777" w:rsidR="00472BDE" w:rsidRDefault="00472BDE" w:rsidP="00472BDE">
      <w:pPr>
        <w:spacing w:line="276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20"/>
        <w:gridCol w:w="4608"/>
        <w:gridCol w:w="2520"/>
      </w:tblGrid>
      <w:tr w:rsidR="00472BDE" w14:paraId="722DBAE2" w14:textId="77777777" w:rsidTr="001D4665">
        <w:trPr>
          <w:jc w:val="center"/>
        </w:trPr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1AE4C3B5" w14:textId="1BF97BBA" w:rsidR="00472BDE" w:rsidRPr="00B9772E" w:rsidRDefault="00B9772E" w:rsidP="001D4665">
            <w:pPr>
              <w:spacing w:line="276" w:lineRule="auto"/>
              <w:jc w:val="center"/>
              <w:rPr>
                <w:b/>
                <w:bCs/>
                <w:sz w:val="36"/>
                <w:szCs w:val="36"/>
                <w:lang w:val="uk-UA"/>
              </w:rPr>
            </w:pPr>
            <w:r w:rsidRPr="00B9772E">
              <w:rPr>
                <w:b/>
                <w:bCs/>
                <w:sz w:val="36"/>
                <w:szCs w:val="36"/>
                <w:lang w:val="uk-UA"/>
              </w:rPr>
              <w:t>13.08.2026</w:t>
            </w:r>
          </w:p>
        </w:tc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5534AB21" w14:textId="77777777" w:rsidR="00472BDE" w:rsidRDefault="00472BDE" w:rsidP="001D4665">
            <w:pPr>
              <w:spacing w:line="276" w:lineRule="auto"/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6095E98D" w14:textId="6EFDB12E" w:rsidR="00472BDE" w:rsidRPr="00B9772E" w:rsidRDefault="00B9772E" w:rsidP="001D4665">
            <w:pPr>
              <w:spacing w:line="276" w:lineRule="auto"/>
              <w:jc w:val="center"/>
              <w:rPr>
                <w:b/>
                <w:bCs/>
                <w:sz w:val="36"/>
                <w:szCs w:val="36"/>
                <w:lang w:val="uk-UA"/>
              </w:rPr>
            </w:pPr>
            <w:r w:rsidRPr="00B9772E">
              <w:rPr>
                <w:b/>
                <w:bCs/>
                <w:sz w:val="36"/>
                <w:szCs w:val="36"/>
                <w:lang w:val="uk-UA"/>
              </w:rPr>
              <w:t>228</w:t>
            </w:r>
          </w:p>
        </w:tc>
      </w:tr>
    </w:tbl>
    <w:p w14:paraId="3BBFF9B4" w14:textId="4EDB48D4" w:rsidR="00E771DE" w:rsidRDefault="00E771DE" w:rsidP="00234465">
      <w:pPr>
        <w:spacing w:line="276" w:lineRule="auto"/>
        <w:rPr>
          <w:rFonts w:cs="Times New Roman"/>
          <w:szCs w:val="24"/>
        </w:rPr>
      </w:pPr>
    </w:p>
    <w:p w14:paraId="4D85D012" w14:textId="77777777" w:rsidR="00E771DE" w:rsidRPr="009D54F0" w:rsidRDefault="00E771DE" w:rsidP="00234465">
      <w:pPr>
        <w:spacing w:line="276" w:lineRule="auto"/>
        <w:rPr>
          <w:rFonts w:cs="Times New Roman"/>
          <w:szCs w:val="24"/>
        </w:rPr>
      </w:pPr>
    </w:p>
    <w:p w14:paraId="7FD74C29" w14:textId="77777777" w:rsidR="00A02EBF" w:rsidRPr="009D54F0" w:rsidRDefault="00B7795F" w:rsidP="00665DB6">
      <w:pPr>
        <w:spacing w:after="120" w:line="276" w:lineRule="auto"/>
        <w:ind w:right="5103"/>
        <w:jc w:val="both"/>
        <w:rPr>
          <w:rFonts w:cs="Times New Roman"/>
          <w:szCs w:val="24"/>
        </w:rPr>
      </w:pPr>
      <w:r w:rsidRPr="009D54F0">
        <w:rPr>
          <w:rFonts w:eastAsia="Times New Roman" w:cs="Times New Roman"/>
          <w:szCs w:val="24"/>
        </w:rPr>
        <w:t xml:space="preserve">Про </w:t>
      </w:r>
      <w:proofErr w:type="spellStart"/>
      <w:r w:rsidRPr="009D54F0">
        <w:rPr>
          <w:rFonts w:eastAsia="Times New Roman" w:cs="Times New Roman"/>
          <w:szCs w:val="24"/>
        </w:rPr>
        <w:t>утворення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та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затвердження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Положення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робочу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групу</w:t>
      </w:r>
      <w:proofErr w:type="spellEnd"/>
      <w:r w:rsidRPr="009D54F0">
        <w:rPr>
          <w:rFonts w:eastAsia="Times New Roman" w:cs="Times New Roman"/>
          <w:szCs w:val="24"/>
        </w:rPr>
        <w:t xml:space="preserve"> з </w:t>
      </w:r>
      <w:proofErr w:type="spellStart"/>
      <w:r w:rsidRPr="009D54F0">
        <w:rPr>
          <w:rFonts w:eastAsia="Times New Roman" w:cs="Times New Roman"/>
          <w:szCs w:val="24"/>
        </w:rPr>
        <w:t>підготовки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інвестиційних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проєктів</w:t>
      </w:r>
      <w:proofErr w:type="spellEnd"/>
      <w:r w:rsidRPr="009D54F0">
        <w:rPr>
          <w:rFonts w:eastAsia="Times New Roman" w:cs="Times New Roman"/>
          <w:szCs w:val="24"/>
        </w:rPr>
        <w:t xml:space="preserve"> у </w:t>
      </w:r>
      <w:proofErr w:type="spellStart"/>
      <w:r w:rsidRPr="009D54F0">
        <w:rPr>
          <w:rFonts w:eastAsia="Times New Roman" w:cs="Times New Roman"/>
          <w:szCs w:val="24"/>
        </w:rPr>
        <w:t>рамках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співпраці</w:t>
      </w:r>
      <w:proofErr w:type="spellEnd"/>
      <w:r w:rsidRPr="009D54F0">
        <w:rPr>
          <w:rFonts w:eastAsia="Times New Roman" w:cs="Times New Roman"/>
          <w:szCs w:val="24"/>
        </w:rPr>
        <w:t xml:space="preserve"> з EU4Reconstruction (</w:t>
      </w:r>
      <w:proofErr w:type="spellStart"/>
      <w:r w:rsidRPr="009D54F0">
        <w:rPr>
          <w:rFonts w:eastAsia="Times New Roman" w:cs="Times New Roman"/>
          <w:szCs w:val="24"/>
        </w:rPr>
        <w:t>Напрямок</w:t>
      </w:r>
      <w:proofErr w:type="spellEnd"/>
      <w:r w:rsidRPr="009D54F0">
        <w:rPr>
          <w:rFonts w:eastAsia="Times New Roman" w:cs="Times New Roman"/>
          <w:szCs w:val="24"/>
        </w:rPr>
        <w:t xml:space="preserve"> 1)</w:t>
      </w:r>
    </w:p>
    <w:p w14:paraId="0191B842" w14:textId="77777777" w:rsidR="00A02EBF" w:rsidRPr="009D54F0" w:rsidRDefault="00A02EBF" w:rsidP="00234465">
      <w:pPr>
        <w:spacing w:after="120" w:line="276" w:lineRule="auto"/>
        <w:rPr>
          <w:rFonts w:cs="Times New Roman"/>
          <w:szCs w:val="24"/>
        </w:rPr>
      </w:pPr>
    </w:p>
    <w:p w14:paraId="4E567D17" w14:textId="611E9C86" w:rsidR="00A02EBF" w:rsidRPr="009D54F0" w:rsidRDefault="00B7795F" w:rsidP="00397676">
      <w:pPr>
        <w:spacing w:line="276" w:lineRule="auto"/>
        <w:ind w:firstLine="709"/>
        <w:jc w:val="both"/>
        <w:rPr>
          <w:rFonts w:cs="Times New Roman"/>
          <w:szCs w:val="24"/>
        </w:rPr>
      </w:pPr>
      <w:r w:rsidRPr="009D54F0">
        <w:rPr>
          <w:rFonts w:eastAsia="Times New Roman" w:cs="Times New Roman"/>
          <w:szCs w:val="24"/>
        </w:rPr>
        <w:t xml:space="preserve">З </w:t>
      </w:r>
      <w:proofErr w:type="spellStart"/>
      <w:r w:rsidRPr="009D54F0">
        <w:rPr>
          <w:rFonts w:eastAsia="Times New Roman" w:cs="Times New Roman"/>
          <w:szCs w:val="24"/>
        </w:rPr>
        <w:t>метою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організації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підготовки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інвестиційних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проєктів</w:t>
      </w:r>
      <w:proofErr w:type="spellEnd"/>
      <w:r w:rsidRPr="009D54F0">
        <w:rPr>
          <w:rFonts w:eastAsia="Times New Roman" w:cs="Times New Roman"/>
          <w:szCs w:val="24"/>
        </w:rPr>
        <w:t xml:space="preserve"> «</w:t>
      </w:r>
      <w:proofErr w:type="spellStart"/>
      <w:r w:rsidRPr="009D54F0">
        <w:rPr>
          <w:rFonts w:eastAsia="Times New Roman" w:cs="Times New Roman"/>
          <w:szCs w:val="24"/>
        </w:rPr>
        <w:t>Будівництво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резервуара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чистої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води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об’ємом</w:t>
      </w:r>
      <w:proofErr w:type="spellEnd"/>
      <w:r w:rsidRPr="009D54F0">
        <w:rPr>
          <w:rFonts w:eastAsia="Times New Roman" w:cs="Times New Roman"/>
          <w:szCs w:val="24"/>
        </w:rPr>
        <w:t xml:space="preserve"> 15 </w:t>
      </w:r>
      <w:proofErr w:type="spellStart"/>
      <w:r w:rsidRPr="009D54F0">
        <w:rPr>
          <w:rFonts w:eastAsia="Times New Roman" w:cs="Times New Roman"/>
          <w:szCs w:val="24"/>
        </w:rPr>
        <w:t>тис</w:t>
      </w:r>
      <w:proofErr w:type="spellEnd"/>
      <w:r w:rsidRPr="009D54F0">
        <w:rPr>
          <w:rFonts w:eastAsia="Times New Roman" w:cs="Times New Roman"/>
          <w:szCs w:val="24"/>
        </w:rPr>
        <w:t xml:space="preserve">. м³ </w:t>
      </w:r>
      <w:proofErr w:type="spellStart"/>
      <w:r w:rsidRPr="009D54F0">
        <w:rPr>
          <w:rFonts w:eastAsia="Times New Roman" w:cs="Times New Roman"/>
          <w:szCs w:val="24"/>
        </w:rPr>
        <w:t>для</w:t>
      </w:r>
      <w:proofErr w:type="spellEnd"/>
      <w:r w:rsidRPr="009D54F0">
        <w:rPr>
          <w:rFonts w:eastAsia="Times New Roman" w:cs="Times New Roman"/>
          <w:szCs w:val="24"/>
        </w:rPr>
        <w:t xml:space="preserve"> м. Чорноморськ» </w:t>
      </w:r>
      <w:proofErr w:type="spellStart"/>
      <w:r w:rsidRPr="009D54F0">
        <w:rPr>
          <w:rFonts w:eastAsia="Times New Roman" w:cs="Times New Roman"/>
          <w:szCs w:val="24"/>
        </w:rPr>
        <w:t>та</w:t>
      </w:r>
      <w:proofErr w:type="spellEnd"/>
      <w:r w:rsidRPr="009D54F0">
        <w:rPr>
          <w:rFonts w:eastAsia="Times New Roman" w:cs="Times New Roman"/>
          <w:szCs w:val="24"/>
        </w:rPr>
        <w:t xml:space="preserve"> «</w:t>
      </w:r>
      <w:r w:rsidR="00234465" w:rsidRPr="009D54F0">
        <w:rPr>
          <w:rFonts w:eastAsia="Times New Roman" w:cs="Times New Roman"/>
          <w:szCs w:val="24"/>
          <w:lang w:val="uk-UA"/>
        </w:rPr>
        <w:t>Р</w:t>
      </w:r>
      <w:proofErr w:type="spellStart"/>
      <w:r w:rsidRPr="009D54F0">
        <w:rPr>
          <w:rFonts w:eastAsia="Times New Roman" w:cs="Times New Roman"/>
          <w:szCs w:val="24"/>
        </w:rPr>
        <w:t>еконструкція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Чорноморської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лікарні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для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створення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безпечного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сучасного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кластерного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медичного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простору</w:t>
      </w:r>
      <w:proofErr w:type="spellEnd"/>
      <w:r w:rsidRPr="009D54F0">
        <w:rPr>
          <w:rFonts w:eastAsia="Times New Roman" w:cs="Times New Roman"/>
          <w:szCs w:val="24"/>
        </w:rPr>
        <w:t xml:space="preserve">», </w:t>
      </w:r>
      <w:proofErr w:type="spellStart"/>
      <w:r w:rsidRPr="009D54F0">
        <w:rPr>
          <w:rFonts w:eastAsia="Times New Roman" w:cs="Times New Roman"/>
          <w:szCs w:val="24"/>
        </w:rPr>
        <w:t>забезпечення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взаємодії</w:t>
      </w:r>
      <w:proofErr w:type="spellEnd"/>
      <w:r w:rsidRPr="009D54F0">
        <w:rPr>
          <w:rFonts w:eastAsia="Times New Roman" w:cs="Times New Roman"/>
          <w:szCs w:val="24"/>
        </w:rPr>
        <w:t xml:space="preserve"> з </w:t>
      </w:r>
      <w:proofErr w:type="spellStart"/>
      <w:r w:rsidRPr="009D54F0">
        <w:rPr>
          <w:rFonts w:eastAsia="Times New Roman" w:cs="Times New Roman"/>
          <w:szCs w:val="24"/>
        </w:rPr>
        <w:t>проєктом</w:t>
      </w:r>
      <w:proofErr w:type="spellEnd"/>
      <w:r w:rsidRPr="009D54F0">
        <w:rPr>
          <w:rFonts w:eastAsia="Times New Roman" w:cs="Times New Roman"/>
          <w:szCs w:val="24"/>
        </w:rPr>
        <w:t xml:space="preserve"> EU4Reconstruction (</w:t>
      </w:r>
      <w:proofErr w:type="spellStart"/>
      <w:r w:rsidRPr="009D54F0">
        <w:rPr>
          <w:rFonts w:eastAsia="Times New Roman" w:cs="Times New Roman"/>
          <w:szCs w:val="24"/>
        </w:rPr>
        <w:t>Напрямок</w:t>
      </w:r>
      <w:proofErr w:type="spellEnd"/>
      <w:r w:rsidRPr="009D54F0">
        <w:rPr>
          <w:rFonts w:eastAsia="Times New Roman" w:cs="Times New Roman"/>
          <w:szCs w:val="24"/>
        </w:rPr>
        <w:t xml:space="preserve"> 1), </w:t>
      </w:r>
      <w:proofErr w:type="spellStart"/>
      <w:r w:rsidRPr="009D54F0">
        <w:rPr>
          <w:rFonts w:eastAsia="Times New Roman" w:cs="Times New Roman"/>
          <w:szCs w:val="24"/>
        </w:rPr>
        <w:t>координації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підготовки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вихідних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даних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попередніх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техніко-економічних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обґрунтувань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та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інших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матеріалів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відповідно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вимог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реформи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управління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публічними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інвестиціями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та</w:t>
      </w:r>
      <w:proofErr w:type="spellEnd"/>
      <w:r w:rsidRPr="009D54F0">
        <w:rPr>
          <w:rFonts w:eastAsia="Times New Roman" w:cs="Times New Roman"/>
          <w:szCs w:val="24"/>
        </w:rPr>
        <w:t xml:space="preserve"> з </w:t>
      </w:r>
      <w:proofErr w:type="spellStart"/>
      <w:r w:rsidRPr="009D54F0">
        <w:rPr>
          <w:rFonts w:eastAsia="Times New Roman" w:cs="Times New Roman"/>
          <w:szCs w:val="24"/>
        </w:rPr>
        <w:t>урахуванням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рекомендацій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міжнародних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фінансових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організацій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керуючись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Законом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України</w:t>
      </w:r>
      <w:proofErr w:type="spellEnd"/>
      <w:r w:rsidRPr="009D54F0">
        <w:rPr>
          <w:rFonts w:eastAsia="Times New Roman" w:cs="Times New Roman"/>
          <w:szCs w:val="24"/>
        </w:rPr>
        <w:t xml:space="preserve"> «Про </w:t>
      </w:r>
      <w:proofErr w:type="spellStart"/>
      <w:r w:rsidRPr="009D54F0">
        <w:rPr>
          <w:rFonts w:eastAsia="Times New Roman" w:cs="Times New Roman"/>
          <w:szCs w:val="24"/>
        </w:rPr>
        <w:t>місцеве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самоврядування</w:t>
      </w:r>
      <w:proofErr w:type="spellEnd"/>
      <w:r w:rsidRPr="009D54F0">
        <w:rPr>
          <w:rFonts w:eastAsia="Times New Roman" w:cs="Times New Roman"/>
          <w:szCs w:val="24"/>
        </w:rPr>
        <w:t xml:space="preserve"> в </w:t>
      </w:r>
      <w:proofErr w:type="spellStart"/>
      <w:r w:rsidRPr="009D54F0">
        <w:rPr>
          <w:rFonts w:eastAsia="Times New Roman" w:cs="Times New Roman"/>
          <w:szCs w:val="24"/>
        </w:rPr>
        <w:t>Україні</w:t>
      </w:r>
      <w:proofErr w:type="spellEnd"/>
      <w:r w:rsidRPr="009D54F0">
        <w:rPr>
          <w:rFonts w:eastAsia="Times New Roman" w:cs="Times New Roman"/>
          <w:szCs w:val="24"/>
        </w:rPr>
        <w:t>»:</w:t>
      </w:r>
    </w:p>
    <w:p w14:paraId="6709AF46" w14:textId="77777777" w:rsidR="00A02EBF" w:rsidRPr="009D54F0" w:rsidRDefault="00B7795F" w:rsidP="00234465">
      <w:pPr>
        <w:keepLines/>
        <w:spacing w:line="276" w:lineRule="auto"/>
        <w:ind w:firstLine="576"/>
        <w:jc w:val="both"/>
        <w:rPr>
          <w:rFonts w:cs="Times New Roman"/>
          <w:szCs w:val="24"/>
        </w:rPr>
      </w:pPr>
      <w:r w:rsidRPr="009D54F0">
        <w:rPr>
          <w:rFonts w:eastAsia="Times New Roman" w:cs="Times New Roman"/>
          <w:szCs w:val="24"/>
        </w:rPr>
        <w:t xml:space="preserve">1. </w:t>
      </w:r>
      <w:proofErr w:type="spellStart"/>
      <w:r w:rsidRPr="009D54F0">
        <w:rPr>
          <w:rFonts w:eastAsia="Times New Roman" w:cs="Times New Roman"/>
          <w:szCs w:val="24"/>
        </w:rPr>
        <w:t>Утворити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робочу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групу</w:t>
      </w:r>
      <w:proofErr w:type="spellEnd"/>
      <w:r w:rsidRPr="009D54F0">
        <w:rPr>
          <w:rFonts w:eastAsia="Times New Roman" w:cs="Times New Roman"/>
          <w:szCs w:val="24"/>
        </w:rPr>
        <w:t xml:space="preserve"> з </w:t>
      </w:r>
      <w:proofErr w:type="spellStart"/>
      <w:r w:rsidRPr="009D54F0">
        <w:rPr>
          <w:rFonts w:eastAsia="Times New Roman" w:cs="Times New Roman"/>
          <w:szCs w:val="24"/>
        </w:rPr>
        <w:t>підготовки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інвестиційних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проєктів</w:t>
      </w:r>
      <w:proofErr w:type="spellEnd"/>
      <w:r w:rsidRPr="009D54F0">
        <w:rPr>
          <w:rFonts w:eastAsia="Times New Roman" w:cs="Times New Roman"/>
          <w:szCs w:val="24"/>
        </w:rPr>
        <w:t xml:space="preserve"> у </w:t>
      </w:r>
      <w:proofErr w:type="spellStart"/>
      <w:r w:rsidRPr="009D54F0">
        <w:rPr>
          <w:rFonts w:eastAsia="Times New Roman" w:cs="Times New Roman"/>
          <w:szCs w:val="24"/>
        </w:rPr>
        <w:t>рамках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співпраці</w:t>
      </w:r>
      <w:proofErr w:type="spellEnd"/>
      <w:r w:rsidRPr="009D54F0">
        <w:rPr>
          <w:rFonts w:eastAsia="Times New Roman" w:cs="Times New Roman"/>
          <w:szCs w:val="24"/>
        </w:rPr>
        <w:t xml:space="preserve"> з EU4Reconstruction (</w:t>
      </w:r>
      <w:proofErr w:type="spellStart"/>
      <w:r w:rsidRPr="009D54F0">
        <w:rPr>
          <w:rFonts w:eastAsia="Times New Roman" w:cs="Times New Roman"/>
          <w:szCs w:val="24"/>
        </w:rPr>
        <w:t>Напрямок</w:t>
      </w:r>
      <w:proofErr w:type="spellEnd"/>
      <w:r w:rsidRPr="009D54F0">
        <w:rPr>
          <w:rFonts w:eastAsia="Times New Roman" w:cs="Times New Roman"/>
          <w:szCs w:val="24"/>
        </w:rPr>
        <w:t xml:space="preserve"> 1).</w:t>
      </w:r>
    </w:p>
    <w:p w14:paraId="79960683" w14:textId="77777777" w:rsidR="00A02EBF" w:rsidRPr="009D54F0" w:rsidRDefault="00B7795F" w:rsidP="00234465">
      <w:pPr>
        <w:keepLines/>
        <w:spacing w:line="276" w:lineRule="auto"/>
        <w:ind w:firstLine="576"/>
        <w:jc w:val="both"/>
        <w:rPr>
          <w:rFonts w:cs="Times New Roman"/>
          <w:szCs w:val="24"/>
        </w:rPr>
      </w:pPr>
      <w:r w:rsidRPr="009D54F0">
        <w:rPr>
          <w:rFonts w:eastAsia="Times New Roman" w:cs="Times New Roman"/>
          <w:szCs w:val="24"/>
        </w:rPr>
        <w:t xml:space="preserve">2. </w:t>
      </w:r>
      <w:proofErr w:type="spellStart"/>
      <w:r w:rsidRPr="009D54F0">
        <w:rPr>
          <w:rFonts w:eastAsia="Times New Roman" w:cs="Times New Roman"/>
          <w:szCs w:val="24"/>
        </w:rPr>
        <w:t>Затвердити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склад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робочої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групи</w:t>
      </w:r>
      <w:proofErr w:type="spellEnd"/>
      <w:r w:rsidRPr="009D54F0">
        <w:rPr>
          <w:rFonts w:eastAsia="Times New Roman" w:cs="Times New Roman"/>
          <w:szCs w:val="24"/>
        </w:rPr>
        <w:t xml:space="preserve"> з </w:t>
      </w:r>
      <w:proofErr w:type="spellStart"/>
      <w:r w:rsidRPr="009D54F0">
        <w:rPr>
          <w:rFonts w:eastAsia="Times New Roman" w:cs="Times New Roman"/>
          <w:szCs w:val="24"/>
        </w:rPr>
        <w:t>підготовки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інвестиційних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проєктів</w:t>
      </w:r>
      <w:proofErr w:type="spellEnd"/>
      <w:r w:rsidRPr="009D54F0">
        <w:rPr>
          <w:rFonts w:eastAsia="Times New Roman" w:cs="Times New Roman"/>
          <w:szCs w:val="24"/>
        </w:rPr>
        <w:t xml:space="preserve"> у </w:t>
      </w:r>
      <w:proofErr w:type="spellStart"/>
      <w:r w:rsidRPr="009D54F0">
        <w:rPr>
          <w:rFonts w:eastAsia="Times New Roman" w:cs="Times New Roman"/>
          <w:szCs w:val="24"/>
        </w:rPr>
        <w:t>рамках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співпраці</w:t>
      </w:r>
      <w:proofErr w:type="spellEnd"/>
      <w:r w:rsidRPr="009D54F0">
        <w:rPr>
          <w:rFonts w:eastAsia="Times New Roman" w:cs="Times New Roman"/>
          <w:szCs w:val="24"/>
        </w:rPr>
        <w:t xml:space="preserve"> з EU4Reconstruction (</w:t>
      </w:r>
      <w:proofErr w:type="spellStart"/>
      <w:r w:rsidRPr="009D54F0">
        <w:rPr>
          <w:rFonts w:eastAsia="Times New Roman" w:cs="Times New Roman"/>
          <w:szCs w:val="24"/>
        </w:rPr>
        <w:t>Напрямок</w:t>
      </w:r>
      <w:proofErr w:type="spellEnd"/>
      <w:r w:rsidRPr="009D54F0">
        <w:rPr>
          <w:rFonts w:eastAsia="Times New Roman" w:cs="Times New Roman"/>
          <w:szCs w:val="24"/>
        </w:rPr>
        <w:t xml:space="preserve"> 1) (</w:t>
      </w:r>
      <w:proofErr w:type="spellStart"/>
      <w:r w:rsidRPr="009D54F0">
        <w:rPr>
          <w:rFonts w:eastAsia="Times New Roman" w:cs="Times New Roman"/>
          <w:szCs w:val="24"/>
        </w:rPr>
        <w:t>додаток</w:t>
      </w:r>
      <w:proofErr w:type="spellEnd"/>
      <w:r w:rsidRPr="009D54F0">
        <w:rPr>
          <w:rFonts w:eastAsia="Times New Roman" w:cs="Times New Roman"/>
          <w:szCs w:val="24"/>
        </w:rPr>
        <w:t xml:space="preserve"> 1).</w:t>
      </w:r>
    </w:p>
    <w:p w14:paraId="0B84D9FC" w14:textId="77777777" w:rsidR="00A02EBF" w:rsidRPr="009D54F0" w:rsidRDefault="00B7795F" w:rsidP="00234465">
      <w:pPr>
        <w:keepLines/>
        <w:spacing w:line="276" w:lineRule="auto"/>
        <w:ind w:firstLine="576"/>
        <w:jc w:val="both"/>
        <w:rPr>
          <w:rFonts w:cs="Times New Roman"/>
          <w:szCs w:val="24"/>
        </w:rPr>
      </w:pPr>
      <w:r w:rsidRPr="009D54F0">
        <w:rPr>
          <w:rFonts w:eastAsia="Times New Roman" w:cs="Times New Roman"/>
          <w:szCs w:val="24"/>
        </w:rPr>
        <w:t xml:space="preserve">3. </w:t>
      </w:r>
      <w:proofErr w:type="spellStart"/>
      <w:r w:rsidRPr="009D54F0">
        <w:rPr>
          <w:rFonts w:eastAsia="Times New Roman" w:cs="Times New Roman"/>
          <w:szCs w:val="24"/>
        </w:rPr>
        <w:t>Затвердити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Положення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робочу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групу</w:t>
      </w:r>
      <w:proofErr w:type="spellEnd"/>
      <w:r w:rsidRPr="009D54F0">
        <w:rPr>
          <w:rFonts w:eastAsia="Times New Roman" w:cs="Times New Roman"/>
          <w:szCs w:val="24"/>
        </w:rPr>
        <w:t xml:space="preserve"> з </w:t>
      </w:r>
      <w:proofErr w:type="spellStart"/>
      <w:r w:rsidRPr="009D54F0">
        <w:rPr>
          <w:rFonts w:eastAsia="Times New Roman" w:cs="Times New Roman"/>
          <w:szCs w:val="24"/>
        </w:rPr>
        <w:t>підготовки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інвестиційних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проєктів</w:t>
      </w:r>
      <w:proofErr w:type="spellEnd"/>
      <w:r w:rsidRPr="009D54F0">
        <w:rPr>
          <w:rFonts w:eastAsia="Times New Roman" w:cs="Times New Roman"/>
          <w:szCs w:val="24"/>
        </w:rPr>
        <w:t xml:space="preserve"> у </w:t>
      </w:r>
      <w:proofErr w:type="spellStart"/>
      <w:r w:rsidRPr="009D54F0">
        <w:rPr>
          <w:rFonts w:eastAsia="Times New Roman" w:cs="Times New Roman"/>
          <w:szCs w:val="24"/>
        </w:rPr>
        <w:t>рамках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співпраці</w:t>
      </w:r>
      <w:proofErr w:type="spellEnd"/>
      <w:r w:rsidRPr="009D54F0">
        <w:rPr>
          <w:rFonts w:eastAsia="Times New Roman" w:cs="Times New Roman"/>
          <w:szCs w:val="24"/>
        </w:rPr>
        <w:t xml:space="preserve"> з EU4Reconstruction (</w:t>
      </w:r>
      <w:proofErr w:type="spellStart"/>
      <w:r w:rsidRPr="009D54F0">
        <w:rPr>
          <w:rFonts w:eastAsia="Times New Roman" w:cs="Times New Roman"/>
          <w:szCs w:val="24"/>
        </w:rPr>
        <w:t>Напрямок</w:t>
      </w:r>
      <w:proofErr w:type="spellEnd"/>
      <w:r w:rsidRPr="009D54F0">
        <w:rPr>
          <w:rFonts w:eastAsia="Times New Roman" w:cs="Times New Roman"/>
          <w:szCs w:val="24"/>
        </w:rPr>
        <w:t xml:space="preserve"> 1) (</w:t>
      </w:r>
      <w:proofErr w:type="spellStart"/>
      <w:r w:rsidRPr="009D54F0">
        <w:rPr>
          <w:rFonts w:eastAsia="Times New Roman" w:cs="Times New Roman"/>
          <w:szCs w:val="24"/>
        </w:rPr>
        <w:t>додаток</w:t>
      </w:r>
      <w:proofErr w:type="spellEnd"/>
      <w:r w:rsidRPr="009D54F0">
        <w:rPr>
          <w:rFonts w:eastAsia="Times New Roman" w:cs="Times New Roman"/>
          <w:szCs w:val="24"/>
        </w:rPr>
        <w:t xml:space="preserve"> 2).</w:t>
      </w:r>
    </w:p>
    <w:p w14:paraId="02AB5EE9" w14:textId="77777777" w:rsidR="00A02EBF" w:rsidRPr="009D54F0" w:rsidRDefault="00B7795F" w:rsidP="00234465">
      <w:pPr>
        <w:keepLines/>
        <w:spacing w:line="276" w:lineRule="auto"/>
        <w:ind w:firstLine="576"/>
        <w:jc w:val="both"/>
        <w:rPr>
          <w:rFonts w:cs="Times New Roman"/>
          <w:szCs w:val="24"/>
        </w:rPr>
      </w:pPr>
      <w:r w:rsidRPr="009D54F0">
        <w:rPr>
          <w:rFonts w:eastAsia="Times New Roman" w:cs="Times New Roman"/>
          <w:szCs w:val="24"/>
        </w:rPr>
        <w:t xml:space="preserve">4. </w:t>
      </w:r>
      <w:proofErr w:type="spellStart"/>
      <w:r w:rsidRPr="009D54F0">
        <w:rPr>
          <w:rFonts w:eastAsia="Times New Roman" w:cs="Times New Roman"/>
          <w:szCs w:val="24"/>
        </w:rPr>
        <w:t>Робочій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групі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забезпечити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підготовку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необхідних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матеріалів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двома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проєктними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напрямами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участь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усіх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її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членів</w:t>
      </w:r>
      <w:proofErr w:type="spellEnd"/>
      <w:r w:rsidRPr="009D54F0">
        <w:rPr>
          <w:rFonts w:eastAsia="Times New Roman" w:cs="Times New Roman"/>
          <w:szCs w:val="24"/>
        </w:rPr>
        <w:t xml:space="preserve"> у </w:t>
      </w:r>
      <w:proofErr w:type="spellStart"/>
      <w:r w:rsidRPr="009D54F0">
        <w:rPr>
          <w:rFonts w:eastAsia="Times New Roman" w:cs="Times New Roman"/>
          <w:szCs w:val="24"/>
        </w:rPr>
        <w:t>двотижневих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онлайн-зустрічах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та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оперативний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обмін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інформацією</w:t>
      </w:r>
      <w:proofErr w:type="spellEnd"/>
      <w:r w:rsidRPr="009D54F0">
        <w:rPr>
          <w:rFonts w:eastAsia="Times New Roman" w:cs="Times New Roman"/>
          <w:szCs w:val="24"/>
        </w:rPr>
        <w:t xml:space="preserve"> з </w:t>
      </w:r>
      <w:proofErr w:type="spellStart"/>
      <w:r w:rsidRPr="009D54F0">
        <w:rPr>
          <w:rFonts w:eastAsia="Times New Roman" w:cs="Times New Roman"/>
          <w:szCs w:val="24"/>
        </w:rPr>
        <w:t>командою</w:t>
      </w:r>
      <w:proofErr w:type="spellEnd"/>
      <w:r w:rsidRPr="009D54F0">
        <w:rPr>
          <w:rFonts w:eastAsia="Times New Roman" w:cs="Times New Roman"/>
          <w:szCs w:val="24"/>
        </w:rPr>
        <w:t xml:space="preserve"> EU4Reconstruction (</w:t>
      </w:r>
      <w:proofErr w:type="spellStart"/>
      <w:r w:rsidRPr="009D54F0">
        <w:rPr>
          <w:rFonts w:eastAsia="Times New Roman" w:cs="Times New Roman"/>
          <w:szCs w:val="24"/>
        </w:rPr>
        <w:t>Напрямок</w:t>
      </w:r>
      <w:proofErr w:type="spellEnd"/>
      <w:r w:rsidRPr="009D54F0">
        <w:rPr>
          <w:rFonts w:eastAsia="Times New Roman" w:cs="Times New Roman"/>
          <w:szCs w:val="24"/>
        </w:rPr>
        <w:t xml:space="preserve"> 1) </w:t>
      </w:r>
      <w:proofErr w:type="spellStart"/>
      <w:r w:rsidRPr="009D54F0">
        <w:rPr>
          <w:rFonts w:eastAsia="Times New Roman" w:cs="Times New Roman"/>
          <w:szCs w:val="24"/>
        </w:rPr>
        <w:t>через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визначену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контактну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особу</w:t>
      </w:r>
      <w:proofErr w:type="spellEnd"/>
      <w:r w:rsidRPr="009D54F0">
        <w:rPr>
          <w:rFonts w:eastAsia="Times New Roman" w:cs="Times New Roman"/>
          <w:szCs w:val="24"/>
        </w:rPr>
        <w:t>.</w:t>
      </w:r>
    </w:p>
    <w:p w14:paraId="493DE809" w14:textId="70EFB04B" w:rsidR="00A02EBF" w:rsidRPr="00671072" w:rsidRDefault="00B7795F" w:rsidP="00665DB6">
      <w:pPr>
        <w:keepLines/>
        <w:spacing w:line="276" w:lineRule="auto"/>
        <w:ind w:firstLine="576"/>
        <w:jc w:val="both"/>
        <w:rPr>
          <w:rFonts w:eastAsia="Times New Roman" w:cs="Times New Roman"/>
          <w:szCs w:val="24"/>
          <w:lang w:val="uk-UA"/>
        </w:rPr>
      </w:pPr>
      <w:r w:rsidRPr="009D54F0">
        <w:rPr>
          <w:rFonts w:eastAsia="Times New Roman" w:cs="Times New Roman"/>
          <w:szCs w:val="24"/>
        </w:rPr>
        <w:t xml:space="preserve">5. </w:t>
      </w:r>
      <w:proofErr w:type="spellStart"/>
      <w:r w:rsidRPr="009D54F0">
        <w:rPr>
          <w:rFonts w:eastAsia="Times New Roman" w:cs="Times New Roman"/>
          <w:szCs w:val="24"/>
        </w:rPr>
        <w:t>Контроль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виконанням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цього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розпорядження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покласти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на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заступника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міського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голови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r w:rsidR="00671072">
        <w:rPr>
          <w:rFonts w:eastAsia="Times New Roman" w:cs="Times New Roman"/>
          <w:szCs w:val="24"/>
          <w:lang w:val="uk-UA"/>
        </w:rPr>
        <w:t>Роман</w:t>
      </w:r>
      <w:r w:rsidR="00351FBD">
        <w:rPr>
          <w:rFonts w:eastAsia="Times New Roman" w:cs="Times New Roman"/>
          <w:szCs w:val="24"/>
          <w:lang w:val="uk-UA"/>
        </w:rPr>
        <w:t>а</w:t>
      </w:r>
      <w:r w:rsidR="00671072">
        <w:rPr>
          <w:rFonts w:eastAsia="Times New Roman" w:cs="Times New Roman"/>
          <w:szCs w:val="24"/>
          <w:lang w:val="uk-UA"/>
        </w:rPr>
        <w:t xml:space="preserve"> </w:t>
      </w:r>
      <w:proofErr w:type="spellStart"/>
      <w:r w:rsidR="00671072">
        <w:rPr>
          <w:rFonts w:eastAsia="Times New Roman" w:cs="Times New Roman"/>
          <w:szCs w:val="24"/>
          <w:lang w:val="uk-UA"/>
        </w:rPr>
        <w:t>Т</w:t>
      </w:r>
      <w:r w:rsidR="00351FBD">
        <w:rPr>
          <w:rFonts w:eastAsia="Times New Roman" w:cs="Times New Roman"/>
          <w:szCs w:val="24"/>
          <w:lang w:val="uk-UA"/>
        </w:rPr>
        <w:t>єліпова</w:t>
      </w:r>
      <w:proofErr w:type="spellEnd"/>
      <w:r w:rsidR="00671072">
        <w:rPr>
          <w:rFonts w:eastAsia="Times New Roman" w:cs="Times New Roman"/>
          <w:szCs w:val="24"/>
          <w:lang w:val="uk-UA"/>
        </w:rPr>
        <w:t>.</w:t>
      </w:r>
    </w:p>
    <w:p w14:paraId="732CBEF0" w14:textId="16A5E6D7" w:rsidR="00665DB6" w:rsidRDefault="00665DB6" w:rsidP="00665DB6">
      <w:pPr>
        <w:keepLines/>
        <w:spacing w:line="276" w:lineRule="auto"/>
        <w:ind w:firstLine="576"/>
        <w:jc w:val="both"/>
        <w:rPr>
          <w:rFonts w:eastAsia="Times New Roman" w:cs="Times New Roman"/>
          <w:szCs w:val="24"/>
        </w:rPr>
      </w:pPr>
    </w:p>
    <w:p w14:paraId="7A9FD573" w14:textId="77777777" w:rsidR="00665DB6" w:rsidRPr="009D54F0" w:rsidRDefault="00665DB6" w:rsidP="00665DB6">
      <w:pPr>
        <w:keepLines/>
        <w:spacing w:line="360" w:lineRule="auto"/>
        <w:jc w:val="both"/>
        <w:rPr>
          <w:rFonts w:cs="Times New Roman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24"/>
        <w:gridCol w:w="4824"/>
      </w:tblGrid>
      <w:tr w:rsidR="00A02EBF" w:rsidRPr="009D54F0" w14:paraId="492AB63A" w14:textId="77777777">
        <w:trPr>
          <w:jc w:val="center"/>
        </w:trPr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FB71CE" w14:textId="0D6C3534" w:rsidR="00A02EBF" w:rsidRPr="009D54F0" w:rsidRDefault="009D6A18" w:rsidP="00397676">
            <w:pPr>
              <w:spacing w:line="276" w:lineRule="auto"/>
              <w:ind w:firstLine="567"/>
              <w:rPr>
                <w:rFonts w:cs="Times New Roman"/>
                <w:szCs w:val="24"/>
                <w:highlight w:val="yellow"/>
              </w:rPr>
            </w:pPr>
            <w:r w:rsidRPr="009D54F0">
              <w:rPr>
                <w:rFonts w:eastAsia="Times New Roman" w:cs="Times New Roman"/>
                <w:szCs w:val="24"/>
                <w:lang w:val="uk-UA"/>
              </w:rPr>
              <w:t>Секретар міської ради</w:t>
            </w:r>
          </w:p>
        </w:tc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49E6DE" w14:textId="6427F1F2" w:rsidR="00A02EBF" w:rsidRPr="009D54F0" w:rsidRDefault="009D6A18" w:rsidP="009D6A18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9D54F0">
              <w:rPr>
                <w:rFonts w:eastAsia="Times New Roman" w:cs="Times New Roman"/>
                <w:szCs w:val="24"/>
                <w:lang w:val="uk-UA"/>
              </w:rPr>
              <w:t xml:space="preserve">                               Олена</w:t>
            </w:r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r w:rsidRPr="009D54F0">
              <w:rPr>
                <w:rFonts w:eastAsia="Times New Roman" w:cs="Times New Roman"/>
                <w:szCs w:val="24"/>
                <w:lang w:val="uk-UA"/>
              </w:rPr>
              <w:t>ШОЛАР</w:t>
            </w:r>
          </w:p>
        </w:tc>
      </w:tr>
    </w:tbl>
    <w:p w14:paraId="069DB846" w14:textId="77777777" w:rsidR="00A02EBF" w:rsidRPr="009D54F0" w:rsidRDefault="00B7795F" w:rsidP="00234465">
      <w:pPr>
        <w:spacing w:line="276" w:lineRule="auto"/>
        <w:rPr>
          <w:rFonts w:cs="Times New Roman"/>
          <w:szCs w:val="24"/>
        </w:rPr>
      </w:pPr>
      <w:r w:rsidRPr="009D54F0">
        <w:rPr>
          <w:rFonts w:cs="Times New Roman"/>
          <w:szCs w:val="24"/>
        </w:rPr>
        <w:br w:type="page"/>
      </w: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4608"/>
        <w:gridCol w:w="5040"/>
      </w:tblGrid>
      <w:tr w:rsidR="00A02EBF" w:rsidRPr="009D54F0" w14:paraId="6B5EC9DE" w14:textId="77777777">
        <w:trPr>
          <w:jc w:val="right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B309CD" w14:textId="77777777" w:rsidR="00A02EBF" w:rsidRPr="009D54F0" w:rsidRDefault="00A02EBF" w:rsidP="00234465">
            <w:pPr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BFC67" w14:textId="3D8A3802" w:rsidR="00A02EBF" w:rsidRPr="00B9772E" w:rsidRDefault="00B7795F" w:rsidP="00397676">
            <w:pPr>
              <w:spacing w:line="276" w:lineRule="auto"/>
              <w:ind w:left="1065"/>
              <w:rPr>
                <w:rFonts w:cs="Times New Roman"/>
                <w:szCs w:val="24"/>
                <w:lang w:val="uk-UA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Додаток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1</w:t>
            </w:r>
            <w:r w:rsidRPr="009D54F0">
              <w:rPr>
                <w:rFonts w:eastAsia="Times New Roman" w:cs="Times New Roman"/>
                <w:szCs w:val="24"/>
              </w:rPr>
              <w:br/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до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розпорядження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міського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голови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br/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від</w:t>
            </w:r>
            <w:proofErr w:type="spellEnd"/>
            <w:r w:rsidR="00B9772E">
              <w:rPr>
                <w:rFonts w:eastAsia="Times New Roman" w:cs="Times New Roman"/>
                <w:szCs w:val="24"/>
                <w:lang w:val="uk-UA"/>
              </w:rPr>
              <w:t xml:space="preserve"> 13.08.2026</w:t>
            </w:r>
            <w:r w:rsidR="00DA64F3">
              <w:rPr>
                <w:rFonts w:eastAsia="Times New Roman" w:cs="Times New Roman"/>
                <w:szCs w:val="24"/>
                <w:lang w:val="uk-UA"/>
              </w:rPr>
              <w:t xml:space="preserve">  </w:t>
            </w:r>
            <w:r w:rsidRPr="009D54F0">
              <w:rPr>
                <w:rFonts w:eastAsia="Times New Roman" w:cs="Times New Roman"/>
                <w:szCs w:val="24"/>
              </w:rPr>
              <w:t>№</w:t>
            </w:r>
            <w:r w:rsidR="00351FBD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r w:rsidR="00B9772E">
              <w:rPr>
                <w:rFonts w:eastAsia="Times New Roman" w:cs="Times New Roman"/>
                <w:szCs w:val="24"/>
                <w:lang w:val="uk-UA"/>
              </w:rPr>
              <w:t>228</w:t>
            </w:r>
          </w:p>
        </w:tc>
      </w:tr>
    </w:tbl>
    <w:p w14:paraId="2E732A4F" w14:textId="77777777" w:rsidR="00A02EBF" w:rsidRPr="009D54F0" w:rsidRDefault="00B7795F" w:rsidP="00234465">
      <w:pPr>
        <w:keepNext/>
        <w:spacing w:before="240" w:line="276" w:lineRule="auto"/>
        <w:jc w:val="center"/>
        <w:rPr>
          <w:rFonts w:cs="Times New Roman"/>
          <w:szCs w:val="24"/>
        </w:rPr>
      </w:pPr>
      <w:proofErr w:type="spellStart"/>
      <w:r w:rsidRPr="009D54F0">
        <w:rPr>
          <w:rFonts w:eastAsia="Times New Roman" w:cs="Times New Roman"/>
          <w:szCs w:val="24"/>
        </w:rPr>
        <w:t>Склад</w:t>
      </w:r>
      <w:proofErr w:type="spellEnd"/>
    </w:p>
    <w:p w14:paraId="132AD877" w14:textId="77777777" w:rsidR="00A02EBF" w:rsidRPr="009D54F0" w:rsidRDefault="00B7795F" w:rsidP="00234465">
      <w:pPr>
        <w:keepNext/>
        <w:spacing w:after="160" w:line="276" w:lineRule="auto"/>
        <w:jc w:val="center"/>
        <w:rPr>
          <w:rFonts w:cs="Times New Roman"/>
          <w:szCs w:val="24"/>
        </w:rPr>
      </w:pPr>
      <w:proofErr w:type="spellStart"/>
      <w:r w:rsidRPr="009D54F0">
        <w:rPr>
          <w:rFonts w:eastAsia="Times New Roman" w:cs="Times New Roman"/>
          <w:szCs w:val="24"/>
        </w:rPr>
        <w:t>робочої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групи</w:t>
      </w:r>
      <w:proofErr w:type="spellEnd"/>
      <w:r w:rsidRPr="009D54F0">
        <w:rPr>
          <w:rFonts w:eastAsia="Times New Roman" w:cs="Times New Roman"/>
          <w:szCs w:val="24"/>
        </w:rPr>
        <w:t xml:space="preserve"> з </w:t>
      </w:r>
      <w:proofErr w:type="spellStart"/>
      <w:r w:rsidRPr="009D54F0">
        <w:rPr>
          <w:rFonts w:eastAsia="Times New Roman" w:cs="Times New Roman"/>
          <w:szCs w:val="24"/>
        </w:rPr>
        <w:t>підготовки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інвестиційних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проєктів</w:t>
      </w:r>
      <w:proofErr w:type="spellEnd"/>
      <w:r w:rsidRPr="009D54F0">
        <w:rPr>
          <w:rFonts w:eastAsia="Times New Roman" w:cs="Times New Roman"/>
          <w:szCs w:val="24"/>
        </w:rPr>
        <w:t xml:space="preserve"> у </w:t>
      </w:r>
      <w:proofErr w:type="spellStart"/>
      <w:r w:rsidRPr="009D54F0">
        <w:rPr>
          <w:rFonts w:eastAsia="Times New Roman" w:cs="Times New Roman"/>
          <w:szCs w:val="24"/>
        </w:rPr>
        <w:t>рамках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співпраці</w:t>
      </w:r>
      <w:proofErr w:type="spellEnd"/>
      <w:r w:rsidRPr="009D54F0">
        <w:rPr>
          <w:rFonts w:eastAsia="Times New Roman" w:cs="Times New Roman"/>
          <w:szCs w:val="24"/>
        </w:rPr>
        <w:t xml:space="preserve"> з EU4Reconstruction (</w:t>
      </w:r>
      <w:proofErr w:type="spellStart"/>
      <w:r w:rsidRPr="009D54F0">
        <w:rPr>
          <w:rFonts w:eastAsia="Times New Roman" w:cs="Times New Roman"/>
          <w:szCs w:val="24"/>
        </w:rPr>
        <w:t>Напрямок</w:t>
      </w:r>
      <w:proofErr w:type="spellEnd"/>
      <w:r w:rsidRPr="009D54F0">
        <w:rPr>
          <w:rFonts w:eastAsia="Times New Roman" w:cs="Times New Roman"/>
          <w:szCs w:val="24"/>
        </w:rPr>
        <w:t xml:space="preserve"> 1)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7128"/>
      </w:tblGrid>
      <w:tr w:rsidR="00A02EBF" w:rsidRPr="009D54F0" w14:paraId="56DAEB46" w14:textId="77777777">
        <w:trPr>
          <w:cantSplit/>
          <w:jc w:val="center"/>
        </w:trPr>
        <w:tc>
          <w:tcPr>
            <w:tcW w:w="9648" w:type="dxa"/>
            <w:gridSpan w:val="2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6DBF16CF" w14:textId="77777777" w:rsidR="00A02EBF" w:rsidRPr="009D54F0" w:rsidRDefault="00B7795F" w:rsidP="00234465">
            <w:pPr>
              <w:jc w:val="center"/>
              <w:rPr>
                <w:rFonts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>Координація</w:t>
            </w:r>
            <w:proofErr w:type="spellEnd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>роботи</w:t>
            </w:r>
            <w:proofErr w:type="spellEnd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>за</w:t>
            </w:r>
            <w:proofErr w:type="spellEnd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>обома</w:t>
            </w:r>
            <w:proofErr w:type="spellEnd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>проєктними</w:t>
            </w:r>
            <w:proofErr w:type="spellEnd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>напрямами</w:t>
            </w:r>
            <w:proofErr w:type="spellEnd"/>
          </w:p>
        </w:tc>
      </w:tr>
      <w:tr w:rsidR="00A02EBF" w:rsidRPr="009D54F0" w14:paraId="09A06EDC" w14:textId="77777777">
        <w:trPr>
          <w:cantSplit/>
          <w:jc w:val="center"/>
        </w:trPr>
        <w:tc>
          <w:tcPr>
            <w:tcW w:w="2520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780C1CF" w14:textId="77777777" w:rsidR="00A02EBF" w:rsidRPr="009D54F0" w:rsidRDefault="00B7795F" w:rsidP="00234465">
            <w:pPr>
              <w:rPr>
                <w:rFonts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Роман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ТЄЛІПОВ</w:t>
            </w:r>
          </w:p>
        </w:tc>
        <w:tc>
          <w:tcPr>
            <w:tcW w:w="7128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CDDF22D" w14:textId="7DBBA3A1" w:rsidR="00A02EBF" w:rsidRPr="009D54F0" w:rsidRDefault="00B7795F" w:rsidP="009D6A18">
            <w:pPr>
              <w:jc w:val="both"/>
              <w:rPr>
                <w:rFonts w:cs="Times New Roman"/>
                <w:szCs w:val="24"/>
                <w:lang w:val="uk-UA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заступник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міського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голови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голова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r w:rsidR="00DA64F3">
              <w:rPr>
                <w:rFonts w:eastAsia="Times New Roman" w:cs="Times New Roman"/>
                <w:szCs w:val="24"/>
                <w:lang w:val="uk-UA"/>
              </w:rPr>
              <w:t>р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обочої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групи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здійснює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загальну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координацію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роботи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за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обома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проєктними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напрямами</w:t>
            </w:r>
            <w:proofErr w:type="spellEnd"/>
          </w:p>
        </w:tc>
      </w:tr>
      <w:tr w:rsidR="00A02EBF" w:rsidRPr="009D54F0" w14:paraId="4A66B779" w14:textId="77777777">
        <w:trPr>
          <w:cantSplit/>
          <w:jc w:val="center"/>
        </w:trPr>
        <w:tc>
          <w:tcPr>
            <w:tcW w:w="2520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AC99E79" w14:textId="77777777" w:rsidR="00A02EBF" w:rsidRPr="009D54F0" w:rsidRDefault="00B7795F" w:rsidP="00234465">
            <w:pPr>
              <w:rPr>
                <w:rFonts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Олександр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КОРЧМА</w:t>
            </w:r>
          </w:p>
        </w:tc>
        <w:tc>
          <w:tcPr>
            <w:tcW w:w="7128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0A9BA8E" w14:textId="57784E30" w:rsidR="00A02EBF" w:rsidRPr="009D54F0" w:rsidRDefault="009D6A18" w:rsidP="009D6A18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начальник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відділу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енергоефективності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та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грантової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діяльності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, </w:t>
            </w:r>
            <w:bookmarkStart w:id="0" w:name="_Hlk236914971"/>
            <w:r w:rsidR="003A36C8" w:rsidRPr="009D54F0">
              <w:rPr>
                <w:rFonts w:eastAsia="Times New Roman" w:cs="Times New Roman"/>
                <w:szCs w:val="24"/>
                <w:lang w:val="uk-UA"/>
              </w:rPr>
              <w:t>заступник голови</w:t>
            </w:r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bookmarkEnd w:id="0"/>
            <w:r w:rsidR="00DA64F3">
              <w:rPr>
                <w:rFonts w:eastAsia="Times New Roman" w:cs="Times New Roman"/>
                <w:szCs w:val="24"/>
                <w:lang w:val="uk-UA"/>
              </w:rPr>
              <w:t>р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обочої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групи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координує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роботу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за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обома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проєктними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напрямами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</w:p>
        </w:tc>
      </w:tr>
      <w:tr w:rsidR="00A276F6" w:rsidRPr="009D54F0" w14:paraId="325BA221" w14:textId="77777777">
        <w:trPr>
          <w:cantSplit/>
          <w:jc w:val="center"/>
        </w:trPr>
        <w:tc>
          <w:tcPr>
            <w:tcW w:w="2520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50B1319" w14:textId="1A1E40C9" w:rsidR="00A276F6" w:rsidRPr="009D54F0" w:rsidRDefault="00A276F6" w:rsidP="00A276F6">
            <w:pPr>
              <w:rPr>
                <w:rFonts w:eastAsia="Times New Roman"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Ганна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КОЗЕРЕНКО</w:t>
            </w:r>
          </w:p>
        </w:tc>
        <w:tc>
          <w:tcPr>
            <w:tcW w:w="7128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4E86447" w14:textId="1C20D190" w:rsidR="00A276F6" w:rsidRPr="009D54F0" w:rsidRDefault="00A276F6" w:rsidP="00A276F6">
            <w:pPr>
              <w:jc w:val="both"/>
              <w:rPr>
                <w:rFonts w:cs="Times New Roman"/>
                <w:color w:val="000000" w:themeColor="text1"/>
                <w:szCs w:val="24"/>
                <w:lang w:val="uk-UA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головний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спеціаліст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відділу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економіки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управління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економічного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розвитку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та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торгівлі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="003A36C8" w:rsidRPr="009D54F0">
              <w:rPr>
                <w:rFonts w:eastAsia="Times New Roman" w:cs="Times New Roman"/>
                <w:szCs w:val="24"/>
              </w:rPr>
              <w:t>секретар</w:t>
            </w:r>
            <w:proofErr w:type="spellEnd"/>
            <w:r w:rsidR="003A36C8" w:rsidRPr="009D54F0">
              <w:rPr>
                <w:rFonts w:eastAsia="Times New Roman" w:cs="Times New Roman"/>
                <w:szCs w:val="24"/>
              </w:rPr>
              <w:t xml:space="preserve"> </w:t>
            </w:r>
            <w:r w:rsidR="00DA64F3">
              <w:rPr>
                <w:rFonts w:eastAsia="Times New Roman" w:cs="Times New Roman"/>
                <w:szCs w:val="24"/>
                <w:lang w:val="uk-UA"/>
              </w:rPr>
              <w:t>р</w:t>
            </w:r>
            <w:proofErr w:type="spellStart"/>
            <w:r w:rsidR="003A36C8" w:rsidRPr="009D54F0">
              <w:rPr>
                <w:rFonts w:eastAsia="Times New Roman" w:cs="Times New Roman"/>
                <w:szCs w:val="24"/>
              </w:rPr>
              <w:t>обочої</w:t>
            </w:r>
            <w:proofErr w:type="spellEnd"/>
            <w:r w:rsidR="003A36C8"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="003A36C8" w:rsidRPr="009D54F0">
              <w:rPr>
                <w:rFonts w:eastAsia="Times New Roman" w:cs="Times New Roman"/>
                <w:szCs w:val="24"/>
              </w:rPr>
              <w:t>групи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забезпечує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підготовку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економічних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та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соціально-економічних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матеріалів</w:t>
            </w:r>
            <w:proofErr w:type="spellEnd"/>
            <w:r w:rsidR="00AE4CD1" w:rsidRPr="009D54F0"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proofErr w:type="spellStart"/>
            <w:r w:rsidR="00AE4CD1" w:rsidRPr="009D54F0">
              <w:rPr>
                <w:rFonts w:eastAsia="Times New Roman" w:cs="Times New Roman"/>
                <w:szCs w:val="24"/>
              </w:rPr>
              <w:t>забезпечує</w:t>
            </w:r>
            <w:proofErr w:type="spellEnd"/>
            <w:r w:rsidR="00AE4CD1"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="00AE4CD1" w:rsidRPr="009D54F0">
              <w:rPr>
                <w:rFonts w:eastAsia="Times New Roman" w:cs="Times New Roman"/>
                <w:szCs w:val="24"/>
              </w:rPr>
              <w:t>оперативну</w:t>
            </w:r>
            <w:proofErr w:type="spellEnd"/>
            <w:r w:rsidR="00AE4CD1"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="00AE4CD1" w:rsidRPr="009D54F0">
              <w:rPr>
                <w:rFonts w:eastAsia="Times New Roman" w:cs="Times New Roman"/>
                <w:szCs w:val="24"/>
              </w:rPr>
              <w:t>комунікацію</w:t>
            </w:r>
            <w:proofErr w:type="spellEnd"/>
            <w:r w:rsidR="00AE4CD1" w:rsidRPr="009D54F0">
              <w:rPr>
                <w:rFonts w:eastAsia="Times New Roman" w:cs="Times New Roman"/>
                <w:szCs w:val="24"/>
              </w:rPr>
              <w:t xml:space="preserve"> з </w:t>
            </w:r>
            <w:proofErr w:type="spellStart"/>
            <w:r w:rsidR="00AE4CD1" w:rsidRPr="009D54F0">
              <w:rPr>
                <w:rFonts w:eastAsia="Times New Roman" w:cs="Times New Roman"/>
                <w:szCs w:val="24"/>
              </w:rPr>
              <w:t>командою</w:t>
            </w:r>
            <w:proofErr w:type="spellEnd"/>
            <w:r w:rsidR="00AE4CD1" w:rsidRPr="009D54F0">
              <w:rPr>
                <w:rFonts w:eastAsia="Times New Roman" w:cs="Times New Roman"/>
                <w:szCs w:val="24"/>
              </w:rPr>
              <w:t xml:space="preserve"> EU4Reconstruction (</w:t>
            </w:r>
            <w:proofErr w:type="spellStart"/>
            <w:r w:rsidR="00AE4CD1" w:rsidRPr="009D54F0">
              <w:rPr>
                <w:rFonts w:eastAsia="Times New Roman" w:cs="Times New Roman"/>
                <w:szCs w:val="24"/>
              </w:rPr>
              <w:t>Напрямок</w:t>
            </w:r>
            <w:proofErr w:type="spellEnd"/>
            <w:r w:rsidR="00AE4CD1" w:rsidRPr="009D54F0">
              <w:rPr>
                <w:rFonts w:eastAsia="Times New Roman" w:cs="Times New Roman"/>
                <w:szCs w:val="24"/>
              </w:rPr>
              <w:t xml:space="preserve"> 1)</w:t>
            </w:r>
          </w:p>
        </w:tc>
      </w:tr>
      <w:tr w:rsidR="00A276F6" w:rsidRPr="009D54F0" w14:paraId="551C3C8D" w14:textId="77777777">
        <w:trPr>
          <w:cantSplit/>
          <w:jc w:val="center"/>
        </w:trPr>
        <w:tc>
          <w:tcPr>
            <w:tcW w:w="9648" w:type="dxa"/>
            <w:gridSpan w:val="2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61996749" w14:textId="364F4FC2" w:rsidR="00A276F6" w:rsidRPr="009D54F0" w:rsidRDefault="00A276F6" w:rsidP="00A276F6">
            <w:pPr>
              <w:jc w:val="center"/>
              <w:rPr>
                <w:rFonts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>Напрям</w:t>
            </w:r>
            <w:proofErr w:type="spellEnd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 xml:space="preserve"> 1. «</w:t>
            </w:r>
            <w:proofErr w:type="spellStart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>Будівництво</w:t>
            </w:r>
            <w:proofErr w:type="spellEnd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>резервуара</w:t>
            </w:r>
            <w:proofErr w:type="spellEnd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>чистої</w:t>
            </w:r>
            <w:proofErr w:type="spellEnd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>води</w:t>
            </w:r>
            <w:proofErr w:type="spellEnd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>об’ємом</w:t>
            </w:r>
            <w:proofErr w:type="spellEnd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 xml:space="preserve"> 15 </w:t>
            </w:r>
            <w:proofErr w:type="spellStart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>тис</w:t>
            </w:r>
            <w:proofErr w:type="spellEnd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 xml:space="preserve">. м³ </w:t>
            </w:r>
            <w:proofErr w:type="spellStart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>для</w:t>
            </w:r>
            <w:proofErr w:type="spellEnd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>м.Чорноморськ</w:t>
            </w:r>
            <w:proofErr w:type="spellEnd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>»</w:t>
            </w:r>
          </w:p>
        </w:tc>
      </w:tr>
      <w:tr w:rsidR="00A276F6" w:rsidRPr="009D54F0" w14:paraId="268A0232" w14:textId="77777777" w:rsidTr="00D43E75">
        <w:trPr>
          <w:cantSplit/>
          <w:trHeight w:val="722"/>
          <w:jc w:val="center"/>
        </w:trPr>
        <w:tc>
          <w:tcPr>
            <w:tcW w:w="2520" w:type="dxa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374BCFAE" w14:textId="77777777" w:rsidR="00A276F6" w:rsidRPr="009D54F0" w:rsidRDefault="00A276F6" w:rsidP="00A276F6">
            <w:pPr>
              <w:rPr>
                <w:rFonts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Дмитро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ПІУН</w:t>
            </w:r>
          </w:p>
        </w:tc>
        <w:tc>
          <w:tcPr>
            <w:tcW w:w="7128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BA4A63A" w14:textId="6FA1336D" w:rsidR="00A276F6" w:rsidRPr="009D54F0" w:rsidRDefault="00A276F6" w:rsidP="009D6A18">
            <w:pPr>
              <w:jc w:val="both"/>
              <w:rPr>
                <w:rFonts w:cs="Times New Roman"/>
                <w:szCs w:val="24"/>
                <w:lang w:val="uk-UA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заступник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директора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КП «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Чорноморськводоканал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»,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керівник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проєкту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за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Напрямом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1; </w:t>
            </w:r>
          </w:p>
        </w:tc>
      </w:tr>
      <w:tr w:rsidR="00A276F6" w:rsidRPr="009D54F0" w14:paraId="3EFE90E6" w14:textId="77777777" w:rsidTr="00D43E75">
        <w:trPr>
          <w:cantSplit/>
          <w:trHeight w:val="376"/>
          <w:jc w:val="center"/>
        </w:trPr>
        <w:tc>
          <w:tcPr>
            <w:tcW w:w="2520" w:type="dxa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17830D36" w14:textId="77777777" w:rsidR="00A276F6" w:rsidRPr="009D54F0" w:rsidRDefault="00A276F6" w:rsidP="00A276F6">
            <w:pPr>
              <w:rPr>
                <w:rFonts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Ольга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СМИВІНА</w:t>
            </w:r>
          </w:p>
        </w:tc>
        <w:tc>
          <w:tcPr>
            <w:tcW w:w="7128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18C50A5" w14:textId="163ED5AF" w:rsidR="00A276F6" w:rsidRPr="009D54F0" w:rsidRDefault="00A276F6" w:rsidP="009D6A18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бухгалтер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КП «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Чорноморськводоканал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»,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фінансовий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координатор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; </w:t>
            </w:r>
          </w:p>
        </w:tc>
      </w:tr>
      <w:tr w:rsidR="00A276F6" w:rsidRPr="009D54F0" w14:paraId="04A698BE" w14:textId="77777777" w:rsidTr="00D43E75">
        <w:trPr>
          <w:cantSplit/>
          <w:trHeight w:val="708"/>
          <w:jc w:val="center"/>
        </w:trPr>
        <w:tc>
          <w:tcPr>
            <w:tcW w:w="2520" w:type="dxa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4709A1EB" w14:textId="77777777" w:rsidR="00A276F6" w:rsidRPr="009D54F0" w:rsidRDefault="00A276F6" w:rsidP="00A276F6">
            <w:pPr>
              <w:rPr>
                <w:rFonts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Роман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ТУБІШ</w:t>
            </w:r>
          </w:p>
        </w:tc>
        <w:tc>
          <w:tcPr>
            <w:tcW w:w="7128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8C97BFF" w14:textId="0398626F" w:rsidR="00A276F6" w:rsidRPr="009D54F0" w:rsidRDefault="00A276F6" w:rsidP="009D6A18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інженер-будівельник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КП «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Чорноморськводоканал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»,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представник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будівельної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групи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; </w:t>
            </w:r>
          </w:p>
        </w:tc>
      </w:tr>
      <w:tr w:rsidR="00A276F6" w:rsidRPr="009D54F0" w14:paraId="08BFB253" w14:textId="77777777" w:rsidTr="00D43E75">
        <w:trPr>
          <w:cantSplit/>
          <w:trHeight w:val="788"/>
          <w:jc w:val="center"/>
        </w:trPr>
        <w:tc>
          <w:tcPr>
            <w:tcW w:w="2520" w:type="dxa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063E5FDC" w14:textId="77777777" w:rsidR="00A276F6" w:rsidRPr="009D54F0" w:rsidRDefault="00A276F6" w:rsidP="00A276F6">
            <w:pPr>
              <w:rPr>
                <w:rFonts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Людмила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БОНДАРЕНКО</w:t>
            </w:r>
          </w:p>
        </w:tc>
        <w:tc>
          <w:tcPr>
            <w:tcW w:w="7128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CEDC587" w14:textId="0804F739" w:rsidR="00A276F6" w:rsidRPr="009D54F0" w:rsidRDefault="00A276F6" w:rsidP="009D6A18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фахівець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з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управління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проєктами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та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програмами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КП «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Чорноморськводоканал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»,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представник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моніторингової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групи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; </w:t>
            </w:r>
          </w:p>
        </w:tc>
      </w:tr>
      <w:tr w:rsidR="00A276F6" w:rsidRPr="009D54F0" w14:paraId="4885E1B3" w14:textId="77777777" w:rsidTr="00D43E75">
        <w:trPr>
          <w:cantSplit/>
          <w:trHeight w:val="712"/>
          <w:jc w:val="center"/>
        </w:trPr>
        <w:tc>
          <w:tcPr>
            <w:tcW w:w="2520" w:type="dxa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3D28CB4E" w14:textId="77777777" w:rsidR="00A276F6" w:rsidRPr="009D54F0" w:rsidRDefault="00A276F6" w:rsidP="00A276F6">
            <w:pPr>
              <w:rPr>
                <w:rFonts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Юлія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ГРИБЕННИКОВА</w:t>
            </w:r>
          </w:p>
        </w:tc>
        <w:tc>
          <w:tcPr>
            <w:tcW w:w="7128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A145176" w14:textId="418CF057" w:rsidR="00A276F6" w:rsidRPr="009D54F0" w:rsidRDefault="00A276F6" w:rsidP="009D6A18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начальник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відділу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з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управління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проєктами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та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програмами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КП «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Чорноморськводоканал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»,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контактна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особа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за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Напрямом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1; </w:t>
            </w:r>
          </w:p>
        </w:tc>
      </w:tr>
      <w:tr w:rsidR="00A71145" w:rsidRPr="009D54F0" w14:paraId="64F720F7" w14:textId="77777777">
        <w:trPr>
          <w:cantSplit/>
          <w:jc w:val="center"/>
        </w:trPr>
        <w:tc>
          <w:tcPr>
            <w:tcW w:w="2520" w:type="dxa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6D4055AB" w14:textId="7AE95A15" w:rsidR="00A71145" w:rsidRPr="009D54F0" w:rsidRDefault="00A71145" w:rsidP="00A276F6">
            <w:pPr>
              <w:rPr>
                <w:rFonts w:eastAsia="Times New Roman" w:cs="Times New Roman"/>
                <w:szCs w:val="24"/>
                <w:lang w:val="uk-UA"/>
              </w:rPr>
            </w:pPr>
            <w:r w:rsidRPr="009D54F0">
              <w:rPr>
                <w:rFonts w:eastAsia="Times New Roman" w:cs="Times New Roman"/>
                <w:szCs w:val="24"/>
                <w:lang w:val="uk-UA"/>
              </w:rPr>
              <w:t>Дмитро ГАПОНЕНКО</w:t>
            </w:r>
          </w:p>
        </w:tc>
        <w:tc>
          <w:tcPr>
            <w:tcW w:w="7128" w:type="dxa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58238020" w14:textId="3E1D189A" w:rsidR="00A71145" w:rsidRPr="009D54F0" w:rsidRDefault="00A71145" w:rsidP="009D6A18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9D54F0">
              <w:rPr>
                <w:rFonts w:eastAsia="Times New Roman" w:cs="Times New Roman"/>
                <w:szCs w:val="24"/>
                <w:lang w:val="uk-UA"/>
              </w:rPr>
              <w:t xml:space="preserve">заступник начальника відділу комунального господарства та благоустрою </w:t>
            </w:r>
            <w:r w:rsidR="003E64DA" w:rsidRPr="009D54F0">
              <w:rPr>
                <w:rFonts w:eastAsia="Times New Roman" w:cs="Times New Roman"/>
                <w:szCs w:val="24"/>
                <w:lang w:val="uk-UA"/>
              </w:rPr>
              <w:t>Чорноморської міської ради Одеського району Одеської області</w:t>
            </w:r>
            <w:r w:rsidR="00AE4CD1" w:rsidRPr="009D54F0">
              <w:rPr>
                <w:rFonts w:eastAsia="Times New Roman" w:cs="Times New Roman"/>
                <w:szCs w:val="24"/>
                <w:lang w:val="uk-UA"/>
              </w:rPr>
              <w:t>, забезпечення взаємодії виконавчих органів міської ради та КП «</w:t>
            </w:r>
            <w:proofErr w:type="spellStart"/>
            <w:r w:rsidR="00AE4CD1" w:rsidRPr="009D54F0">
              <w:rPr>
                <w:rFonts w:eastAsia="Times New Roman" w:cs="Times New Roman"/>
                <w:szCs w:val="24"/>
                <w:lang w:val="uk-UA"/>
              </w:rPr>
              <w:t>Чорноморськводоканал</w:t>
            </w:r>
            <w:proofErr w:type="spellEnd"/>
            <w:r w:rsidR="00AE4CD1" w:rsidRPr="009D54F0">
              <w:rPr>
                <w:rFonts w:eastAsia="Times New Roman" w:cs="Times New Roman"/>
                <w:szCs w:val="24"/>
                <w:lang w:val="uk-UA"/>
              </w:rPr>
              <w:t>»</w:t>
            </w:r>
          </w:p>
        </w:tc>
      </w:tr>
      <w:tr w:rsidR="00A276F6" w:rsidRPr="009D54F0" w14:paraId="31E6D5C9" w14:textId="77777777">
        <w:trPr>
          <w:cantSplit/>
          <w:jc w:val="center"/>
        </w:trPr>
        <w:tc>
          <w:tcPr>
            <w:tcW w:w="9648" w:type="dxa"/>
            <w:gridSpan w:val="2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1CEFADAF" w14:textId="7060D523" w:rsidR="00A276F6" w:rsidRPr="009D54F0" w:rsidRDefault="00A276F6" w:rsidP="00A276F6">
            <w:pPr>
              <w:jc w:val="center"/>
              <w:rPr>
                <w:rFonts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>Напрям</w:t>
            </w:r>
            <w:proofErr w:type="spellEnd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 xml:space="preserve"> 2. «</w:t>
            </w:r>
            <w:r w:rsidRPr="009D54F0">
              <w:rPr>
                <w:rFonts w:eastAsia="Times New Roman" w:cs="Times New Roman"/>
                <w:b/>
                <w:szCs w:val="24"/>
                <w:u w:val="single"/>
                <w:lang w:val="uk-UA"/>
              </w:rPr>
              <w:t>Р</w:t>
            </w:r>
            <w:proofErr w:type="spellStart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>еконструкція</w:t>
            </w:r>
            <w:proofErr w:type="spellEnd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 xml:space="preserve"> </w:t>
            </w:r>
            <w:proofErr w:type="spellStart"/>
            <w:r w:rsidRPr="00671072">
              <w:rPr>
                <w:rFonts w:eastAsia="Times New Roman" w:cs="Times New Roman"/>
                <w:b/>
                <w:szCs w:val="24"/>
                <w:u w:val="single"/>
              </w:rPr>
              <w:t>Чорноморської</w:t>
            </w:r>
            <w:proofErr w:type="spellEnd"/>
            <w:r w:rsidRPr="00671072">
              <w:rPr>
                <w:rFonts w:eastAsia="Times New Roman" w:cs="Times New Roman"/>
                <w:b/>
                <w:szCs w:val="24"/>
                <w:u w:val="single"/>
              </w:rPr>
              <w:t xml:space="preserve"> </w:t>
            </w:r>
            <w:proofErr w:type="spellStart"/>
            <w:r w:rsidRPr="00671072">
              <w:rPr>
                <w:rFonts w:eastAsia="Times New Roman" w:cs="Times New Roman"/>
                <w:b/>
                <w:szCs w:val="24"/>
                <w:u w:val="single"/>
              </w:rPr>
              <w:t>лікарні</w:t>
            </w:r>
            <w:proofErr w:type="spellEnd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>для</w:t>
            </w:r>
            <w:proofErr w:type="spellEnd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>створення</w:t>
            </w:r>
            <w:proofErr w:type="spellEnd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>безпечного</w:t>
            </w:r>
            <w:proofErr w:type="spellEnd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>сучасного</w:t>
            </w:r>
            <w:proofErr w:type="spellEnd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>кластерного</w:t>
            </w:r>
            <w:proofErr w:type="spellEnd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>медичного</w:t>
            </w:r>
            <w:proofErr w:type="spellEnd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>простору</w:t>
            </w:r>
            <w:proofErr w:type="spellEnd"/>
            <w:r w:rsidRPr="009D54F0">
              <w:rPr>
                <w:rFonts w:eastAsia="Times New Roman" w:cs="Times New Roman"/>
                <w:b/>
                <w:szCs w:val="24"/>
                <w:u w:val="single"/>
              </w:rPr>
              <w:t>»</w:t>
            </w:r>
          </w:p>
        </w:tc>
      </w:tr>
      <w:tr w:rsidR="00A276F6" w:rsidRPr="009D54F0" w14:paraId="45722748" w14:textId="77777777" w:rsidTr="00D43E75">
        <w:trPr>
          <w:cantSplit/>
          <w:trHeight w:val="1371"/>
          <w:jc w:val="center"/>
        </w:trPr>
        <w:tc>
          <w:tcPr>
            <w:tcW w:w="2520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FA4573C" w14:textId="32143DDB" w:rsidR="00A276F6" w:rsidRPr="009D54F0" w:rsidRDefault="00A276F6" w:rsidP="00A276F6">
            <w:pPr>
              <w:rPr>
                <w:rFonts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Яна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КУШНЕРИК</w:t>
            </w:r>
          </w:p>
        </w:tc>
        <w:tc>
          <w:tcPr>
            <w:tcW w:w="7128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4FD71E1" w14:textId="77777777" w:rsidR="00671072" w:rsidRDefault="00A276F6" w:rsidP="00CA2BF0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заступник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генерального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директора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з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економічних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питань</w:t>
            </w:r>
            <w:proofErr w:type="spellEnd"/>
            <w:r w:rsidR="00671072">
              <w:rPr>
                <w:rFonts w:eastAsia="Times New Roman" w:cs="Times New Roman"/>
                <w:szCs w:val="24"/>
                <w:lang w:val="uk-UA"/>
              </w:rPr>
              <w:t xml:space="preserve"> КНП «ЧЛ» </w:t>
            </w:r>
          </w:p>
          <w:p w14:paraId="277EC5AC" w14:textId="56ED2101" w:rsidR="00A276F6" w:rsidRPr="009D54F0" w:rsidRDefault="00671072" w:rsidP="00CA2BF0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>ЧМР</w:t>
            </w:r>
            <w:r w:rsidR="00A276F6" w:rsidRPr="009D54F0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="00A276F6" w:rsidRPr="009D54F0">
              <w:rPr>
                <w:rFonts w:eastAsia="Times New Roman" w:cs="Times New Roman"/>
                <w:szCs w:val="24"/>
              </w:rPr>
              <w:t>керівник</w:t>
            </w:r>
            <w:proofErr w:type="spellEnd"/>
            <w:r w:rsidR="00A276F6" w:rsidRPr="009D54F0">
              <w:rPr>
                <w:rFonts w:eastAsia="Times New Roman" w:cs="Times New Roman"/>
                <w:szCs w:val="24"/>
              </w:rPr>
              <w:t xml:space="preserve"> проєкту </w:t>
            </w:r>
            <w:proofErr w:type="spellStart"/>
            <w:r w:rsidR="00A276F6" w:rsidRPr="009D54F0">
              <w:rPr>
                <w:rFonts w:eastAsia="Times New Roman" w:cs="Times New Roman"/>
                <w:szCs w:val="24"/>
              </w:rPr>
              <w:t>за</w:t>
            </w:r>
            <w:proofErr w:type="spellEnd"/>
            <w:r w:rsidR="00A276F6"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="00A276F6" w:rsidRPr="009D54F0">
              <w:rPr>
                <w:rFonts w:eastAsia="Times New Roman" w:cs="Times New Roman"/>
                <w:szCs w:val="24"/>
              </w:rPr>
              <w:t>Напрямом</w:t>
            </w:r>
            <w:proofErr w:type="spellEnd"/>
            <w:r w:rsidR="00A276F6" w:rsidRPr="009D54F0">
              <w:rPr>
                <w:rFonts w:eastAsia="Times New Roman" w:cs="Times New Roman"/>
                <w:szCs w:val="24"/>
              </w:rPr>
              <w:t xml:space="preserve"> 2; </w:t>
            </w:r>
            <w:proofErr w:type="spellStart"/>
            <w:r w:rsidR="00A276F6" w:rsidRPr="009D54F0">
              <w:rPr>
                <w:rFonts w:eastAsia="Times New Roman" w:cs="Times New Roman"/>
                <w:szCs w:val="24"/>
              </w:rPr>
              <w:t>координує</w:t>
            </w:r>
            <w:proofErr w:type="spellEnd"/>
            <w:r w:rsidR="00A276F6"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="00A276F6" w:rsidRPr="009D54F0">
              <w:rPr>
                <w:rFonts w:eastAsia="Times New Roman" w:cs="Times New Roman"/>
                <w:szCs w:val="24"/>
              </w:rPr>
              <w:t>підготовку</w:t>
            </w:r>
            <w:proofErr w:type="spellEnd"/>
            <w:r w:rsidR="00A276F6"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="00A276F6" w:rsidRPr="009D54F0">
              <w:rPr>
                <w:rFonts w:eastAsia="Times New Roman" w:cs="Times New Roman"/>
                <w:szCs w:val="24"/>
              </w:rPr>
              <w:t>вихідних</w:t>
            </w:r>
            <w:proofErr w:type="spellEnd"/>
            <w:r w:rsidR="00A276F6"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="00A276F6" w:rsidRPr="009D54F0">
              <w:rPr>
                <w:rFonts w:eastAsia="Times New Roman" w:cs="Times New Roman"/>
                <w:szCs w:val="24"/>
              </w:rPr>
              <w:t>даних</w:t>
            </w:r>
            <w:proofErr w:type="spellEnd"/>
            <w:r w:rsidR="00A276F6" w:rsidRPr="009D54F0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="00A276F6" w:rsidRPr="009D54F0">
              <w:rPr>
                <w:rFonts w:eastAsia="Times New Roman" w:cs="Times New Roman"/>
                <w:szCs w:val="24"/>
              </w:rPr>
              <w:t>визначення</w:t>
            </w:r>
            <w:proofErr w:type="spellEnd"/>
            <w:r w:rsidR="00A276F6"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="00A276F6" w:rsidRPr="009D54F0">
              <w:rPr>
                <w:rFonts w:eastAsia="Times New Roman" w:cs="Times New Roman"/>
                <w:szCs w:val="24"/>
              </w:rPr>
              <w:t>функціональної</w:t>
            </w:r>
            <w:proofErr w:type="spellEnd"/>
            <w:r w:rsidR="00A276F6"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="00A276F6" w:rsidRPr="009D54F0">
              <w:rPr>
                <w:rFonts w:eastAsia="Times New Roman" w:cs="Times New Roman"/>
                <w:szCs w:val="24"/>
              </w:rPr>
              <w:t>моделі</w:t>
            </w:r>
            <w:proofErr w:type="spellEnd"/>
            <w:r w:rsidR="00A276F6"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="00A276F6" w:rsidRPr="009D54F0">
              <w:rPr>
                <w:rFonts w:eastAsia="Times New Roman" w:cs="Times New Roman"/>
                <w:szCs w:val="24"/>
              </w:rPr>
              <w:t>медичного</w:t>
            </w:r>
            <w:proofErr w:type="spellEnd"/>
            <w:r w:rsidR="00A276F6"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="00A276F6" w:rsidRPr="009D54F0">
              <w:rPr>
                <w:rFonts w:eastAsia="Times New Roman" w:cs="Times New Roman"/>
                <w:szCs w:val="24"/>
              </w:rPr>
              <w:t>простору</w:t>
            </w:r>
            <w:proofErr w:type="spellEnd"/>
            <w:r w:rsidR="00A276F6"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="00A276F6" w:rsidRPr="009D54F0">
              <w:rPr>
                <w:rFonts w:eastAsia="Times New Roman" w:cs="Times New Roman"/>
                <w:szCs w:val="24"/>
              </w:rPr>
              <w:t>та</w:t>
            </w:r>
            <w:proofErr w:type="spellEnd"/>
            <w:r w:rsidR="00A276F6"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="00A276F6" w:rsidRPr="009D54F0">
              <w:rPr>
                <w:rFonts w:eastAsia="Times New Roman" w:cs="Times New Roman"/>
                <w:szCs w:val="24"/>
              </w:rPr>
              <w:t>взаємодію</w:t>
            </w:r>
            <w:proofErr w:type="spellEnd"/>
            <w:r w:rsidR="00A276F6"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="00A276F6" w:rsidRPr="009D54F0">
              <w:rPr>
                <w:rFonts w:eastAsia="Times New Roman" w:cs="Times New Roman"/>
                <w:szCs w:val="24"/>
              </w:rPr>
              <w:t>структурних</w:t>
            </w:r>
            <w:proofErr w:type="spellEnd"/>
            <w:r w:rsidR="00A276F6"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="00A276F6" w:rsidRPr="009D54F0">
              <w:rPr>
                <w:rFonts w:eastAsia="Times New Roman" w:cs="Times New Roman"/>
                <w:szCs w:val="24"/>
              </w:rPr>
              <w:t>підрозділів</w:t>
            </w:r>
            <w:proofErr w:type="spellEnd"/>
            <w:r w:rsidR="00A276F6"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="00A276F6" w:rsidRPr="009D54F0">
              <w:rPr>
                <w:rFonts w:eastAsia="Times New Roman" w:cs="Times New Roman"/>
                <w:szCs w:val="24"/>
              </w:rPr>
              <w:t>закладу</w:t>
            </w:r>
            <w:proofErr w:type="spellEnd"/>
            <w:r w:rsidR="00A276F6" w:rsidRPr="009D54F0">
              <w:rPr>
                <w:rFonts w:eastAsia="Times New Roman" w:cs="Times New Roman"/>
                <w:szCs w:val="24"/>
              </w:rPr>
              <w:t xml:space="preserve">; </w:t>
            </w:r>
          </w:p>
        </w:tc>
      </w:tr>
      <w:tr w:rsidR="00A276F6" w:rsidRPr="009D54F0" w14:paraId="382F8D62" w14:textId="77777777" w:rsidTr="00D43E75">
        <w:trPr>
          <w:cantSplit/>
          <w:trHeight w:val="1318"/>
          <w:jc w:val="center"/>
        </w:trPr>
        <w:tc>
          <w:tcPr>
            <w:tcW w:w="2520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759E027" w14:textId="235FFC15" w:rsidR="00A276F6" w:rsidRPr="009D54F0" w:rsidRDefault="00A276F6" w:rsidP="00A276F6">
            <w:pPr>
              <w:rPr>
                <w:rFonts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lastRenderedPageBreak/>
              <w:t>Валентина</w:t>
            </w:r>
            <w:proofErr w:type="spellEnd"/>
            <w:r w:rsidR="00DA64F3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 w:rsidRPr="009D54F0">
              <w:rPr>
                <w:rFonts w:eastAsia="Times New Roman" w:cs="Times New Roman"/>
                <w:szCs w:val="24"/>
              </w:rPr>
              <w:t>НІГРЕЦЬКА</w:t>
            </w:r>
          </w:p>
        </w:tc>
        <w:tc>
          <w:tcPr>
            <w:tcW w:w="7128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8163D03" w14:textId="621816AD" w:rsidR="00A276F6" w:rsidRPr="00671072" w:rsidRDefault="00A276F6" w:rsidP="00671072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заступник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головного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бухгалтера</w:t>
            </w:r>
            <w:proofErr w:type="spellEnd"/>
            <w:r w:rsidR="00AE4CD1" w:rsidRPr="009D54F0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 w:rsidR="00671072" w:rsidRPr="00671072">
              <w:rPr>
                <w:rFonts w:eastAsia="Times New Roman" w:cs="Times New Roman"/>
                <w:szCs w:val="24"/>
                <w:lang w:val="uk-UA"/>
              </w:rPr>
              <w:t>КНП «ЧЛ»</w:t>
            </w:r>
            <w:r w:rsidR="00671072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 w:rsidR="00671072" w:rsidRPr="00671072">
              <w:rPr>
                <w:rFonts w:eastAsia="Times New Roman" w:cs="Times New Roman"/>
                <w:szCs w:val="24"/>
                <w:lang w:val="uk-UA"/>
              </w:rPr>
              <w:t>ЧМР</w:t>
            </w:r>
            <w:r w:rsidRPr="009D54F0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фінансовий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координатор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готує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бюджетні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фінансові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та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економічні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дані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інформацію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про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поточні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й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прогнозні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витрати</w:t>
            </w:r>
            <w:proofErr w:type="spellEnd"/>
            <w:r w:rsidR="00DA64F3">
              <w:rPr>
                <w:rFonts w:eastAsia="Times New Roman" w:cs="Times New Roman"/>
                <w:szCs w:val="24"/>
                <w:lang w:val="uk-UA"/>
              </w:rPr>
              <w:t>,</w:t>
            </w:r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джерела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фінансування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проєкту; </w:t>
            </w:r>
          </w:p>
        </w:tc>
      </w:tr>
      <w:tr w:rsidR="00A276F6" w:rsidRPr="009D54F0" w14:paraId="56B597ED" w14:textId="77777777" w:rsidTr="00D43E75">
        <w:trPr>
          <w:cantSplit/>
          <w:trHeight w:val="1091"/>
          <w:jc w:val="center"/>
        </w:trPr>
        <w:tc>
          <w:tcPr>
            <w:tcW w:w="2520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34FB4A8" w14:textId="4D72C4BE" w:rsidR="00A276F6" w:rsidRPr="009D54F0" w:rsidRDefault="00A276F6" w:rsidP="00A276F6">
            <w:pPr>
              <w:rPr>
                <w:rFonts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Юрій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АНДРЄЄВ</w:t>
            </w:r>
          </w:p>
        </w:tc>
        <w:tc>
          <w:tcPr>
            <w:tcW w:w="7128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6EDAA93" w14:textId="512AD997" w:rsidR="00A276F6" w:rsidRPr="009D54F0" w:rsidRDefault="00A276F6" w:rsidP="00CA2BF0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головний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інженер</w:t>
            </w:r>
            <w:proofErr w:type="spellEnd"/>
            <w:r w:rsidR="00AE4CD1" w:rsidRPr="009D54F0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 w:rsidR="00671072" w:rsidRPr="00671072">
              <w:rPr>
                <w:rFonts w:eastAsia="Times New Roman" w:cs="Times New Roman"/>
                <w:szCs w:val="24"/>
                <w:lang w:val="uk-UA"/>
              </w:rPr>
              <w:t>КНП «ЧЛ» ЧМР</w:t>
            </w:r>
            <w:r w:rsidRPr="009D54F0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технічний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фахівець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готує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дані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про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стан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будівель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та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інженерних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мереж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технічні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рішення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потреби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реконструкції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обсяги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робіт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і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технічні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ризики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; </w:t>
            </w:r>
          </w:p>
        </w:tc>
      </w:tr>
    </w:tbl>
    <w:p w14:paraId="78B10EB3" w14:textId="722589AE" w:rsidR="00671072" w:rsidRPr="00671072" w:rsidRDefault="00671072" w:rsidP="00234465">
      <w:pPr>
        <w:spacing w:before="200" w:line="276" w:lineRule="auto"/>
        <w:rPr>
          <w:rFonts w:cs="Times New Roman"/>
          <w:sz w:val="16"/>
          <w:szCs w:val="16"/>
        </w:rPr>
      </w:pPr>
    </w:p>
    <w:p w14:paraId="251FD50B" w14:textId="77777777" w:rsidR="00671072" w:rsidRPr="00671072" w:rsidRDefault="00671072" w:rsidP="00234465">
      <w:pPr>
        <w:spacing w:before="200" w:line="276" w:lineRule="auto"/>
        <w:rPr>
          <w:rFonts w:cs="Times New Roman"/>
          <w:sz w:val="16"/>
          <w:szCs w:val="16"/>
        </w:rPr>
      </w:pPr>
    </w:p>
    <w:tbl>
      <w:tblPr>
        <w:tblW w:w="14688" w:type="dxa"/>
        <w:tblLayout w:type="fixed"/>
        <w:tblLook w:val="04A0" w:firstRow="1" w:lastRow="0" w:firstColumn="1" w:lastColumn="0" w:noHBand="0" w:noVBand="1"/>
      </w:tblPr>
      <w:tblGrid>
        <w:gridCol w:w="9639"/>
        <w:gridCol w:w="5049"/>
      </w:tblGrid>
      <w:tr w:rsidR="009D6A18" w:rsidRPr="009D54F0" w14:paraId="6D2D7DAB" w14:textId="4415E545" w:rsidTr="003A36C8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FA216" w14:textId="7BFDA5C0" w:rsidR="009D6A18" w:rsidRPr="009D54F0" w:rsidRDefault="009D6A18" w:rsidP="00397676">
            <w:pPr>
              <w:ind w:left="567"/>
              <w:rPr>
                <w:rFonts w:cs="Times New Roman"/>
                <w:szCs w:val="24"/>
                <w:lang w:val="uk-UA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Начальник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відділу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енергоефективності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та</w:t>
            </w:r>
            <w:proofErr w:type="spellEnd"/>
            <w:r w:rsidR="003A36C8" w:rsidRPr="009D54F0">
              <w:rPr>
                <w:rFonts w:eastAsia="Times New Roman" w:cs="Times New Roman"/>
                <w:szCs w:val="24"/>
                <w:lang w:val="uk-UA"/>
              </w:rPr>
              <w:t xml:space="preserve">                       </w:t>
            </w:r>
            <w:r w:rsidR="00D909A6" w:rsidRPr="009D54F0">
              <w:rPr>
                <w:rFonts w:eastAsia="Times New Roman" w:cs="Times New Roman"/>
                <w:szCs w:val="24"/>
                <w:lang w:val="uk-UA"/>
              </w:rPr>
              <w:t xml:space="preserve">         Олександр КОРЧМА</w:t>
            </w:r>
            <w:r w:rsidR="003A36C8" w:rsidRPr="009D54F0">
              <w:rPr>
                <w:rFonts w:eastAsia="Times New Roman" w:cs="Times New Roman"/>
                <w:szCs w:val="24"/>
                <w:lang w:val="uk-UA"/>
              </w:rPr>
              <w:t xml:space="preserve">                                    </w:t>
            </w:r>
            <w:r w:rsidRPr="009D54F0">
              <w:rPr>
                <w:rFonts w:eastAsia="Times New Roman" w:cs="Times New Roman"/>
                <w:szCs w:val="24"/>
              </w:rPr>
              <w:br/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грантової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діяльності</w:t>
            </w:r>
            <w:proofErr w:type="spellEnd"/>
          </w:p>
        </w:tc>
        <w:tc>
          <w:tcPr>
            <w:tcW w:w="5049" w:type="dxa"/>
            <w:vAlign w:val="center"/>
          </w:tcPr>
          <w:p w14:paraId="5F4E23D2" w14:textId="77620EDB" w:rsidR="009D6A18" w:rsidRPr="009D54F0" w:rsidRDefault="009D6A18" w:rsidP="009D6A18">
            <w:pPr>
              <w:ind w:left="2014"/>
              <w:jc w:val="right"/>
              <w:rPr>
                <w:rFonts w:cs="Times New Roman"/>
                <w:szCs w:val="24"/>
                <w:lang w:val="uk-UA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Олександр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КОРЧМА</w:t>
            </w:r>
          </w:p>
        </w:tc>
      </w:tr>
    </w:tbl>
    <w:p w14:paraId="6F5A8E3C" w14:textId="77777777" w:rsidR="00500CF6" w:rsidRPr="009D54F0" w:rsidRDefault="009D54F0">
      <w:pPr>
        <w:rPr>
          <w:rFonts w:cs="Times New Roman"/>
          <w:szCs w:val="24"/>
        </w:rPr>
      </w:pPr>
      <w:r w:rsidRPr="009D54F0">
        <w:rPr>
          <w:rFonts w:cs="Times New Roman"/>
          <w:szCs w:val="24"/>
        </w:rPr>
        <w:br w:type="page"/>
      </w:r>
    </w:p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0C4AC0" w:rsidRPr="009D54F0" w14:paraId="785BF975" w14:textId="77777777" w:rsidTr="003A36C8">
        <w:tc>
          <w:tcPr>
            <w:tcW w:w="9781" w:type="dxa"/>
          </w:tcPr>
          <w:p w14:paraId="1B82210C" w14:textId="77777777" w:rsidR="00CA2BF0" w:rsidRPr="009D54F0" w:rsidRDefault="00CA2BF0" w:rsidP="00397676">
            <w:pPr>
              <w:ind w:left="4712" w:right="1315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lastRenderedPageBreak/>
              <w:t>Додаток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2</w:t>
            </w:r>
          </w:p>
          <w:p w14:paraId="000F8A90" w14:textId="77777777" w:rsidR="00500CF6" w:rsidRPr="009D54F0" w:rsidRDefault="009D54F0">
            <w:pPr>
              <w:jc w:val="right"/>
              <w:rPr>
                <w:rFonts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до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розпорядження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міського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голови</w:t>
            </w:r>
            <w:proofErr w:type="spellEnd"/>
          </w:p>
          <w:p w14:paraId="6F43660A" w14:textId="7FB10F4A" w:rsidR="00500CF6" w:rsidRPr="009D54F0" w:rsidRDefault="00D909A6" w:rsidP="00DA64F3">
            <w:pPr>
              <w:jc w:val="center"/>
              <w:rPr>
                <w:rFonts w:cs="Times New Roman"/>
                <w:szCs w:val="24"/>
              </w:rPr>
            </w:pPr>
            <w:r w:rsidRPr="009D54F0">
              <w:rPr>
                <w:rFonts w:eastAsia="Times New Roman" w:cs="Times New Roman"/>
                <w:szCs w:val="24"/>
                <w:lang w:val="uk-UA"/>
              </w:rPr>
              <w:t xml:space="preserve">                                                            </w:t>
            </w:r>
            <w:r w:rsidR="00DA64F3">
              <w:rPr>
                <w:rFonts w:eastAsia="Times New Roman" w:cs="Times New Roman"/>
                <w:szCs w:val="24"/>
                <w:lang w:val="uk-UA"/>
              </w:rPr>
              <w:t xml:space="preserve">                  </w:t>
            </w:r>
            <w:proofErr w:type="spellStart"/>
            <w:r w:rsidR="00BF3DE3" w:rsidRPr="009D54F0">
              <w:rPr>
                <w:rFonts w:eastAsia="Times New Roman" w:cs="Times New Roman"/>
                <w:szCs w:val="24"/>
              </w:rPr>
              <w:t>від</w:t>
            </w:r>
            <w:proofErr w:type="spellEnd"/>
            <w:r w:rsidR="00BF3DE3">
              <w:rPr>
                <w:rFonts w:eastAsia="Times New Roman" w:cs="Times New Roman"/>
                <w:szCs w:val="24"/>
                <w:lang w:val="uk-UA"/>
              </w:rPr>
              <w:t xml:space="preserve"> 13.08.2026  </w:t>
            </w:r>
            <w:r w:rsidR="00BF3DE3" w:rsidRPr="009D54F0">
              <w:rPr>
                <w:rFonts w:eastAsia="Times New Roman" w:cs="Times New Roman"/>
                <w:szCs w:val="24"/>
              </w:rPr>
              <w:t>№</w:t>
            </w:r>
            <w:r w:rsidR="00BF3DE3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 w:rsidR="00BF3DE3" w:rsidRPr="009D54F0">
              <w:rPr>
                <w:rFonts w:eastAsia="Times New Roman" w:cs="Times New Roman"/>
                <w:szCs w:val="24"/>
              </w:rPr>
              <w:t xml:space="preserve"> </w:t>
            </w:r>
            <w:r w:rsidR="00BF3DE3">
              <w:rPr>
                <w:rFonts w:eastAsia="Times New Roman" w:cs="Times New Roman"/>
                <w:szCs w:val="24"/>
                <w:lang w:val="uk-UA"/>
              </w:rPr>
              <w:t>228</w:t>
            </w:r>
          </w:p>
        </w:tc>
      </w:tr>
    </w:tbl>
    <w:p w14:paraId="1F5ABE1D" w14:textId="77777777" w:rsidR="00D909A6" w:rsidRPr="009D54F0" w:rsidRDefault="00D909A6" w:rsidP="00397676">
      <w:pPr>
        <w:keepNext/>
        <w:spacing w:line="276" w:lineRule="auto"/>
        <w:rPr>
          <w:rFonts w:eastAsia="Times New Roman" w:cs="Times New Roman"/>
          <w:b/>
          <w:szCs w:val="24"/>
        </w:rPr>
      </w:pPr>
    </w:p>
    <w:p w14:paraId="57EA7EFC" w14:textId="77777777" w:rsidR="00D909A6" w:rsidRPr="009D54F0" w:rsidRDefault="00D909A6" w:rsidP="000C4AC0">
      <w:pPr>
        <w:keepNext/>
        <w:spacing w:line="276" w:lineRule="auto"/>
        <w:jc w:val="center"/>
        <w:rPr>
          <w:rFonts w:eastAsia="Times New Roman" w:cs="Times New Roman"/>
          <w:b/>
          <w:szCs w:val="24"/>
        </w:rPr>
      </w:pPr>
    </w:p>
    <w:p w14:paraId="4993A8A4" w14:textId="773C1B26" w:rsidR="00A02EBF" w:rsidRPr="009D54F0" w:rsidRDefault="00B7795F" w:rsidP="000C4AC0">
      <w:pPr>
        <w:keepNext/>
        <w:spacing w:line="276" w:lineRule="auto"/>
        <w:jc w:val="center"/>
        <w:rPr>
          <w:rFonts w:cs="Times New Roman"/>
          <w:szCs w:val="24"/>
        </w:rPr>
      </w:pPr>
      <w:r w:rsidRPr="009D54F0">
        <w:rPr>
          <w:rFonts w:eastAsia="Times New Roman" w:cs="Times New Roman"/>
          <w:b/>
          <w:szCs w:val="24"/>
        </w:rPr>
        <w:t>ПОЛОЖЕННЯ</w:t>
      </w:r>
    </w:p>
    <w:p w14:paraId="40B973C5" w14:textId="00031091" w:rsidR="00A02EBF" w:rsidRPr="009D54F0" w:rsidRDefault="00B7795F" w:rsidP="00397676">
      <w:pPr>
        <w:keepNext/>
        <w:spacing w:after="120" w:line="276" w:lineRule="auto"/>
        <w:jc w:val="center"/>
        <w:rPr>
          <w:rFonts w:eastAsia="Times New Roman" w:cs="Times New Roman"/>
          <w:szCs w:val="24"/>
        </w:rPr>
      </w:pPr>
      <w:proofErr w:type="spellStart"/>
      <w:r w:rsidRPr="009D54F0">
        <w:rPr>
          <w:rFonts w:eastAsia="Times New Roman" w:cs="Times New Roman"/>
          <w:szCs w:val="24"/>
        </w:rPr>
        <w:t>про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робочу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групу</w:t>
      </w:r>
      <w:proofErr w:type="spellEnd"/>
      <w:r w:rsidRPr="009D54F0">
        <w:rPr>
          <w:rFonts w:eastAsia="Times New Roman" w:cs="Times New Roman"/>
          <w:szCs w:val="24"/>
        </w:rPr>
        <w:t xml:space="preserve"> з </w:t>
      </w:r>
      <w:proofErr w:type="spellStart"/>
      <w:r w:rsidRPr="009D54F0">
        <w:rPr>
          <w:rFonts w:eastAsia="Times New Roman" w:cs="Times New Roman"/>
          <w:szCs w:val="24"/>
        </w:rPr>
        <w:t>підготовки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інвестиційних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проєктів</w:t>
      </w:r>
      <w:proofErr w:type="spellEnd"/>
      <w:r w:rsidRPr="009D54F0">
        <w:rPr>
          <w:rFonts w:eastAsia="Times New Roman" w:cs="Times New Roman"/>
          <w:szCs w:val="24"/>
        </w:rPr>
        <w:t xml:space="preserve"> у </w:t>
      </w:r>
      <w:proofErr w:type="spellStart"/>
      <w:r w:rsidRPr="009D54F0">
        <w:rPr>
          <w:rFonts w:eastAsia="Times New Roman" w:cs="Times New Roman"/>
          <w:szCs w:val="24"/>
        </w:rPr>
        <w:t>рамках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співпраці</w:t>
      </w:r>
      <w:proofErr w:type="spellEnd"/>
      <w:r w:rsidRPr="009D54F0">
        <w:rPr>
          <w:rFonts w:eastAsia="Times New Roman" w:cs="Times New Roman"/>
          <w:szCs w:val="24"/>
        </w:rPr>
        <w:t xml:space="preserve"> з EU4Reconstruction (</w:t>
      </w:r>
      <w:proofErr w:type="spellStart"/>
      <w:r w:rsidRPr="009D54F0">
        <w:rPr>
          <w:rFonts w:eastAsia="Times New Roman" w:cs="Times New Roman"/>
          <w:szCs w:val="24"/>
        </w:rPr>
        <w:t>Напрямок</w:t>
      </w:r>
      <w:proofErr w:type="spellEnd"/>
      <w:r w:rsidRPr="009D54F0">
        <w:rPr>
          <w:rFonts w:eastAsia="Times New Roman" w:cs="Times New Roman"/>
          <w:szCs w:val="24"/>
        </w:rPr>
        <w:t xml:space="preserve"> 1)</w:t>
      </w:r>
    </w:p>
    <w:p w14:paraId="109F3B28" w14:textId="77777777" w:rsidR="00D909A6" w:rsidRPr="009D54F0" w:rsidRDefault="00D909A6" w:rsidP="00234465">
      <w:pPr>
        <w:keepNext/>
        <w:spacing w:after="120" w:line="276" w:lineRule="auto"/>
        <w:jc w:val="center"/>
        <w:rPr>
          <w:rFonts w:cs="Times New Roman"/>
          <w:szCs w:val="24"/>
        </w:rPr>
      </w:pPr>
    </w:p>
    <w:p w14:paraId="259B1E64" w14:textId="77777777" w:rsidR="00A02EBF" w:rsidRPr="009D54F0" w:rsidRDefault="00B7795F" w:rsidP="00397676">
      <w:pPr>
        <w:keepNext/>
        <w:spacing w:before="120" w:after="40" w:line="276" w:lineRule="auto"/>
        <w:jc w:val="center"/>
        <w:rPr>
          <w:rFonts w:cs="Times New Roman"/>
          <w:szCs w:val="24"/>
        </w:rPr>
      </w:pPr>
      <w:r w:rsidRPr="009D54F0">
        <w:rPr>
          <w:rFonts w:eastAsia="Times New Roman" w:cs="Times New Roman"/>
          <w:b/>
          <w:szCs w:val="24"/>
        </w:rPr>
        <w:t>1. ЗАГАЛЬНІ ПОЛОЖЕННЯ</w:t>
      </w:r>
    </w:p>
    <w:p w14:paraId="4AE9A34A" w14:textId="00FE0977" w:rsidR="00A02EBF" w:rsidRPr="009D54F0" w:rsidRDefault="00B7795F" w:rsidP="00397676">
      <w:pPr>
        <w:spacing w:line="276" w:lineRule="auto"/>
        <w:ind w:firstLine="567"/>
        <w:jc w:val="both"/>
        <w:rPr>
          <w:rFonts w:cs="Times New Roman"/>
          <w:szCs w:val="24"/>
        </w:rPr>
      </w:pPr>
      <w:r w:rsidRPr="009D54F0">
        <w:rPr>
          <w:rFonts w:eastAsia="Times New Roman" w:cs="Times New Roman"/>
          <w:szCs w:val="24"/>
        </w:rPr>
        <w:t xml:space="preserve">1.1. </w:t>
      </w:r>
      <w:proofErr w:type="spellStart"/>
      <w:r w:rsidRPr="009D54F0">
        <w:rPr>
          <w:rFonts w:eastAsia="Times New Roman" w:cs="Times New Roman"/>
          <w:szCs w:val="24"/>
        </w:rPr>
        <w:t>Робоча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група</w:t>
      </w:r>
      <w:proofErr w:type="spellEnd"/>
      <w:r w:rsidRPr="009D54F0">
        <w:rPr>
          <w:rFonts w:eastAsia="Times New Roman" w:cs="Times New Roman"/>
          <w:szCs w:val="24"/>
        </w:rPr>
        <w:t xml:space="preserve"> з </w:t>
      </w:r>
      <w:proofErr w:type="spellStart"/>
      <w:r w:rsidRPr="009D54F0">
        <w:rPr>
          <w:rFonts w:eastAsia="Times New Roman" w:cs="Times New Roman"/>
          <w:szCs w:val="24"/>
        </w:rPr>
        <w:t>підготовки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інвестиційних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проєктів</w:t>
      </w:r>
      <w:proofErr w:type="spellEnd"/>
      <w:r w:rsidRPr="009D54F0">
        <w:rPr>
          <w:rFonts w:eastAsia="Times New Roman" w:cs="Times New Roman"/>
          <w:szCs w:val="24"/>
        </w:rPr>
        <w:t xml:space="preserve"> у </w:t>
      </w:r>
      <w:proofErr w:type="spellStart"/>
      <w:r w:rsidRPr="009D54F0">
        <w:rPr>
          <w:rFonts w:eastAsia="Times New Roman" w:cs="Times New Roman"/>
          <w:szCs w:val="24"/>
        </w:rPr>
        <w:t>рамках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співпраці</w:t>
      </w:r>
      <w:proofErr w:type="spellEnd"/>
      <w:r w:rsidRPr="009D54F0">
        <w:rPr>
          <w:rFonts w:eastAsia="Times New Roman" w:cs="Times New Roman"/>
          <w:szCs w:val="24"/>
        </w:rPr>
        <w:t xml:space="preserve"> з EU4Reconstruction (</w:t>
      </w:r>
      <w:proofErr w:type="spellStart"/>
      <w:r w:rsidRPr="009D54F0">
        <w:rPr>
          <w:rFonts w:eastAsia="Times New Roman" w:cs="Times New Roman"/>
          <w:szCs w:val="24"/>
        </w:rPr>
        <w:t>Напрямок</w:t>
      </w:r>
      <w:proofErr w:type="spellEnd"/>
      <w:r w:rsidRPr="009D54F0">
        <w:rPr>
          <w:rFonts w:eastAsia="Times New Roman" w:cs="Times New Roman"/>
          <w:szCs w:val="24"/>
        </w:rPr>
        <w:t xml:space="preserve"> 1) (</w:t>
      </w:r>
      <w:proofErr w:type="spellStart"/>
      <w:r w:rsidRPr="009D54F0">
        <w:rPr>
          <w:rFonts w:eastAsia="Times New Roman" w:cs="Times New Roman"/>
          <w:szCs w:val="24"/>
        </w:rPr>
        <w:t>далі</w:t>
      </w:r>
      <w:proofErr w:type="spellEnd"/>
      <w:r w:rsidRPr="009D54F0">
        <w:rPr>
          <w:rFonts w:eastAsia="Times New Roman" w:cs="Times New Roman"/>
          <w:szCs w:val="24"/>
        </w:rPr>
        <w:t xml:space="preserve"> - </w:t>
      </w:r>
      <w:r w:rsidR="00671072">
        <w:rPr>
          <w:rFonts w:eastAsia="Times New Roman" w:cs="Times New Roman"/>
          <w:szCs w:val="24"/>
          <w:lang w:val="uk-UA"/>
        </w:rPr>
        <w:t>р</w:t>
      </w:r>
      <w:proofErr w:type="spellStart"/>
      <w:r w:rsidRPr="009D54F0">
        <w:rPr>
          <w:rFonts w:eastAsia="Times New Roman" w:cs="Times New Roman"/>
          <w:szCs w:val="24"/>
        </w:rPr>
        <w:t>обоча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група</w:t>
      </w:r>
      <w:proofErr w:type="spellEnd"/>
      <w:r w:rsidRPr="009D54F0">
        <w:rPr>
          <w:rFonts w:eastAsia="Times New Roman" w:cs="Times New Roman"/>
          <w:szCs w:val="24"/>
        </w:rPr>
        <w:t xml:space="preserve">) є </w:t>
      </w:r>
      <w:proofErr w:type="spellStart"/>
      <w:r w:rsidRPr="009D54F0">
        <w:rPr>
          <w:rFonts w:eastAsia="Times New Roman" w:cs="Times New Roman"/>
          <w:szCs w:val="24"/>
        </w:rPr>
        <w:t>тимчасовим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консультативно-дорадчим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органом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утвореним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для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організації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та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координації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підготовки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інвестиційних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проєктів</w:t>
      </w:r>
      <w:proofErr w:type="spellEnd"/>
      <w:r w:rsidR="00F71884" w:rsidRPr="009D54F0">
        <w:rPr>
          <w:rFonts w:eastAsia="Times New Roman" w:cs="Times New Roman"/>
          <w:szCs w:val="24"/>
        </w:rPr>
        <w:t>: «</w:t>
      </w:r>
      <w:proofErr w:type="spellStart"/>
      <w:r w:rsidR="00F71884" w:rsidRPr="009D54F0">
        <w:rPr>
          <w:rFonts w:eastAsia="Times New Roman" w:cs="Times New Roman"/>
          <w:szCs w:val="24"/>
        </w:rPr>
        <w:t>Будівництво</w:t>
      </w:r>
      <w:proofErr w:type="spellEnd"/>
      <w:r w:rsidR="00F71884" w:rsidRPr="009D54F0">
        <w:rPr>
          <w:rFonts w:eastAsia="Times New Roman" w:cs="Times New Roman"/>
          <w:szCs w:val="24"/>
        </w:rPr>
        <w:t xml:space="preserve"> </w:t>
      </w:r>
      <w:proofErr w:type="spellStart"/>
      <w:r w:rsidR="00F71884" w:rsidRPr="009D54F0">
        <w:rPr>
          <w:rFonts w:eastAsia="Times New Roman" w:cs="Times New Roman"/>
          <w:szCs w:val="24"/>
        </w:rPr>
        <w:t>резервуара</w:t>
      </w:r>
      <w:proofErr w:type="spellEnd"/>
      <w:r w:rsidR="00F71884" w:rsidRPr="009D54F0">
        <w:rPr>
          <w:rFonts w:eastAsia="Times New Roman" w:cs="Times New Roman"/>
          <w:szCs w:val="24"/>
        </w:rPr>
        <w:t xml:space="preserve"> </w:t>
      </w:r>
      <w:proofErr w:type="spellStart"/>
      <w:r w:rsidR="00F71884" w:rsidRPr="009D54F0">
        <w:rPr>
          <w:rFonts w:eastAsia="Times New Roman" w:cs="Times New Roman"/>
          <w:szCs w:val="24"/>
        </w:rPr>
        <w:t>чистої</w:t>
      </w:r>
      <w:proofErr w:type="spellEnd"/>
      <w:r w:rsidR="00F71884" w:rsidRPr="009D54F0">
        <w:rPr>
          <w:rFonts w:eastAsia="Times New Roman" w:cs="Times New Roman"/>
          <w:szCs w:val="24"/>
        </w:rPr>
        <w:t xml:space="preserve"> </w:t>
      </w:r>
      <w:proofErr w:type="spellStart"/>
      <w:r w:rsidR="00F71884" w:rsidRPr="009D54F0">
        <w:rPr>
          <w:rFonts w:eastAsia="Times New Roman" w:cs="Times New Roman"/>
          <w:szCs w:val="24"/>
        </w:rPr>
        <w:t>води</w:t>
      </w:r>
      <w:proofErr w:type="spellEnd"/>
      <w:r w:rsidR="00F71884" w:rsidRPr="009D54F0">
        <w:rPr>
          <w:rFonts w:eastAsia="Times New Roman" w:cs="Times New Roman"/>
          <w:szCs w:val="24"/>
        </w:rPr>
        <w:t xml:space="preserve"> </w:t>
      </w:r>
      <w:proofErr w:type="spellStart"/>
      <w:r w:rsidR="00F71884" w:rsidRPr="009D54F0">
        <w:rPr>
          <w:rFonts w:eastAsia="Times New Roman" w:cs="Times New Roman"/>
          <w:szCs w:val="24"/>
        </w:rPr>
        <w:t>об’ємом</w:t>
      </w:r>
      <w:proofErr w:type="spellEnd"/>
      <w:r w:rsidR="00F71884" w:rsidRPr="009D54F0">
        <w:rPr>
          <w:rFonts w:eastAsia="Times New Roman" w:cs="Times New Roman"/>
          <w:szCs w:val="24"/>
        </w:rPr>
        <w:t xml:space="preserve"> 15 </w:t>
      </w:r>
      <w:proofErr w:type="spellStart"/>
      <w:r w:rsidR="00F71884" w:rsidRPr="009D54F0">
        <w:rPr>
          <w:rFonts w:eastAsia="Times New Roman" w:cs="Times New Roman"/>
          <w:szCs w:val="24"/>
        </w:rPr>
        <w:t>тис</w:t>
      </w:r>
      <w:proofErr w:type="spellEnd"/>
      <w:r w:rsidR="00F71884" w:rsidRPr="009D54F0">
        <w:rPr>
          <w:rFonts w:eastAsia="Times New Roman" w:cs="Times New Roman"/>
          <w:szCs w:val="24"/>
        </w:rPr>
        <w:t xml:space="preserve">. м³ </w:t>
      </w:r>
      <w:proofErr w:type="spellStart"/>
      <w:r w:rsidR="00F71884" w:rsidRPr="009D54F0">
        <w:rPr>
          <w:rFonts w:eastAsia="Times New Roman" w:cs="Times New Roman"/>
          <w:szCs w:val="24"/>
        </w:rPr>
        <w:t>для</w:t>
      </w:r>
      <w:proofErr w:type="spellEnd"/>
      <w:r w:rsidR="00F71884" w:rsidRPr="009D54F0">
        <w:rPr>
          <w:rFonts w:eastAsia="Times New Roman" w:cs="Times New Roman"/>
          <w:szCs w:val="24"/>
        </w:rPr>
        <w:t xml:space="preserve"> м. Чорноморськ» </w:t>
      </w:r>
      <w:proofErr w:type="spellStart"/>
      <w:r w:rsidR="00F71884" w:rsidRPr="009D54F0">
        <w:rPr>
          <w:rFonts w:eastAsia="Times New Roman" w:cs="Times New Roman"/>
          <w:szCs w:val="24"/>
        </w:rPr>
        <w:t>та</w:t>
      </w:r>
      <w:proofErr w:type="spellEnd"/>
      <w:r w:rsidR="00F71884" w:rsidRPr="009D54F0">
        <w:rPr>
          <w:rFonts w:eastAsia="Times New Roman" w:cs="Times New Roman"/>
          <w:szCs w:val="24"/>
        </w:rPr>
        <w:t xml:space="preserve"> «</w:t>
      </w:r>
      <w:r w:rsidR="00234465" w:rsidRPr="009D54F0">
        <w:rPr>
          <w:rFonts w:eastAsia="Times New Roman" w:cs="Times New Roman"/>
          <w:szCs w:val="24"/>
          <w:lang w:val="uk-UA"/>
        </w:rPr>
        <w:t>Р</w:t>
      </w:r>
      <w:proofErr w:type="spellStart"/>
      <w:r w:rsidR="00F71884" w:rsidRPr="009D54F0">
        <w:rPr>
          <w:rFonts w:eastAsia="Times New Roman" w:cs="Times New Roman"/>
          <w:szCs w:val="24"/>
        </w:rPr>
        <w:t>еконструкція</w:t>
      </w:r>
      <w:proofErr w:type="spellEnd"/>
      <w:r w:rsidR="00F71884" w:rsidRPr="009D54F0">
        <w:rPr>
          <w:rFonts w:eastAsia="Times New Roman" w:cs="Times New Roman"/>
          <w:szCs w:val="24"/>
        </w:rPr>
        <w:t xml:space="preserve"> </w:t>
      </w:r>
      <w:proofErr w:type="spellStart"/>
      <w:r w:rsidR="00F71884" w:rsidRPr="009D54F0">
        <w:rPr>
          <w:rFonts w:eastAsia="Times New Roman" w:cs="Times New Roman"/>
          <w:szCs w:val="24"/>
        </w:rPr>
        <w:t>Чорноморської</w:t>
      </w:r>
      <w:proofErr w:type="spellEnd"/>
      <w:r w:rsidR="00F71884" w:rsidRPr="009D54F0">
        <w:rPr>
          <w:rFonts w:eastAsia="Times New Roman" w:cs="Times New Roman"/>
          <w:szCs w:val="24"/>
        </w:rPr>
        <w:t xml:space="preserve"> </w:t>
      </w:r>
      <w:proofErr w:type="spellStart"/>
      <w:r w:rsidR="00F71884" w:rsidRPr="009D54F0">
        <w:rPr>
          <w:rFonts w:eastAsia="Times New Roman" w:cs="Times New Roman"/>
          <w:szCs w:val="24"/>
        </w:rPr>
        <w:t>лікарні</w:t>
      </w:r>
      <w:proofErr w:type="spellEnd"/>
      <w:r w:rsidR="00F71884" w:rsidRPr="009D54F0">
        <w:rPr>
          <w:rFonts w:eastAsia="Times New Roman" w:cs="Times New Roman"/>
          <w:szCs w:val="24"/>
        </w:rPr>
        <w:t xml:space="preserve"> </w:t>
      </w:r>
      <w:proofErr w:type="spellStart"/>
      <w:r w:rsidR="00F71884" w:rsidRPr="009D54F0">
        <w:rPr>
          <w:rFonts w:eastAsia="Times New Roman" w:cs="Times New Roman"/>
          <w:szCs w:val="24"/>
        </w:rPr>
        <w:t>для</w:t>
      </w:r>
      <w:proofErr w:type="spellEnd"/>
      <w:r w:rsidR="00F71884" w:rsidRPr="009D54F0">
        <w:rPr>
          <w:rFonts w:eastAsia="Times New Roman" w:cs="Times New Roman"/>
          <w:szCs w:val="24"/>
        </w:rPr>
        <w:t xml:space="preserve"> </w:t>
      </w:r>
      <w:proofErr w:type="spellStart"/>
      <w:r w:rsidR="00F71884" w:rsidRPr="009D54F0">
        <w:rPr>
          <w:rFonts w:eastAsia="Times New Roman" w:cs="Times New Roman"/>
          <w:szCs w:val="24"/>
        </w:rPr>
        <w:t>створення</w:t>
      </w:r>
      <w:proofErr w:type="spellEnd"/>
      <w:r w:rsidR="00F71884" w:rsidRPr="009D54F0">
        <w:rPr>
          <w:rFonts w:eastAsia="Times New Roman" w:cs="Times New Roman"/>
          <w:szCs w:val="24"/>
        </w:rPr>
        <w:t xml:space="preserve"> </w:t>
      </w:r>
      <w:proofErr w:type="spellStart"/>
      <w:r w:rsidR="00F71884" w:rsidRPr="009D54F0">
        <w:rPr>
          <w:rFonts w:eastAsia="Times New Roman" w:cs="Times New Roman"/>
          <w:szCs w:val="24"/>
        </w:rPr>
        <w:t>безпечного</w:t>
      </w:r>
      <w:proofErr w:type="spellEnd"/>
      <w:r w:rsidR="00F71884" w:rsidRPr="009D54F0">
        <w:rPr>
          <w:rFonts w:eastAsia="Times New Roman" w:cs="Times New Roman"/>
          <w:szCs w:val="24"/>
        </w:rPr>
        <w:t xml:space="preserve"> </w:t>
      </w:r>
      <w:proofErr w:type="spellStart"/>
      <w:r w:rsidR="00F71884" w:rsidRPr="009D54F0">
        <w:rPr>
          <w:rFonts w:eastAsia="Times New Roman" w:cs="Times New Roman"/>
          <w:szCs w:val="24"/>
        </w:rPr>
        <w:t>сучасного</w:t>
      </w:r>
      <w:proofErr w:type="spellEnd"/>
      <w:r w:rsidR="00F71884" w:rsidRPr="009D54F0">
        <w:rPr>
          <w:rFonts w:eastAsia="Times New Roman" w:cs="Times New Roman"/>
          <w:szCs w:val="24"/>
        </w:rPr>
        <w:t xml:space="preserve"> </w:t>
      </w:r>
      <w:proofErr w:type="spellStart"/>
      <w:r w:rsidR="00F71884" w:rsidRPr="009D54F0">
        <w:rPr>
          <w:rFonts w:eastAsia="Times New Roman" w:cs="Times New Roman"/>
          <w:szCs w:val="24"/>
        </w:rPr>
        <w:t>кластерного</w:t>
      </w:r>
      <w:proofErr w:type="spellEnd"/>
      <w:r w:rsidR="00F71884" w:rsidRPr="009D54F0">
        <w:rPr>
          <w:rFonts w:eastAsia="Times New Roman" w:cs="Times New Roman"/>
          <w:szCs w:val="24"/>
        </w:rPr>
        <w:t xml:space="preserve"> </w:t>
      </w:r>
      <w:proofErr w:type="spellStart"/>
      <w:r w:rsidR="00F71884" w:rsidRPr="009D54F0">
        <w:rPr>
          <w:rFonts w:eastAsia="Times New Roman" w:cs="Times New Roman"/>
          <w:szCs w:val="24"/>
        </w:rPr>
        <w:t>медичного</w:t>
      </w:r>
      <w:proofErr w:type="spellEnd"/>
      <w:r w:rsidR="00F71884" w:rsidRPr="009D54F0">
        <w:rPr>
          <w:rFonts w:eastAsia="Times New Roman" w:cs="Times New Roman"/>
          <w:szCs w:val="24"/>
        </w:rPr>
        <w:t xml:space="preserve"> </w:t>
      </w:r>
      <w:proofErr w:type="spellStart"/>
      <w:r w:rsidR="00F71884" w:rsidRPr="009D54F0">
        <w:rPr>
          <w:rFonts w:eastAsia="Times New Roman" w:cs="Times New Roman"/>
          <w:szCs w:val="24"/>
        </w:rPr>
        <w:t>простору</w:t>
      </w:r>
      <w:proofErr w:type="spellEnd"/>
      <w:r w:rsidR="00F71884" w:rsidRPr="009D54F0">
        <w:rPr>
          <w:rFonts w:eastAsia="Times New Roman" w:cs="Times New Roman"/>
          <w:szCs w:val="24"/>
          <w:lang w:val="uk-UA"/>
        </w:rPr>
        <w:t>»</w:t>
      </w:r>
      <w:r w:rsidR="00F71884"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Чорноморської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міської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територіальної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громади</w:t>
      </w:r>
      <w:proofErr w:type="spellEnd"/>
      <w:r w:rsidRPr="009D54F0">
        <w:rPr>
          <w:rFonts w:eastAsia="Times New Roman" w:cs="Times New Roman"/>
          <w:szCs w:val="24"/>
        </w:rPr>
        <w:t>.</w:t>
      </w:r>
    </w:p>
    <w:p w14:paraId="6F08B5EF" w14:textId="0DB6515B" w:rsidR="00A02EBF" w:rsidRPr="009D54F0" w:rsidRDefault="00B7795F" w:rsidP="00397676">
      <w:pPr>
        <w:spacing w:line="276" w:lineRule="auto"/>
        <w:ind w:firstLine="567"/>
        <w:jc w:val="both"/>
        <w:rPr>
          <w:rFonts w:cs="Times New Roman"/>
          <w:szCs w:val="24"/>
        </w:rPr>
      </w:pPr>
      <w:r w:rsidRPr="009D54F0">
        <w:rPr>
          <w:rFonts w:eastAsia="Times New Roman" w:cs="Times New Roman"/>
          <w:szCs w:val="24"/>
        </w:rPr>
        <w:t>1.</w:t>
      </w:r>
      <w:r w:rsidR="00F71884" w:rsidRPr="009D54F0">
        <w:rPr>
          <w:rFonts w:eastAsia="Times New Roman" w:cs="Times New Roman"/>
          <w:szCs w:val="24"/>
          <w:lang w:val="uk-UA"/>
        </w:rPr>
        <w:t>2</w:t>
      </w:r>
      <w:r w:rsidRPr="009D54F0">
        <w:rPr>
          <w:rFonts w:eastAsia="Times New Roman" w:cs="Times New Roman"/>
          <w:szCs w:val="24"/>
        </w:rPr>
        <w:t xml:space="preserve">. У </w:t>
      </w:r>
      <w:proofErr w:type="spellStart"/>
      <w:r w:rsidRPr="009D54F0">
        <w:rPr>
          <w:rFonts w:eastAsia="Times New Roman" w:cs="Times New Roman"/>
          <w:szCs w:val="24"/>
        </w:rPr>
        <w:t>своїй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діяльності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r w:rsidR="00DA64F3">
        <w:rPr>
          <w:rFonts w:eastAsia="Times New Roman" w:cs="Times New Roman"/>
          <w:szCs w:val="24"/>
          <w:lang w:val="uk-UA"/>
        </w:rPr>
        <w:t>р</w:t>
      </w:r>
      <w:proofErr w:type="spellStart"/>
      <w:r w:rsidRPr="009D54F0">
        <w:rPr>
          <w:rFonts w:eastAsia="Times New Roman" w:cs="Times New Roman"/>
          <w:szCs w:val="24"/>
        </w:rPr>
        <w:t>обоча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керується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рішеннями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Чорноморської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міської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ради</w:t>
      </w:r>
      <w:proofErr w:type="spellEnd"/>
      <w:r w:rsidR="007F4F75">
        <w:rPr>
          <w:rFonts w:eastAsia="Times New Roman" w:cs="Times New Roman"/>
          <w:szCs w:val="24"/>
          <w:lang w:val="uk-UA"/>
        </w:rPr>
        <w:t xml:space="preserve"> Одеського району Одеської області</w:t>
      </w:r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розпорядженнями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міського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голови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цим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Положенням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та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іншими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актами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що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регулюють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підготовку</w:t>
      </w:r>
      <w:proofErr w:type="spellEnd"/>
      <w:r w:rsidRPr="009D54F0">
        <w:rPr>
          <w:rFonts w:eastAsia="Times New Roman" w:cs="Times New Roman"/>
          <w:szCs w:val="24"/>
        </w:rPr>
        <w:t xml:space="preserve"> і </w:t>
      </w:r>
      <w:proofErr w:type="spellStart"/>
      <w:r w:rsidRPr="009D54F0">
        <w:rPr>
          <w:rFonts w:eastAsia="Times New Roman" w:cs="Times New Roman"/>
          <w:szCs w:val="24"/>
        </w:rPr>
        <w:t>реалізацію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публічних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інвестиційних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проєктів</w:t>
      </w:r>
      <w:proofErr w:type="spellEnd"/>
      <w:r w:rsidRPr="009D54F0">
        <w:rPr>
          <w:rFonts w:eastAsia="Times New Roman" w:cs="Times New Roman"/>
          <w:szCs w:val="24"/>
        </w:rPr>
        <w:t>.</w:t>
      </w:r>
    </w:p>
    <w:p w14:paraId="3C387D20" w14:textId="3D5FC44A" w:rsidR="00A02EBF" w:rsidRPr="009D54F0" w:rsidRDefault="00B7795F" w:rsidP="00397676">
      <w:pPr>
        <w:spacing w:line="276" w:lineRule="auto"/>
        <w:ind w:firstLine="567"/>
        <w:jc w:val="both"/>
        <w:rPr>
          <w:rFonts w:cs="Times New Roman"/>
          <w:szCs w:val="24"/>
        </w:rPr>
      </w:pPr>
      <w:r w:rsidRPr="009D54F0">
        <w:rPr>
          <w:rFonts w:eastAsia="Times New Roman" w:cs="Times New Roman"/>
          <w:szCs w:val="24"/>
        </w:rPr>
        <w:t>1.</w:t>
      </w:r>
      <w:r w:rsidR="007F4F75">
        <w:rPr>
          <w:rFonts w:eastAsia="Times New Roman" w:cs="Times New Roman"/>
          <w:szCs w:val="24"/>
          <w:lang w:val="uk-UA"/>
        </w:rPr>
        <w:t>3</w:t>
      </w:r>
      <w:r w:rsidRPr="009D54F0">
        <w:rPr>
          <w:rFonts w:eastAsia="Times New Roman" w:cs="Times New Roman"/>
          <w:szCs w:val="24"/>
        </w:rPr>
        <w:t xml:space="preserve">. </w:t>
      </w:r>
      <w:proofErr w:type="spellStart"/>
      <w:r w:rsidRPr="009D54F0">
        <w:rPr>
          <w:rFonts w:eastAsia="Times New Roman" w:cs="Times New Roman"/>
          <w:szCs w:val="24"/>
        </w:rPr>
        <w:t>Робоча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взаємодіє</w:t>
      </w:r>
      <w:proofErr w:type="spellEnd"/>
      <w:r w:rsidRPr="009D54F0">
        <w:rPr>
          <w:rFonts w:eastAsia="Times New Roman" w:cs="Times New Roman"/>
          <w:szCs w:val="24"/>
        </w:rPr>
        <w:t xml:space="preserve"> з </w:t>
      </w:r>
      <w:proofErr w:type="spellStart"/>
      <w:r w:rsidRPr="009D54F0">
        <w:rPr>
          <w:rFonts w:eastAsia="Times New Roman" w:cs="Times New Roman"/>
          <w:szCs w:val="24"/>
        </w:rPr>
        <w:t>командою</w:t>
      </w:r>
      <w:proofErr w:type="spellEnd"/>
      <w:r w:rsidRPr="009D54F0">
        <w:rPr>
          <w:rFonts w:eastAsia="Times New Roman" w:cs="Times New Roman"/>
          <w:szCs w:val="24"/>
        </w:rPr>
        <w:t xml:space="preserve"> EU4Reconstruction (</w:t>
      </w:r>
      <w:proofErr w:type="spellStart"/>
      <w:r w:rsidRPr="009D54F0">
        <w:rPr>
          <w:rFonts w:eastAsia="Times New Roman" w:cs="Times New Roman"/>
          <w:szCs w:val="24"/>
        </w:rPr>
        <w:t>Напрямок</w:t>
      </w:r>
      <w:proofErr w:type="spellEnd"/>
      <w:r w:rsidRPr="009D54F0">
        <w:rPr>
          <w:rFonts w:eastAsia="Times New Roman" w:cs="Times New Roman"/>
          <w:szCs w:val="24"/>
        </w:rPr>
        <w:t xml:space="preserve"> 1), </w:t>
      </w:r>
      <w:proofErr w:type="spellStart"/>
      <w:r w:rsidRPr="009D54F0">
        <w:rPr>
          <w:rFonts w:eastAsia="Times New Roman" w:cs="Times New Roman"/>
          <w:szCs w:val="24"/>
        </w:rPr>
        <w:t>виконавчими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органами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r w:rsidR="00234465" w:rsidRPr="009D54F0">
        <w:rPr>
          <w:rFonts w:eastAsia="Times New Roman" w:cs="Times New Roman"/>
          <w:szCs w:val="24"/>
          <w:lang w:val="uk-UA"/>
        </w:rPr>
        <w:t xml:space="preserve">Чорноморської </w:t>
      </w:r>
      <w:proofErr w:type="spellStart"/>
      <w:r w:rsidRPr="009D54F0">
        <w:rPr>
          <w:rFonts w:eastAsia="Times New Roman" w:cs="Times New Roman"/>
          <w:szCs w:val="24"/>
        </w:rPr>
        <w:t>міської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ради</w:t>
      </w:r>
      <w:proofErr w:type="spellEnd"/>
      <w:r w:rsidR="007F4F75">
        <w:rPr>
          <w:rFonts w:eastAsia="Times New Roman" w:cs="Times New Roman"/>
          <w:szCs w:val="24"/>
          <w:lang w:val="uk-UA"/>
        </w:rPr>
        <w:t xml:space="preserve"> Одеського району Одеської області</w:t>
      </w:r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комунальними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підприємствами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та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закладами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іншими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установами</w:t>
      </w:r>
      <w:proofErr w:type="spellEnd"/>
      <w:r w:rsidRPr="009D54F0">
        <w:rPr>
          <w:rFonts w:eastAsia="Times New Roman" w:cs="Times New Roman"/>
          <w:szCs w:val="24"/>
        </w:rPr>
        <w:t xml:space="preserve"> й </w:t>
      </w:r>
      <w:proofErr w:type="spellStart"/>
      <w:r w:rsidRPr="009D54F0">
        <w:rPr>
          <w:rFonts w:eastAsia="Times New Roman" w:cs="Times New Roman"/>
          <w:szCs w:val="24"/>
        </w:rPr>
        <w:t>організаціями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залученими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підготовки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проєктів</w:t>
      </w:r>
      <w:proofErr w:type="spellEnd"/>
      <w:r w:rsidRPr="009D54F0">
        <w:rPr>
          <w:rFonts w:eastAsia="Times New Roman" w:cs="Times New Roman"/>
          <w:szCs w:val="24"/>
        </w:rPr>
        <w:t>.</w:t>
      </w:r>
    </w:p>
    <w:p w14:paraId="5E24FAAE" w14:textId="6DCE2929" w:rsidR="00A02EBF" w:rsidRPr="009D54F0" w:rsidRDefault="00B7795F" w:rsidP="00397676">
      <w:pPr>
        <w:spacing w:line="276" w:lineRule="auto"/>
        <w:ind w:firstLine="567"/>
        <w:jc w:val="both"/>
        <w:rPr>
          <w:rFonts w:cs="Times New Roman"/>
          <w:szCs w:val="24"/>
          <w:lang w:val="uk-UA"/>
        </w:rPr>
      </w:pPr>
      <w:r w:rsidRPr="009D54F0">
        <w:rPr>
          <w:rFonts w:eastAsia="Times New Roman" w:cs="Times New Roman"/>
          <w:szCs w:val="24"/>
        </w:rPr>
        <w:t>1.</w:t>
      </w:r>
      <w:r w:rsidR="00DF3D2F">
        <w:rPr>
          <w:rFonts w:eastAsia="Times New Roman" w:cs="Times New Roman"/>
          <w:szCs w:val="24"/>
          <w:lang w:val="uk-UA"/>
        </w:rPr>
        <w:t>4</w:t>
      </w:r>
      <w:r w:rsidRPr="009D54F0">
        <w:rPr>
          <w:rFonts w:eastAsia="Times New Roman" w:cs="Times New Roman"/>
          <w:szCs w:val="24"/>
        </w:rPr>
        <w:t xml:space="preserve">. </w:t>
      </w:r>
      <w:proofErr w:type="spellStart"/>
      <w:r w:rsidRPr="009D54F0">
        <w:rPr>
          <w:rFonts w:eastAsia="Times New Roman" w:cs="Times New Roman"/>
          <w:szCs w:val="24"/>
        </w:rPr>
        <w:t>Оперативна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комунікація</w:t>
      </w:r>
      <w:proofErr w:type="spellEnd"/>
      <w:r w:rsidRPr="009D54F0">
        <w:rPr>
          <w:rFonts w:eastAsia="Times New Roman" w:cs="Times New Roman"/>
          <w:szCs w:val="24"/>
        </w:rPr>
        <w:t xml:space="preserve"> з </w:t>
      </w:r>
      <w:proofErr w:type="spellStart"/>
      <w:r w:rsidRPr="009D54F0">
        <w:rPr>
          <w:rFonts w:eastAsia="Times New Roman" w:cs="Times New Roman"/>
          <w:szCs w:val="24"/>
        </w:rPr>
        <w:t>командою</w:t>
      </w:r>
      <w:proofErr w:type="spellEnd"/>
      <w:r w:rsidRPr="009D54F0">
        <w:rPr>
          <w:rFonts w:eastAsia="Times New Roman" w:cs="Times New Roman"/>
          <w:szCs w:val="24"/>
        </w:rPr>
        <w:t xml:space="preserve"> EU4Reconstruction (</w:t>
      </w:r>
      <w:proofErr w:type="spellStart"/>
      <w:r w:rsidRPr="009D54F0">
        <w:rPr>
          <w:rFonts w:eastAsia="Times New Roman" w:cs="Times New Roman"/>
          <w:szCs w:val="24"/>
        </w:rPr>
        <w:t>Напрямок</w:t>
      </w:r>
      <w:proofErr w:type="spellEnd"/>
      <w:r w:rsidRPr="009D54F0">
        <w:rPr>
          <w:rFonts w:eastAsia="Times New Roman" w:cs="Times New Roman"/>
          <w:szCs w:val="24"/>
        </w:rPr>
        <w:t xml:space="preserve"> 1) </w:t>
      </w:r>
      <w:proofErr w:type="spellStart"/>
      <w:r w:rsidRPr="009D54F0">
        <w:rPr>
          <w:rFonts w:eastAsia="Times New Roman" w:cs="Times New Roman"/>
          <w:szCs w:val="24"/>
        </w:rPr>
        <w:t>здійснюється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через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r w:rsidR="00DD4ADE" w:rsidRPr="009D54F0">
        <w:rPr>
          <w:rFonts w:eastAsia="Times New Roman" w:cs="Times New Roman"/>
          <w:szCs w:val="24"/>
          <w:lang w:val="uk-UA"/>
        </w:rPr>
        <w:t xml:space="preserve">секретаря </w:t>
      </w:r>
      <w:r w:rsidR="00DB0212">
        <w:rPr>
          <w:rFonts w:eastAsia="Times New Roman" w:cs="Times New Roman"/>
          <w:szCs w:val="24"/>
          <w:lang w:val="uk-UA"/>
        </w:rPr>
        <w:t>р</w:t>
      </w:r>
      <w:r w:rsidR="00DD4ADE" w:rsidRPr="009D54F0">
        <w:rPr>
          <w:rFonts w:eastAsia="Times New Roman" w:cs="Times New Roman"/>
          <w:szCs w:val="24"/>
          <w:lang w:val="uk-UA"/>
        </w:rPr>
        <w:t>обочої групи.</w:t>
      </w:r>
    </w:p>
    <w:p w14:paraId="4BB1DF0B" w14:textId="77777777" w:rsidR="00A02EBF" w:rsidRPr="009D54F0" w:rsidRDefault="00B7795F" w:rsidP="00397676">
      <w:pPr>
        <w:keepNext/>
        <w:spacing w:before="120" w:after="40" w:line="276" w:lineRule="auto"/>
        <w:jc w:val="center"/>
        <w:rPr>
          <w:rFonts w:cs="Times New Roman"/>
          <w:szCs w:val="24"/>
        </w:rPr>
      </w:pPr>
      <w:r w:rsidRPr="009D54F0">
        <w:rPr>
          <w:rFonts w:eastAsia="Times New Roman" w:cs="Times New Roman"/>
          <w:b/>
          <w:szCs w:val="24"/>
        </w:rPr>
        <w:t>2. ПОРЯДОК УТВОРЕННЯ ТА СКЛАД РОБОЧОЇ ГРУПИ</w:t>
      </w:r>
    </w:p>
    <w:p w14:paraId="01C6902D" w14:textId="1FCA259B" w:rsidR="00A02EBF" w:rsidRPr="009D54F0" w:rsidRDefault="00B7795F" w:rsidP="00397676">
      <w:pPr>
        <w:spacing w:line="276" w:lineRule="auto"/>
        <w:ind w:firstLine="567"/>
        <w:jc w:val="both"/>
        <w:rPr>
          <w:rFonts w:cs="Times New Roman"/>
          <w:szCs w:val="24"/>
        </w:rPr>
      </w:pPr>
      <w:r w:rsidRPr="009D54F0">
        <w:rPr>
          <w:rFonts w:eastAsia="Times New Roman" w:cs="Times New Roman"/>
          <w:szCs w:val="24"/>
        </w:rPr>
        <w:t xml:space="preserve">2.1. </w:t>
      </w:r>
      <w:proofErr w:type="spellStart"/>
      <w:r w:rsidRPr="009D54F0">
        <w:rPr>
          <w:rFonts w:eastAsia="Times New Roman" w:cs="Times New Roman"/>
          <w:szCs w:val="24"/>
        </w:rPr>
        <w:t>Персональний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склад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9D54F0">
        <w:rPr>
          <w:rFonts w:eastAsia="Times New Roman" w:cs="Times New Roman"/>
          <w:szCs w:val="24"/>
        </w:rPr>
        <w:t>обочої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затверджується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розпорядженням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міського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голови</w:t>
      </w:r>
      <w:proofErr w:type="spellEnd"/>
      <w:r w:rsidRPr="009D54F0">
        <w:rPr>
          <w:rFonts w:eastAsia="Times New Roman" w:cs="Times New Roman"/>
          <w:szCs w:val="24"/>
        </w:rPr>
        <w:t>.</w:t>
      </w:r>
    </w:p>
    <w:p w14:paraId="3995C665" w14:textId="0AE03925" w:rsidR="00A02EBF" w:rsidRPr="009D54F0" w:rsidRDefault="00B7795F" w:rsidP="00397676">
      <w:pPr>
        <w:spacing w:line="276" w:lineRule="auto"/>
        <w:ind w:firstLine="567"/>
        <w:jc w:val="both"/>
        <w:rPr>
          <w:rFonts w:cs="Times New Roman"/>
          <w:szCs w:val="24"/>
        </w:rPr>
      </w:pPr>
      <w:r w:rsidRPr="009D54F0">
        <w:rPr>
          <w:rFonts w:eastAsia="Times New Roman" w:cs="Times New Roman"/>
          <w:szCs w:val="24"/>
        </w:rPr>
        <w:t xml:space="preserve">2.2. </w:t>
      </w:r>
      <w:proofErr w:type="spellStart"/>
      <w:r w:rsidRPr="009D54F0">
        <w:rPr>
          <w:rFonts w:eastAsia="Times New Roman" w:cs="Times New Roman"/>
          <w:szCs w:val="24"/>
        </w:rPr>
        <w:t>До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складу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9D54F0">
        <w:rPr>
          <w:rFonts w:eastAsia="Times New Roman" w:cs="Times New Roman"/>
          <w:szCs w:val="24"/>
        </w:rPr>
        <w:t>обочої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входять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голова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="003A36C8" w:rsidRPr="009D54F0">
        <w:rPr>
          <w:rFonts w:eastAsia="Times New Roman" w:cs="Times New Roman"/>
          <w:szCs w:val="24"/>
        </w:rPr>
        <w:t>заступник</w:t>
      </w:r>
      <w:proofErr w:type="spellEnd"/>
      <w:r w:rsidR="003A36C8" w:rsidRPr="009D54F0">
        <w:rPr>
          <w:rFonts w:eastAsia="Times New Roman" w:cs="Times New Roman"/>
          <w:szCs w:val="24"/>
        </w:rPr>
        <w:t xml:space="preserve"> </w:t>
      </w:r>
      <w:proofErr w:type="spellStart"/>
      <w:r w:rsidR="003A36C8" w:rsidRPr="009D54F0">
        <w:rPr>
          <w:rFonts w:eastAsia="Times New Roman" w:cs="Times New Roman"/>
          <w:szCs w:val="24"/>
        </w:rPr>
        <w:t>голови</w:t>
      </w:r>
      <w:proofErr w:type="spellEnd"/>
      <w:r w:rsidR="003A36C8" w:rsidRPr="009D54F0">
        <w:rPr>
          <w:rFonts w:eastAsia="Times New Roman" w:cs="Times New Roman"/>
          <w:szCs w:val="24"/>
          <w:lang w:val="uk-UA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секретар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та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члени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9D54F0">
        <w:rPr>
          <w:rFonts w:eastAsia="Times New Roman" w:cs="Times New Roman"/>
          <w:szCs w:val="24"/>
        </w:rPr>
        <w:t>обочої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групи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які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здійснюють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повноваження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двома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проєктними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напрямами</w:t>
      </w:r>
      <w:proofErr w:type="spellEnd"/>
      <w:r w:rsidRPr="009D54F0">
        <w:rPr>
          <w:rFonts w:eastAsia="Times New Roman" w:cs="Times New Roman"/>
          <w:szCs w:val="24"/>
        </w:rPr>
        <w:t>.</w:t>
      </w:r>
    </w:p>
    <w:p w14:paraId="41E8E570" w14:textId="2C8161F5" w:rsidR="00A02EBF" w:rsidRPr="009D54F0" w:rsidRDefault="00B7795F" w:rsidP="00397676">
      <w:pPr>
        <w:spacing w:line="276" w:lineRule="auto"/>
        <w:ind w:firstLine="567"/>
        <w:jc w:val="both"/>
        <w:rPr>
          <w:rFonts w:cs="Times New Roman"/>
          <w:szCs w:val="24"/>
        </w:rPr>
      </w:pPr>
      <w:r w:rsidRPr="009D54F0">
        <w:rPr>
          <w:rFonts w:eastAsia="Times New Roman" w:cs="Times New Roman"/>
          <w:szCs w:val="24"/>
        </w:rPr>
        <w:t xml:space="preserve">2.3. </w:t>
      </w:r>
      <w:proofErr w:type="spellStart"/>
      <w:r w:rsidRPr="009D54F0">
        <w:rPr>
          <w:rFonts w:eastAsia="Times New Roman" w:cs="Times New Roman"/>
          <w:szCs w:val="24"/>
        </w:rPr>
        <w:t>До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складу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9D54F0">
        <w:rPr>
          <w:rFonts w:eastAsia="Times New Roman" w:cs="Times New Roman"/>
          <w:szCs w:val="24"/>
        </w:rPr>
        <w:t>обочої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можуть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входити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посадові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особи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виконавчих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органів</w:t>
      </w:r>
      <w:proofErr w:type="spellEnd"/>
      <w:r w:rsidR="007F4F75">
        <w:rPr>
          <w:rFonts w:eastAsia="Times New Roman" w:cs="Times New Roman"/>
          <w:szCs w:val="24"/>
          <w:lang w:val="uk-UA"/>
        </w:rPr>
        <w:t xml:space="preserve"> Чорноморської </w:t>
      </w:r>
      <w:proofErr w:type="spellStart"/>
      <w:r w:rsidRPr="009D54F0">
        <w:rPr>
          <w:rFonts w:eastAsia="Times New Roman" w:cs="Times New Roman"/>
          <w:szCs w:val="24"/>
        </w:rPr>
        <w:t>міської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ради</w:t>
      </w:r>
      <w:proofErr w:type="spellEnd"/>
      <w:r w:rsidR="007F4F75">
        <w:rPr>
          <w:rFonts w:eastAsia="Times New Roman" w:cs="Times New Roman"/>
          <w:szCs w:val="24"/>
          <w:lang w:val="uk-UA"/>
        </w:rPr>
        <w:t xml:space="preserve"> Одеського району Одеської області</w:t>
      </w:r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представники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комунальних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підприємств</w:t>
      </w:r>
      <w:proofErr w:type="spellEnd"/>
      <w:r w:rsidRPr="009D54F0">
        <w:rPr>
          <w:rFonts w:eastAsia="Times New Roman" w:cs="Times New Roman"/>
          <w:szCs w:val="24"/>
        </w:rPr>
        <w:t xml:space="preserve"> і </w:t>
      </w:r>
      <w:proofErr w:type="spellStart"/>
      <w:r w:rsidRPr="009D54F0">
        <w:rPr>
          <w:rFonts w:eastAsia="Times New Roman" w:cs="Times New Roman"/>
          <w:szCs w:val="24"/>
        </w:rPr>
        <w:t>закладів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охорони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здоров’я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фінансові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будівельні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інженерні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економічні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та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проєктні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фахівці</w:t>
      </w:r>
      <w:proofErr w:type="spellEnd"/>
      <w:r w:rsidRPr="009D54F0">
        <w:rPr>
          <w:rFonts w:eastAsia="Times New Roman" w:cs="Times New Roman"/>
          <w:szCs w:val="24"/>
        </w:rPr>
        <w:t xml:space="preserve">, а </w:t>
      </w:r>
      <w:proofErr w:type="spellStart"/>
      <w:r w:rsidRPr="009D54F0">
        <w:rPr>
          <w:rFonts w:eastAsia="Times New Roman" w:cs="Times New Roman"/>
          <w:szCs w:val="24"/>
        </w:rPr>
        <w:t>також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інші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особи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компетенція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яких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необхідна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для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підготовки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проєктів</w:t>
      </w:r>
      <w:proofErr w:type="spellEnd"/>
      <w:r w:rsidRPr="009D54F0">
        <w:rPr>
          <w:rFonts w:eastAsia="Times New Roman" w:cs="Times New Roman"/>
          <w:szCs w:val="24"/>
        </w:rPr>
        <w:t>.</w:t>
      </w:r>
    </w:p>
    <w:p w14:paraId="1EB6D4E1" w14:textId="383AE701" w:rsidR="00A02EBF" w:rsidRPr="009D54F0" w:rsidRDefault="00B7795F" w:rsidP="00397676">
      <w:pPr>
        <w:spacing w:line="276" w:lineRule="auto"/>
        <w:ind w:firstLine="567"/>
        <w:jc w:val="both"/>
        <w:rPr>
          <w:rFonts w:cs="Times New Roman"/>
          <w:szCs w:val="24"/>
        </w:rPr>
      </w:pPr>
      <w:r w:rsidRPr="009D54F0">
        <w:rPr>
          <w:rFonts w:eastAsia="Times New Roman" w:cs="Times New Roman"/>
          <w:szCs w:val="24"/>
        </w:rPr>
        <w:t xml:space="preserve">2.4. </w:t>
      </w:r>
      <w:proofErr w:type="spellStart"/>
      <w:r w:rsidRPr="009D54F0">
        <w:rPr>
          <w:rFonts w:eastAsia="Times New Roman" w:cs="Times New Roman"/>
          <w:szCs w:val="24"/>
        </w:rPr>
        <w:t>Голова</w:t>
      </w:r>
      <w:proofErr w:type="spellEnd"/>
      <w:r w:rsidR="001D661F">
        <w:rPr>
          <w:rFonts w:eastAsia="Times New Roman" w:cs="Times New Roman"/>
          <w:szCs w:val="24"/>
          <w:lang w:val="uk-UA"/>
        </w:rPr>
        <w:t>, заступник голови</w:t>
      </w:r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та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секретар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9D54F0">
        <w:rPr>
          <w:rFonts w:eastAsia="Times New Roman" w:cs="Times New Roman"/>
          <w:szCs w:val="24"/>
        </w:rPr>
        <w:t>обочої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координують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роботу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обома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проєктними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напрямами</w:t>
      </w:r>
      <w:proofErr w:type="spellEnd"/>
      <w:r w:rsidRPr="009D54F0">
        <w:rPr>
          <w:rFonts w:eastAsia="Times New Roman" w:cs="Times New Roman"/>
          <w:szCs w:val="24"/>
        </w:rPr>
        <w:t xml:space="preserve">. </w:t>
      </w:r>
      <w:proofErr w:type="spellStart"/>
      <w:r w:rsidRPr="009D54F0">
        <w:rPr>
          <w:rFonts w:eastAsia="Times New Roman" w:cs="Times New Roman"/>
          <w:szCs w:val="24"/>
        </w:rPr>
        <w:t>Члени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9D54F0">
        <w:rPr>
          <w:rFonts w:eastAsia="Times New Roman" w:cs="Times New Roman"/>
          <w:szCs w:val="24"/>
        </w:rPr>
        <w:t>обочої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відповідають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підготовку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матеріалів</w:t>
      </w:r>
      <w:proofErr w:type="spellEnd"/>
      <w:r w:rsidRPr="009D54F0">
        <w:rPr>
          <w:rFonts w:eastAsia="Times New Roman" w:cs="Times New Roman"/>
          <w:szCs w:val="24"/>
        </w:rPr>
        <w:t xml:space="preserve"> у </w:t>
      </w:r>
      <w:proofErr w:type="spellStart"/>
      <w:r w:rsidRPr="009D54F0">
        <w:rPr>
          <w:rFonts w:eastAsia="Times New Roman" w:cs="Times New Roman"/>
          <w:szCs w:val="24"/>
        </w:rPr>
        <w:t>межах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визначеного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обсягу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повноважень</w:t>
      </w:r>
      <w:proofErr w:type="spellEnd"/>
      <w:r w:rsidRPr="009D54F0">
        <w:rPr>
          <w:rFonts w:eastAsia="Times New Roman" w:cs="Times New Roman"/>
          <w:szCs w:val="24"/>
        </w:rPr>
        <w:t>.</w:t>
      </w:r>
    </w:p>
    <w:p w14:paraId="67117163" w14:textId="2DAE21CE" w:rsidR="00A02EBF" w:rsidRPr="009D54F0" w:rsidRDefault="00B7795F" w:rsidP="00397676">
      <w:pPr>
        <w:spacing w:line="276" w:lineRule="auto"/>
        <w:ind w:firstLine="567"/>
        <w:jc w:val="both"/>
        <w:rPr>
          <w:rFonts w:cs="Times New Roman"/>
          <w:szCs w:val="24"/>
        </w:rPr>
      </w:pPr>
      <w:r w:rsidRPr="009D54F0">
        <w:rPr>
          <w:rFonts w:eastAsia="Times New Roman" w:cs="Times New Roman"/>
          <w:szCs w:val="24"/>
        </w:rPr>
        <w:t xml:space="preserve">2.5. Зміни </w:t>
      </w:r>
      <w:proofErr w:type="spellStart"/>
      <w:r w:rsidRPr="009D54F0">
        <w:rPr>
          <w:rFonts w:eastAsia="Times New Roman" w:cs="Times New Roman"/>
          <w:szCs w:val="24"/>
        </w:rPr>
        <w:t>до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персонального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складу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9D54F0">
        <w:rPr>
          <w:rFonts w:eastAsia="Times New Roman" w:cs="Times New Roman"/>
          <w:szCs w:val="24"/>
        </w:rPr>
        <w:t>обочої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вносяться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розпорядженням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міського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голови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поданням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голови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9D54F0">
        <w:rPr>
          <w:rFonts w:eastAsia="Times New Roman" w:cs="Times New Roman"/>
          <w:szCs w:val="24"/>
        </w:rPr>
        <w:t>обочої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групи</w:t>
      </w:r>
      <w:proofErr w:type="spellEnd"/>
      <w:r w:rsidRPr="009D54F0">
        <w:rPr>
          <w:rFonts w:eastAsia="Times New Roman" w:cs="Times New Roman"/>
          <w:szCs w:val="24"/>
        </w:rPr>
        <w:t>.</w:t>
      </w:r>
    </w:p>
    <w:p w14:paraId="2337BEE7" w14:textId="77777777" w:rsidR="00A02EBF" w:rsidRPr="009D54F0" w:rsidRDefault="00B7795F" w:rsidP="00397676">
      <w:pPr>
        <w:keepNext/>
        <w:spacing w:before="120" w:after="40" w:line="276" w:lineRule="auto"/>
        <w:jc w:val="center"/>
        <w:rPr>
          <w:rFonts w:cs="Times New Roman"/>
          <w:szCs w:val="24"/>
        </w:rPr>
      </w:pPr>
      <w:r w:rsidRPr="009D54F0">
        <w:rPr>
          <w:rFonts w:eastAsia="Times New Roman" w:cs="Times New Roman"/>
          <w:b/>
          <w:szCs w:val="24"/>
        </w:rPr>
        <w:t>3. ОСНОВНІ ЗАВДАННЯ РОБОЧОЇ ГРУПИ</w:t>
      </w:r>
    </w:p>
    <w:p w14:paraId="2CA378E3" w14:textId="77777777" w:rsidR="00A02EBF" w:rsidRPr="009D54F0" w:rsidRDefault="00B7795F" w:rsidP="00397676">
      <w:pPr>
        <w:spacing w:line="276" w:lineRule="auto"/>
        <w:ind w:firstLine="567"/>
        <w:jc w:val="both"/>
        <w:rPr>
          <w:rFonts w:cs="Times New Roman"/>
          <w:szCs w:val="24"/>
        </w:rPr>
      </w:pPr>
      <w:r w:rsidRPr="009D54F0">
        <w:rPr>
          <w:rFonts w:eastAsia="Times New Roman" w:cs="Times New Roman"/>
          <w:szCs w:val="24"/>
        </w:rPr>
        <w:t xml:space="preserve">3.1. </w:t>
      </w:r>
      <w:proofErr w:type="spellStart"/>
      <w:r w:rsidRPr="009D54F0">
        <w:rPr>
          <w:rFonts w:eastAsia="Times New Roman" w:cs="Times New Roman"/>
          <w:szCs w:val="24"/>
        </w:rPr>
        <w:t>Організація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підготовки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інвестиційних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проєктів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включно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зі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стадією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попереднього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техніко-економічного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обґрунтування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відповідно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вимог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реформи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управління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публічними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інвестиціями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та</w:t>
      </w:r>
      <w:proofErr w:type="spellEnd"/>
      <w:r w:rsidRPr="009D54F0">
        <w:rPr>
          <w:rFonts w:eastAsia="Times New Roman" w:cs="Times New Roman"/>
          <w:szCs w:val="24"/>
        </w:rPr>
        <w:t xml:space="preserve"> з </w:t>
      </w:r>
      <w:proofErr w:type="spellStart"/>
      <w:r w:rsidRPr="009D54F0">
        <w:rPr>
          <w:rFonts w:eastAsia="Times New Roman" w:cs="Times New Roman"/>
          <w:szCs w:val="24"/>
        </w:rPr>
        <w:t>урахуванням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рекомендацій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міжнародних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фінансових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організацій</w:t>
      </w:r>
      <w:proofErr w:type="spellEnd"/>
      <w:r w:rsidRPr="009D54F0">
        <w:rPr>
          <w:rFonts w:eastAsia="Times New Roman" w:cs="Times New Roman"/>
          <w:szCs w:val="24"/>
        </w:rPr>
        <w:t>.</w:t>
      </w:r>
    </w:p>
    <w:p w14:paraId="1661758F" w14:textId="77777777" w:rsidR="00A02EBF" w:rsidRPr="009D54F0" w:rsidRDefault="00B7795F" w:rsidP="00397676">
      <w:pPr>
        <w:spacing w:line="276" w:lineRule="auto"/>
        <w:ind w:firstLine="567"/>
        <w:jc w:val="both"/>
        <w:rPr>
          <w:rFonts w:cs="Times New Roman"/>
          <w:szCs w:val="24"/>
        </w:rPr>
      </w:pPr>
      <w:r w:rsidRPr="009D54F0">
        <w:rPr>
          <w:rFonts w:eastAsia="Times New Roman" w:cs="Times New Roman"/>
          <w:szCs w:val="24"/>
        </w:rPr>
        <w:lastRenderedPageBreak/>
        <w:t xml:space="preserve">3.2. </w:t>
      </w:r>
      <w:proofErr w:type="spellStart"/>
      <w:r w:rsidRPr="009D54F0">
        <w:rPr>
          <w:rFonts w:eastAsia="Times New Roman" w:cs="Times New Roman"/>
          <w:szCs w:val="24"/>
        </w:rPr>
        <w:t>Збір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перевірка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систематизація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та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надання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вихідних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даних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необхідних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для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технічного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фінансового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економічного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екологічного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соціального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містобудівного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та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організаційного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опрацювання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проєктів</w:t>
      </w:r>
      <w:proofErr w:type="spellEnd"/>
      <w:r w:rsidRPr="009D54F0">
        <w:rPr>
          <w:rFonts w:eastAsia="Times New Roman" w:cs="Times New Roman"/>
          <w:szCs w:val="24"/>
        </w:rPr>
        <w:t>.</w:t>
      </w:r>
    </w:p>
    <w:p w14:paraId="33E7A14D" w14:textId="77777777" w:rsidR="00A02EBF" w:rsidRPr="009D54F0" w:rsidRDefault="00B7795F" w:rsidP="00397676">
      <w:pPr>
        <w:spacing w:line="276" w:lineRule="auto"/>
        <w:ind w:firstLine="567"/>
        <w:jc w:val="both"/>
        <w:rPr>
          <w:rFonts w:cs="Times New Roman"/>
          <w:szCs w:val="24"/>
        </w:rPr>
      </w:pPr>
      <w:r w:rsidRPr="009D54F0">
        <w:rPr>
          <w:rFonts w:eastAsia="Times New Roman" w:cs="Times New Roman"/>
          <w:szCs w:val="24"/>
        </w:rPr>
        <w:t xml:space="preserve">3.3. </w:t>
      </w:r>
      <w:proofErr w:type="spellStart"/>
      <w:r w:rsidRPr="009D54F0">
        <w:rPr>
          <w:rFonts w:eastAsia="Times New Roman" w:cs="Times New Roman"/>
          <w:szCs w:val="24"/>
        </w:rPr>
        <w:t>Визначення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цілей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результатів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обсягів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технічних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альтернатив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орієнтовної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вартості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строків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ризиків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джерел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фінансування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майбутніх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експлуатаційних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витрат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та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інших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ключових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параметрів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проєктів</w:t>
      </w:r>
      <w:proofErr w:type="spellEnd"/>
      <w:r w:rsidRPr="009D54F0">
        <w:rPr>
          <w:rFonts w:eastAsia="Times New Roman" w:cs="Times New Roman"/>
          <w:szCs w:val="24"/>
        </w:rPr>
        <w:t>.</w:t>
      </w:r>
    </w:p>
    <w:p w14:paraId="5823E335" w14:textId="14BE09D8" w:rsidR="00A02EBF" w:rsidRPr="009D54F0" w:rsidRDefault="00B7795F" w:rsidP="00397676">
      <w:pPr>
        <w:spacing w:line="276" w:lineRule="auto"/>
        <w:ind w:firstLine="567"/>
        <w:jc w:val="both"/>
        <w:rPr>
          <w:rFonts w:cs="Times New Roman"/>
          <w:szCs w:val="24"/>
        </w:rPr>
      </w:pPr>
      <w:r w:rsidRPr="009D54F0">
        <w:rPr>
          <w:rFonts w:eastAsia="Times New Roman" w:cs="Times New Roman"/>
          <w:szCs w:val="24"/>
        </w:rPr>
        <w:t xml:space="preserve">3.4. </w:t>
      </w:r>
      <w:proofErr w:type="spellStart"/>
      <w:r w:rsidRPr="009D54F0">
        <w:rPr>
          <w:rFonts w:eastAsia="Times New Roman" w:cs="Times New Roman"/>
          <w:szCs w:val="24"/>
        </w:rPr>
        <w:t>Узгодження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позицій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виконавчих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органів</w:t>
      </w:r>
      <w:proofErr w:type="spellEnd"/>
      <w:r w:rsidR="007F4F75">
        <w:rPr>
          <w:rFonts w:eastAsia="Times New Roman" w:cs="Times New Roman"/>
          <w:szCs w:val="24"/>
          <w:lang w:val="uk-UA"/>
        </w:rPr>
        <w:t xml:space="preserve"> Чорноморської</w:t>
      </w:r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міської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ради</w:t>
      </w:r>
      <w:proofErr w:type="spellEnd"/>
      <w:r w:rsidR="001D661F">
        <w:rPr>
          <w:rFonts w:eastAsia="Times New Roman" w:cs="Times New Roman"/>
          <w:szCs w:val="24"/>
          <w:lang w:val="uk-UA"/>
        </w:rPr>
        <w:t xml:space="preserve"> Одеського району Одеської області</w:t>
      </w:r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комунальних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підприємств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закладів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та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інших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учасників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підготовки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проєктів</w:t>
      </w:r>
      <w:proofErr w:type="spellEnd"/>
      <w:r w:rsidRPr="009D54F0">
        <w:rPr>
          <w:rFonts w:eastAsia="Times New Roman" w:cs="Times New Roman"/>
          <w:szCs w:val="24"/>
        </w:rPr>
        <w:t>.</w:t>
      </w:r>
    </w:p>
    <w:p w14:paraId="73D05918" w14:textId="77777777" w:rsidR="00A02EBF" w:rsidRPr="009D54F0" w:rsidRDefault="00B7795F" w:rsidP="00397676">
      <w:pPr>
        <w:spacing w:line="276" w:lineRule="auto"/>
        <w:ind w:firstLine="567"/>
        <w:jc w:val="both"/>
        <w:rPr>
          <w:rFonts w:cs="Times New Roman"/>
          <w:szCs w:val="24"/>
        </w:rPr>
      </w:pPr>
      <w:r w:rsidRPr="009D54F0">
        <w:rPr>
          <w:rFonts w:eastAsia="Times New Roman" w:cs="Times New Roman"/>
          <w:szCs w:val="24"/>
        </w:rPr>
        <w:t xml:space="preserve">3.5. </w:t>
      </w:r>
      <w:proofErr w:type="spellStart"/>
      <w:r w:rsidRPr="009D54F0">
        <w:rPr>
          <w:rFonts w:eastAsia="Times New Roman" w:cs="Times New Roman"/>
          <w:szCs w:val="24"/>
        </w:rPr>
        <w:t>Підготовка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відповідей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довідок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презентацій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аналітичних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матеріалів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протоколів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планів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дій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та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інших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документів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необхідних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для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співпраці</w:t>
      </w:r>
      <w:proofErr w:type="spellEnd"/>
      <w:r w:rsidRPr="009D54F0">
        <w:rPr>
          <w:rFonts w:eastAsia="Times New Roman" w:cs="Times New Roman"/>
          <w:szCs w:val="24"/>
        </w:rPr>
        <w:t xml:space="preserve"> з EU4Reconstruction (</w:t>
      </w:r>
      <w:proofErr w:type="spellStart"/>
      <w:r w:rsidRPr="009D54F0">
        <w:rPr>
          <w:rFonts w:eastAsia="Times New Roman" w:cs="Times New Roman"/>
          <w:szCs w:val="24"/>
        </w:rPr>
        <w:t>Напрямок</w:t>
      </w:r>
      <w:proofErr w:type="spellEnd"/>
      <w:r w:rsidRPr="009D54F0">
        <w:rPr>
          <w:rFonts w:eastAsia="Times New Roman" w:cs="Times New Roman"/>
          <w:szCs w:val="24"/>
        </w:rPr>
        <w:t xml:space="preserve"> 1).</w:t>
      </w:r>
    </w:p>
    <w:p w14:paraId="1AF6DCB1" w14:textId="7771EDBD" w:rsidR="00A02EBF" w:rsidRPr="009D54F0" w:rsidRDefault="00B7795F" w:rsidP="00397676">
      <w:pPr>
        <w:spacing w:line="276" w:lineRule="auto"/>
        <w:ind w:firstLine="567"/>
        <w:jc w:val="both"/>
        <w:rPr>
          <w:rFonts w:cs="Times New Roman"/>
          <w:szCs w:val="24"/>
        </w:rPr>
      </w:pPr>
      <w:r w:rsidRPr="009D54F0">
        <w:rPr>
          <w:rFonts w:eastAsia="Times New Roman" w:cs="Times New Roman"/>
          <w:szCs w:val="24"/>
        </w:rPr>
        <w:t xml:space="preserve">3.6. </w:t>
      </w:r>
      <w:proofErr w:type="spellStart"/>
      <w:r w:rsidRPr="009D54F0">
        <w:rPr>
          <w:rFonts w:eastAsia="Times New Roman" w:cs="Times New Roman"/>
          <w:szCs w:val="24"/>
        </w:rPr>
        <w:t>Участь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усіх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членів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9D54F0">
        <w:rPr>
          <w:rFonts w:eastAsia="Times New Roman" w:cs="Times New Roman"/>
          <w:szCs w:val="24"/>
        </w:rPr>
        <w:t>обочої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групи</w:t>
      </w:r>
      <w:proofErr w:type="spellEnd"/>
      <w:r w:rsidRPr="009D54F0">
        <w:rPr>
          <w:rFonts w:eastAsia="Times New Roman" w:cs="Times New Roman"/>
          <w:szCs w:val="24"/>
        </w:rPr>
        <w:t xml:space="preserve"> у </w:t>
      </w:r>
      <w:proofErr w:type="spellStart"/>
      <w:r w:rsidRPr="009D54F0">
        <w:rPr>
          <w:rFonts w:eastAsia="Times New Roman" w:cs="Times New Roman"/>
          <w:szCs w:val="24"/>
        </w:rPr>
        <w:t>двотижневих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онлайн-зустрічах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робочих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нарадах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консультаціях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та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офлайн-візитах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що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проводяться</w:t>
      </w:r>
      <w:proofErr w:type="spellEnd"/>
      <w:r w:rsidRPr="009D54F0">
        <w:rPr>
          <w:rFonts w:eastAsia="Times New Roman" w:cs="Times New Roman"/>
          <w:szCs w:val="24"/>
        </w:rPr>
        <w:t xml:space="preserve"> в </w:t>
      </w:r>
      <w:proofErr w:type="spellStart"/>
      <w:r w:rsidRPr="009D54F0">
        <w:rPr>
          <w:rFonts w:eastAsia="Times New Roman" w:cs="Times New Roman"/>
          <w:szCs w:val="24"/>
        </w:rPr>
        <w:t>межах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співпраці</w:t>
      </w:r>
      <w:proofErr w:type="spellEnd"/>
      <w:r w:rsidRPr="009D54F0">
        <w:rPr>
          <w:rFonts w:eastAsia="Times New Roman" w:cs="Times New Roman"/>
          <w:szCs w:val="24"/>
        </w:rPr>
        <w:t xml:space="preserve"> з EU4Reconstruction (</w:t>
      </w:r>
      <w:proofErr w:type="spellStart"/>
      <w:r w:rsidRPr="009D54F0">
        <w:rPr>
          <w:rFonts w:eastAsia="Times New Roman" w:cs="Times New Roman"/>
          <w:szCs w:val="24"/>
        </w:rPr>
        <w:t>Напрямок</w:t>
      </w:r>
      <w:proofErr w:type="spellEnd"/>
      <w:r w:rsidRPr="009D54F0">
        <w:rPr>
          <w:rFonts w:eastAsia="Times New Roman" w:cs="Times New Roman"/>
          <w:szCs w:val="24"/>
        </w:rPr>
        <w:t xml:space="preserve"> 1).</w:t>
      </w:r>
    </w:p>
    <w:p w14:paraId="0B7D263B" w14:textId="526153B0" w:rsidR="00A02EBF" w:rsidRPr="009D54F0" w:rsidRDefault="00B7795F" w:rsidP="00397676">
      <w:pPr>
        <w:spacing w:line="276" w:lineRule="auto"/>
        <w:ind w:firstLine="567"/>
        <w:jc w:val="both"/>
        <w:rPr>
          <w:rFonts w:cs="Times New Roman"/>
          <w:szCs w:val="24"/>
        </w:rPr>
      </w:pPr>
      <w:r w:rsidRPr="009D54F0">
        <w:rPr>
          <w:rFonts w:eastAsia="Times New Roman" w:cs="Times New Roman"/>
          <w:szCs w:val="24"/>
        </w:rPr>
        <w:t xml:space="preserve">3.7. </w:t>
      </w:r>
      <w:proofErr w:type="spellStart"/>
      <w:r w:rsidRPr="009D54F0">
        <w:rPr>
          <w:rFonts w:eastAsia="Times New Roman" w:cs="Times New Roman"/>
          <w:szCs w:val="24"/>
        </w:rPr>
        <w:t>Контроль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дотримання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погоджених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строків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повноти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та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достовірності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матеріалів</w:t>
      </w:r>
      <w:proofErr w:type="spellEnd"/>
      <w:r w:rsidRPr="009D54F0">
        <w:rPr>
          <w:rFonts w:eastAsia="Times New Roman" w:cs="Times New Roman"/>
          <w:szCs w:val="24"/>
        </w:rPr>
        <w:t xml:space="preserve">, а </w:t>
      </w:r>
      <w:proofErr w:type="spellStart"/>
      <w:r w:rsidRPr="009D54F0">
        <w:rPr>
          <w:rFonts w:eastAsia="Times New Roman" w:cs="Times New Roman"/>
          <w:szCs w:val="24"/>
        </w:rPr>
        <w:t>також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виконання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рішень</w:t>
      </w:r>
      <w:proofErr w:type="spellEnd"/>
      <w:r w:rsidRPr="009D54F0">
        <w:rPr>
          <w:rFonts w:eastAsia="Times New Roman" w:cs="Times New Roman"/>
          <w:szCs w:val="24"/>
        </w:rPr>
        <w:t xml:space="preserve"> і </w:t>
      </w:r>
      <w:proofErr w:type="spellStart"/>
      <w:r w:rsidRPr="009D54F0">
        <w:rPr>
          <w:rFonts w:eastAsia="Times New Roman" w:cs="Times New Roman"/>
          <w:szCs w:val="24"/>
        </w:rPr>
        <w:t>протокольних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доручень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9D54F0">
        <w:rPr>
          <w:rFonts w:eastAsia="Times New Roman" w:cs="Times New Roman"/>
          <w:szCs w:val="24"/>
        </w:rPr>
        <w:t>обочої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групи</w:t>
      </w:r>
      <w:proofErr w:type="spellEnd"/>
      <w:r w:rsidRPr="009D54F0">
        <w:rPr>
          <w:rFonts w:eastAsia="Times New Roman" w:cs="Times New Roman"/>
          <w:szCs w:val="24"/>
        </w:rPr>
        <w:t>.</w:t>
      </w:r>
    </w:p>
    <w:p w14:paraId="5B305430" w14:textId="77777777" w:rsidR="00A02EBF" w:rsidRPr="009D54F0" w:rsidRDefault="00B7795F" w:rsidP="00397676">
      <w:pPr>
        <w:keepNext/>
        <w:spacing w:before="120" w:after="40" w:line="276" w:lineRule="auto"/>
        <w:jc w:val="center"/>
        <w:rPr>
          <w:rFonts w:cs="Times New Roman"/>
          <w:szCs w:val="24"/>
        </w:rPr>
      </w:pPr>
      <w:r w:rsidRPr="009D54F0">
        <w:rPr>
          <w:rFonts w:eastAsia="Times New Roman" w:cs="Times New Roman"/>
          <w:b/>
          <w:szCs w:val="24"/>
        </w:rPr>
        <w:t>4. ПРАВА РОБОЧОЇ ГРУПИ</w:t>
      </w:r>
    </w:p>
    <w:p w14:paraId="681A9C76" w14:textId="791DC128" w:rsidR="00A02EBF" w:rsidRPr="009D54F0" w:rsidRDefault="00B7795F" w:rsidP="00397676">
      <w:pPr>
        <w:spacing w:line="276" w:lineRule="auto"/>
        <w:ind w:firstLine="567"/>
        <w:jc w:val="both"/>
        <w:rPr>
          <w:rFonts w:cs="Times New Roman"/>
          <w:szCs w:val="24"/>
        </w:rPr>
      </w:pPr>
      <w:r w:rsidRPr="009D54F0">
        <w:rPr>
          <w:rFonts w:eastAsia="Times New Roman" w:cs="Times New Roman"/>
          <w:szCs w:val="24"/>
        </w:rPr>
        <w:t xml:space="preserve">4.1. </w:t>
      </w:r>
      <w:proofErr w:type="spellStart"/>
      <w:r w:rsidRPr="009D54F0">
        <w:rPr>
          <w:rFonts w:eastAsia="Times New Roman" w:cs="Times New Roman"/>
          <w:szCs w:val="24"/>
        </w:rPr>
        <w:t>Одержувати</w:t>
      </w:r>
      <w:proofErr w:type="spellEnd"/>
      <w:r w:rsidRPr="009D54F0">
        <w:rPr>
          <w:rFonts w:eastAsia="Times New Roman" w:cs="Times New Roman"/>
          <w:szCs w:val="24"/>
        </w:rPr>
        <w:t xml:space="preserve"> в </w:t>
      </w:r>
      <w:proofErr w:type="spellStart"/>
      <w:r w:rsidRPr="009D54F0">
        <w:rPr>
          <w:rFonts w:eastAsia="Times New Roman" w:cs="Times New Roman"/>
          <w:szCs w:val="24"/>
        </w:rPr>
        <w:t>установленому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порядку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від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виконавчих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органів</w:t>
      </w:r>
      <w:proofErr w:type="spellEnd"/>
      <w:r w:rsidR="007F4F75">
        <w:rPr>
          <w:rFonts w:eastAsia="Times New Roman" w:cs="Times New Roman"/>
          <w:szCs w:val="24"/>
          <w:lang w:val="uk-UA"/>
        </w:rPr>
        <w:t xml:space="preserve"> Чорноморської </w:t>
      </w:r>
      <w:proofErr w:type="spellStart"/>
      <w:r w:rsidRPr="009D54F0">
        <w:rPr>
          <w:rFonts w:eastAsia="Times New Roman" w:cs="Times New Roman"/>
          <w:szCs w:val="24"/>
        </w:rPr>
        <w:t>міської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ради</w:t>
      </w:r>
      <w:proofErr w:type="spellEnd"/>
      <w:r w:rsidR="001D661F">
        <w:rPr>
          <w:rFonts w:eastAsia="Times New Roman" w:cs="Times New Roman"/>
          <w:szCs w:val="24"/>
          <w:lang w:val="uk-UA"/>
        </w:rPr>
        <w:t xml:space="preserve"> Одеського району Одеської області</w:t>
      </w:r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комунальних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підприємств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установ</w:t>
      </w:r>
      <w:proofErr w:type="spellEnd"/>
      <w:r w:rsidRPr="009D54F0">
        <w:rPr>
          <w:rFonts w:eastAsia="Times New Roman" w:cs="Times New Roman"/>
          <w:szCs w:val="24"/>
        </w:rPr>
        <w:t xml:space="preserve"> і </w:t>
      </w:r>
      <w:proofErr w:type="spellStart"/>
      <w:r w:rsidRPr="009D54F0">
        <w:rPr>
          <w:rFonts w:eastAsia="Times New Roman" w:cs="Times New Roman"/>
          <w:szCs w:val="24"/>
        </w:rPr>
        <w:t>закладів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інформацію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та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документи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необхідні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для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виконання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покладених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завдань</w:t>
      </w:r>
      <w:proofErr w:type="spellEnd"/>
      <w:r w:rsidRPr="009D54F0">
        <w:rPr>
          <w:rFonts w:eastAsia="Times New Roman" w:cs="Times New Roman"/>
          <w:szCs w:val="24"/>
        </w:rPr>
        <w:t>.</w:t>
      </w:r>
    </w:p>
    <w:p w14:paraId="5FF151B4" w14:textId="77777777" w:rsidR="00A02EBF" w:rsidRPr="009D54F0" w:rsidRDefault="00B7795F" w:rsidP="00397676">
      <w:pPr>
        <w:spacing w:line="276" w:lineRule="auto"/>
        <w:ind w:firstLine="567"/>
        <w:jc w:val="both"/>
        <w:rPr>
          <w:rFonts w:cs="Times New Roman"/>
          <w:szCs w:val="24"/>
        </w:rPr>
      </w:pPr>
      <w:r w:rsidRPr="009D54F0">
        <w:rPr>
          <w:rFonts w:eastAsia="Times New Roman" w:cs="Times New Roman"/>
          <w:szCs w:val="24"/>
        </w:rPr>
        <w:t xml:space="preserve">4.2. </w:t>
      </w:r>
      <w:proofErr w:type="spellStart"/>
      <w:r w:rsidRPr="009D54F0">
        <w:rPr>
          <w:rFonts w:eastAsia="Times New Roman" w:cs="Times New Roman"/>
          <w:szCs w:val="24"/>
        </w:rPr>
        <w:t>Залучати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згодою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участі</w:t>
      </w:r>
      <w:proofErr w:type="spellEnd"/>
      <w:r w:rsidRPr="009D54F0">
        <w:rPr>
          <w:rFonts w:eastAsia="Times New Roman" w:cs="Times New Roman"/>
          <w:szCs w:val="24"/>
        </w:rPr>
        <w:t xml:space="preserve"> в </w:t>
      </w:r>
      <w:proofErr w:type="spellStart"/>
      <w:r w:rsidRPr="009D54F0">
        <w:rPr>
          <w:rFonts w:eastAsia="Times New Roman" w:cs="Times New Roman"/>
          <w:szCs w:val="24"/>
        </w:rPr>
        <w:t>роботі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представників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органів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державної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влади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підприємств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установ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організацій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незалежних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експертів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та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інших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фахівців</w:t>
      </w:r>
      <w:proofErr w:type="spellEnd"/>
      <w:r w:rsidRPr="009D54F0">
        <w:rPr>
          <w:rFonts w:eastAsia="Times New Roman" w:cs="Times New Roman"/>
          <w:szCs w:val="24"/>
        </w:rPr>
        <w:t>.</w:t>
      </w:r>
    </w:p>
    <w:p w14:paraId="47D84360" w14:textId="77777777" w:rsidR="00A02EBF" w:rsidRPr="009D54F0" w:rsidRDefault="00B7795F" w:rsidP="00397676">
      <w:pPr>
        <w:spacing w:line="276" w:lineRule="auto"/>
        <w:ind w:firstLine="567"/>
        <w:jc w:val="both"/>
        <w:rPr>
          <w:rFonts w:cs="Times New Roman"/>
          <w:szCs w:val="24"/>
        </w:rPr>
      </w:pPr>
      <w:r w:rsidRPr="009D54F0">
        <w:rPr>
          <w:rFonts w:eastAsia="Times New Roman" w:cs="Times New Roman"/>
          <w:szCs w:val="24"/>
        </w:rPr>
        <w:t xml:space="preserve">4.3. </w:t>
      </w:r>
      <w:proofErr w:type="spellStart"/>
      <w:r w:rsidRPr="009D54F0">
        <w:rPr>
          <w:rFonts w:eastAsia="Times New Roman" w:cs="Times New Roman"/>
          <w:szCs w:val="24"/>
        </w:rPr>
        <w:t>Запрошувати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на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засідання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посадових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осіб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фахівців</w:t>
      </w:r>
      <w:proofErr w:type="spellEnd"/>
      <w:r w:rsidRPr="009D54F0">
        <w:rPr>
          <w:rFonts w:eastAsia="Times New Roman" w:cs="Times New Roman"/>
          <w:szCs w:val="24"/>
        </w:rPr>
        <w:t xml:space="preserve"> і </w:t>
      </w:r>
      <w:proofErr w:type="spellStart"/>
      <w:r w:rsidRPr="009D54F0">
        <w:rPr>
          <w:rFonts w:eastAsia="Times New Roman" w:cs="Times New Roman"/>
          <w:szCs w:val="24"/>
        </w:rPr>
        <w:t>представників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заінтересованих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сторін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для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надання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пояснень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та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обговорення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окремих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питань</w:t>
      </w:r>
      <w:proofErr w:type="spellEnd"/>
      <w:r w:rsidRPr="009D54F0">
        <w:rPr>
          <w:rFonts w:eastAsia="Times New Roman" w:cs="Times New Roman"/>
          <w:szCs w:val="24"/>
        </w:rPr>
        <w:t>.</w:t>
      </w:r>
    </w:p>
    <w:p w14:paraId="4E9DA3AC" w14:textId="5A30DFAB" w:rsidR="00A02EBF" w:rsidRPr="009D54F0" w:rsidRDefault="00B7795F" w:rsidP="00397676">
      <w:pPr>
        <w:spacing w:line="276" w:lineRule="auto"/>
        <w:ind w:firstLine="567"/>
        <w:jc w:val="both"/>
        <w:rPr>
          <w:rFonts w:cs="Times New Roman"/>
          <w:szCs w:val="24"/>
        </w:rPr>
      </w:pPr>
      <w:r w:rsidRPr="009D54F0">
        <w:rPr>
          <w:rFonts w:eastAsia="Times New Roman" w:cs="Times New Roman"/>
          <w:szCs w:val="24"/>
        </w:rPr>
        <w:t xml:space="preserve">4.4. </w:t>
      </w:r>
      <w:proofErr w:type="spellStart"/>
      <w:r w:rsidRPr="009D54F0">
        <w:rPr>
          <w:rFonts w:eastAsia="Times New Roman" w:cs="Times New Roman"/>
          <w:szCs w:val="24"/>
        </w:rPr>
        <w:t>Утворювати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рішенням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голови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9D54F0">
        <w:rPr>
          <w:rFonts w:eastAsia="Times New Roman" w:cs="Times New Roman"/>
          <w:szCs w:val="24"/>
        </w:rPr>
        <w:t>обочої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тимчасові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підгрупи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окремими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питаннями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або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проєктними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напрямами</w:t>
      </w:r>
      <w:proofErr w:type="spellEnd"/>
      <w:r w:rsidRPr="009D54F0">
        <w:rPr>
          <w:rFonts w:eastAsia="Times New Roman" w:cs="Times New Roman"/>
          <w:szCs w:val="24"/>
        </w:rPr>
        <w:t>.</w:t>
      </w:r>
    </w:p>
    <w:p w14:paraId="109CE99C" w14:textId="77777777" w:rsidR="00A02EBF" w:rsidRPr="009D54F0" w:rsidRDefault="00B7795F" w:rsidP="00397676">
      <w:pPr>
        <w:spacing w:line="276" w:lineRule="auto"/>
        <w:ind w:firstLine="567"/>
        <w:jc w:val="both"/>
        <w:rPr>
          <w:rFonts w:cs="Times New Roman"/>
          <w:szCs w:val="24"/>
        </w:rPr>
      </w:pPr>
      <w:r w:rsidRPr="009D54F0">
        <w:rPr>
          <w:rFonts w:eastAsia="Times New Roman" w:cs="Times New Roman"/>
          <w:szCs w:val="24"/>
        </w:rPr>
        <w:t xml:space="preserve">4.5. </w:t>
      </w:r>
      <w:proofErr w:type="spellStart"/>
      <w:r w:rsidRPr="009D54F0">
        <w:rPr>
          <w:rFonts w:eastAsia="Times New Roman" w:cs="Times New Roman"/>
          <w:szCs w:val="24"/>
        </w:rPr>
        <w:t>Готувати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пропозиції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та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рекомендації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щодо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прийняття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управлінських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рішень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необхідних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для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належної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підготовки</w:t>
      </w:r>
      <w:proofErr w:type="spellEnd"/>
      <w:r w:rsidRPr="009D54F0">
        <w:rPr>
          <w:rFonts w:eastAsia="Times New Roman" w:cs="Times New Roman"/>
          <w:szCs w:val="24"/>
        </w:rPr>
        <w:t xml:space="preserve"> і </w:t>
      </w:r>
      <w:proofErr w:type="spellStart"/>
      <w:r w:rsidRPr="009D54F0">
        <w:rPr>
          <w:rFonts w:eastAsia="Times New Roman" w:cs="Times New Roman"/>
          <w:szCs w:val="24"/>
        </w:rPr>
        <w:t>подальшої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реалізації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проєктів</w:t>
      </w:r>
      <w:proofErr w:type="spellEnd"/>
      <w:r w:rsidRPr="009D54F0">
        <w:rPr>
          <w:rFonts w:eastAsia="Times New Roman" w:cs="Times New Roman"/>
          <w:szCs w:val="24"/>
        </w:rPr>
        <w:t>.</w:t>
      </w:r>
    </w:p>
    <w:p w14:paraId="6EBABD44" w14:textId="77777777" w:rsidR="00A02EBF" w:rsidRPr="009D54F0" w:rsidRDefault="00B7795F" w:rsidP="00397676">
      <w:pPr>
        <w:keepNext/>
        <w:spacing w:before="120" w:after="40" w:line="276" w:lineRule="auto"/>
        <w:jc w:val="center"/>
        <w:rPr>
          <w:rFonts w:cs="Times New Roman"/>
          <w:szCs w:val="24"/>
        </w:rPr>
      </w:pPr>
      <w:r w:rsidRPr="009D54F0">
        <w:rPr>
          <w:rFonts w:eastAsia="Times New Roman" w:cs="Times New Roman"/>
          <w:b/>
          <w:szCs w:val="24"/>
        </w:rPr>
        <w:t>5. ОРГАНІЗАЦІЙНІ ЗАСАДИ ДІЯЛЬНОСТІ РОБОЧОЇ ГРУПИ</w:t>
      </w:r>
    </w:p>
    <w:p w14:paraId="0CFBD15E" w14:textId="7509B0B1" w:rsidR="00A02EBF" w:rsidRPr="009D54F0" w:rsidRDefault="00B7795F" w:rsidP="00397676">
      <w:pPr>
        <w:spacing w:line="276" w:lineRule="auto"/>
        <w:ind w:firstLine="567"/>
        <w:jc w:val="both"/>
        <w:rPr>
          <w:rFonts w:cs="Times New Roman"/>
          <w:szCs w:val="24"/>
        </w:rPr>
      </w:pPr>
      <w:r w:rsidRPr="009D54F0">
        <w:rPr>
          <w:rFonts w:eastAsia="Times New Roman" w:cs="Times New Roman"/>
          <w:szCs w:val="24"/>
        </w:rPr>
        <w:t xml:space="preserve">5.1. </w:t>
      </w:r>
      <w:proofErr w:type="spellStart"/>
      <w:r w:rsidRPr="009D54F0">
        <w:rPr>
          <w:rFonts w:eastAsia="Times New Roman" w:cs="Times New Roman"/>
          <w:szCs w:val="24"/>
        </w:rPr>
        <w:t>Основною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формою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роботи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9D54F0">
        <w:rPr>
          <w:rFonts w:eastAsia="Times New Roman" w:cs="Times New Roman"/>
          <w:szCs w:val="24"/>
        </w:rPr>
        <w:t>обочої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групи</w:t>
      </w:r>
      <w:proofErr w:type="spellEnd"/>
      <w:r w:rsidRPr="009D54F0">
        <w:rPr>
          <w:rFonts w:eastAsia="Times New Roman" w:cs="Times New Roman"/>
          <w:szCs w:val="24"/>
        </w:rPr>
        <w:t xml:space="preserve"> є </w:t>
      </w:r>
      <w:proofErr w:type="spellStart"/>
      <w:r w:rsidRPr="009D54F0">
        <w:rPr>
          <w:rFonts w:eastAsia="Times New Roman" w:cs="Times New Roman"/>
          <w:szCs w:val="24"/>
        </w:rPr>
        <w:t>засідання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які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проводяться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потреби</w:t>
      </w:r>
      <w:proofErr w:type="spellEnd"/>
      <w:r w:rsidRPr="009D54F0">
        <w:rPr>
          <w:rFonts w:eastAsia="Times New Roman" w:cs="Times New Roman"/>
          <w:szCs w:val="24"/>
        </w:rPr>
        <w:t xml:space="preserve">. </w:t>
      </w:r>
      <w:proofErr w:type="spellStart"/>
      <w:r w:rsidRPr="009D54F0">
        <w:rPr>
          <w:rFonts w:eastAsia="Times New Roman" w:cs="Times New Roman"/>
          <w:szCs w:val="24"/>
        </w:rPr>
        <w:t>Засідання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можуть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проводитися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очно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або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дистанційно</w:t>
      </w:r>
      <w:proofErr w:type="spellEnd"/>
      <w:r w:rsidRPr="009D54F0">
        <w:rPr>
          <w:rFonts w:eastAsia="Times New Roman" w:cs="Times New Roman"/>
          <w:szCs w:val="24"/>
        </w:rPr>
        <w:t xml:space="preserve"> з </w:t>
      </w:r>
      <w:proofErr w:type="spellStart"/>
      <w:r w:rsidRPr="009D54F0">
        <w:rPr>
          <w:rFonts w:eastAsia="Times New Roman" w:cs="Times New Roman"/>
          <w:szCs w:val="24"/>
        </w:rPr>
        <w:t>використанням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засобів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відеоконференцзв’язку</w:t>
      </w:r>
      <w:proofErr w:type="spellEnd"/>
      <w:r w:rsidRPr="009D54F0">
        <w:rPr>
          <w:rFonts w:eastAsia="Times New Roman" w:cs="Times New Roman"/>
          <w:szCs w:val="24"/>
        </w:rPr>
        <w:t>.</w:t>
      </w:r>
    </w:p>
    <w:p w14:paraId="339BB9C6" w14:textId="6ECA3C16" w:rsidR="00A02EBF" w:rsidRPr="00170835" w:rsidRDefault="00B7795F" w:rsidP="00397676">
      <w:pPr>
        <w:spacing w:line="276" w:lineRule="auto"/>
        <w:ind w:firstLine="567"/>
        <w:jc w:val="both"/>
        <w:rPr>
          <w:rFonts w:cs="Times New Roman"/>
          <w:szCs w:val="24"/>
          <w:lang w:val="uk-UA"/>
        </w:rPr>
      </w:pPr>
      <w:r w:rsidRPr="009D54F0">
        <w:rPr>
          <w:rFonts w:eastAsia="Times New Roman" w:cs="Times New Roman"/>
          <w:szCs w:val="24"/>
        </w:rPr>
        <w:t xml:space="preserve">5.2. </w:t>
      </w:r>
      <w:proofErr w:type="spellStart"/>
      <w:r w:rsidRPr="009D54F0">
        <w:rPr>
          <w:rFonts w:eastAsia="Times New Roman" w:cs="Times New Roman"/>
          <w:szCs w:val="24"/>
        </w:rPr>
        <w:t>Голова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9D54F0">
        <w:rPr>
          <w:rFonts w:eastAsia="Times New Roman" w:cs="Times New Roman"/>
          <w:szCs w:val="24"/>
        </w:rPr>
        <w:t>обочої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здійснює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загальне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керівництво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її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діяльністю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визначає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дату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час</w:t>
      </w:r>
      <w:proofErr w:type="spellEnd"/>
      <w:r w:rsidRPr="009D54F0">
        <w:rPr>
          <w:rFonts w:eastAsia="Times New Roman" w:cs="Times New Roman"/>
          <w:szCs w:val="24"/>
        </w:rPr>
        <w:t xml:space="preserve"> і </w:t>
      </w:r>
      <w:proofErr w:type="spellStart"/>
      <w:r w:rsidRPr="009D54F0">
        <w:rPr>
          <w:rFonts w:eastAsia="Times New Roman" w:cs="Times New Roman"/>
          <w:szCs w:val="24"/>
        </w:rPr>
        <w:t>формат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засідань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затверджує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порядок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денний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головує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на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засіданнях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розподіляє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завдання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підписує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протоколи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та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представляє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9D54F0">
        <w:rPr>
          <w:rFonts w:eastAsia="Times New Roman" w:cs="Times New Roman"/>
          <w:szCs w:val="24"/>
        </w:rPr>
        <w:t>обочу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групу</w:t>
      </w:r>
      <w:proofErr w:type="spellEnd"/>
      <w:r w:rsidRPr="009D54F0">
        <w:rPr>
          <w:rFonts w:eastAsia="Times New Roman" w:cs="Times New Roman"/>
          <w:szCs w:val="24"/>
        </w:rPr>
        <w:t xml:space="preserve"> у </w:t>
      </w:r>
      <w:proofErr w:type="spellStart"/>
      <w:r w:rsidRPr="009D54F0">
        <w:rPr>
          <w:rFonts w:eastAsia="Times New Roman" w:cs="Times New Roman"/>
          <w:szCs w:val="24"/>
        </w:rPr>
        <w:t>взаємодії</w:t>
      </w:r>
      <w:proofErr w:type="spellEnd"/>
      <w:r w:rsidRPr="009D54F0">
        <w:rPr>
          <w:rFonts w:eastAsia="Times New Roman" w:cs="Times New Roman"/>
          <w:szCs w:val="24"/>
        </w:rPr>
        <w:t xml:space="preserve"> з </w:t>
      </w:r>
      <w:proofErr w:type="spellStart"/>
      <w:r w:rsidRPr="009D54F0">
        <w:rPr>
          <w:rFonts w:eastAsia="Times New Roman" w:cs="Times New Roman"/>
          <w:szCs w:val="24"/>
        </w:rPr>
        <w:t>іншими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органами</w:t>
      </w:r>
      <w:proofErr w:type="spellEnd"/>
      <w:r w:rsidRPr="009D54F0">
        <w:rPr>
          <w:rFonts w:eastAsia="Times New Roman" w:cs="Times New Roman"/>
          <w:szCs w:val="24"/>
        </w:rPr>
        <w:t xml:space="preserve"> й </w:t>
      </w:r>
      <w:proofErr w:type="spellStart"/>
      <w:r w:rsidRPr="009D54F0">
        <w:rPr>
          <w:rFonts w:eastAsia="Times New Roman" w:cs="Times New Roman"/>
          <w:szCs w:val="24"/>
        </w:rPr>
        <w:t>організаціями</w:t>
      </w:r>
      <w:proofErr w:type="spellEnd"/>
      <w:r w:rsidRPr="009D54F0">
        <w:rPr>
          <w:rFonts w:eastAsia="Times New Roman" w:cs="Times New Roman"/>
          <w:szCs w:val="24"/>
        </w:rPr>
        <w:t>.</w:t>
      </w:r>
      <w:r w:rsidR="00170835">
        <w:rPr>
          <w:rFonts w:eastAsia="Times New Roman" w:cs="Times New Roman"/>
          <w:szCs w:val="24"/>
          <w:lang w:val="uk-UA"/>
        </w:rPr>
        <w:t xml:space="preserve"> </w:t>
      </w:r>
      <w:r w:rsidR="00E771DE">
        <w:t xml:space="preserve">У </w:t>
      </w:r>
      <w:proofErr w:type="spellStart"/>
      <w:r w:rsidR="00E771DE">
        <w:t>разі</w:t>
      </w:r>
      <w:proofErr w:type="spellEnd"/>
      <w:r w:rsidR="00E771DE">
        <w:t xml:space="preserve"> </w:t>
      </w:r>
      <w:proofErr w:type="spellStart"/>
      <w:r w:rsidR="00E771DE">
        <w:t>відсутності</w:t>
      </w:r>
      <w:proofErr w:type="spellEnd"/>
      <w:r w:rsidR="00E771DE">
        <w:t xml:space="preserve"> </w:t>
      </w:r>
      <w:proofErr w:type="spellStart"/>
      <w:r w:rsidR="00E771DE">
        <w:t>голови</w:t>
      </w:r>
      <w:proofErr w:type="spellEnd"/>
      <w:r w:rsidR="00E771DE">
        <w:t xml:space="preserve"> </w:t>
      </w:r>
      <w:proofErr w:type="spellStart"/>
      <w:r w:rsidR="00E771DE">
        <w:t>робочої</w:t>
      </w:r>
      <w:proofErr w:type="spellEnd"/>
      <w:r w:rsidR="00E771DE">
        <w:t xml:space="preserve"> </w:t>
      </w:r>
      <w:proofErr w:type="spellStart"/>
      <w:r w:rsidR="00E771DE">
        <w:t>групи</w:t>
      </w:r>
      <w:proofErr w:type="spellEnd"/>
      <w:r w:rsidR="00E771DE">
        <w:t xml:space="preserve"> </w:t>
      </w:r>
      <w:proofErr w:type="spellStart"/>
      <w:r w:rsidR="00E771DE">
        <w:t>виконання</w:t>
      </w:r>
      <w:proofErr w:type="spellEnd"/>
      <w:r w:rsidR="00E771DE">
        <w:t xml:space="preserve"> </w:t>
      </w:r>
      <w:proofErr w:type="spellStart"/>
      <w:r w:rsidR="00E771DE">
        <w:t>його</w:t>
      </w:r>
      <w:proofErr w:type="spellEnd"/>
      <w:r w:rsidR="00E771DE">
        <w:t xml:space="preserve"> </w:t>
      </w:r>
      <w:proofErr w:type="spellStart"/>
      <w:r w:rsidR="00E771DE">
        <w:t>обов’язків</w:t>
      </w:r>
      <w:proofErr w:type="spellEnd"/>
      <w:r w:rsidR="00E771DE">
        <w:t xml:space="preserve"> </w:t>
      </w:r>
      <w:proofErr w:type="spellStart"/>
      <w:r w:rsidR="00E771DE">
        <w:t>покладається</w:t>
      </w:r>
      <w:proofErr w:type="spellEnd"/>
      <w:r w:rsidR="00E771DE">
        <w:t xml:space="preserve"> </w:t>
      </w:r>
      <w:proofErr w:type="spellStart"/>
      <w:r w:rsidR="00E771DE">
        <w:t>на</w:t>
      </w:r>
      <w:proofErr w:type="spellEnd"/>
      <w:r w:rsidR="00E771DE">
        <w:t xml:space="preserve"> </w:t>
      </w:r>
      <w:proofErr w:type="spellStart"/>
      <w:r w:rsidR="00E771DE">
        <w:t>заступника</w:t>
      </w:r>
      <w:proofErr w:type="spellEnd"/>
      <w:r w:rsidR="00E771DE">
        <w:t xml:space="preserve"> </w:t>
      </w:r>
      <w:proofErr w:type="spellStart"/>
      <w:r w:rsidR="00E771DE">
        <w:t>голови</w:t>
      </w:r>
      <w:proofErr w:type="spellEnd"/>
      <w:r w:rsidR="00E771DE">
        <w:t xml:space="preserve"> </w:t>
      </w:r>
      <w:proofErr w:type="spellStart"/>
      <w:r w:rsidR="00E771DE">
        <w:t>робочої</w:t>
      </w:r>
      <w:proofErr w:type="spellEnd"/>
      <w:r w:rsidR="00E771DE">
        <w:t xml:space="preserve"> </w:t>
      </w:r>
      <w:proofErr w:type="spellStart"/>
      <w:r w:rsidR="00E771DE">
        <w:t>групи</w:t>
      </w:r>
      <w:proofErr w:type="spellEnd"/>
      <w:r w:rsidR="00E771DE">
        <w:t>.</w:t>
      </w:r>
    </w:p>
    <w:p w14:paraId="49D86FE8" w14:textId="4C2638CD" w:rsidR="00A02EBF" w:rsidRPr="009D54F0" w:rsidRDefault="00B7795F" w:rsidP="00397676">
      <w:pPr>
        <w:spacing w:line="276" w:lineRule="auto"/>
        <w:ind w:firstLine="567"/>
        <w:jc w:val="both"/>
        <w:rPr>
          <w:rFonts w:cs="Times New Roman"/>
          <w:szCs w:val="24"/>
          <w:lang w:val="uk-UA"/>
        </w:rPr>
      </w:pPr>
      <w:r w:rsidRPr="009D54F0">
        <w:rPr>
          <w:rFonts w:eastAsia="Times New Roman" w:cs="Times New Roman"/>
          <w:szCs w:val="24"/>
        </w:rPr>
        <w:t xml:space="preserve">5.3. </w:t>
      </w:r>
      <w:proofErr w:type="spellStart"/>
      <w:r w:rsidRPr="009D54F0">
        <w:rPr>
          <w:rFonts w:eastAsia="Times New Roman" w:cs="Times New Roman"/>
          <w:szCs w:val="24"/>
        </w:rPr>
        <w:t>Секретар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9D54F0">
        <w:rPr>
          <w:rFonts w:eastAsia="Times New Roman" w:cs="Times New Roman"/>
          <w:szCs w:val="24"/>
        </w:rPr>
        <w:t>обочої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готує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проєкт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порядку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денного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повідомляє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членів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засідання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веде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протоколи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систематизує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матеріали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контролює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строки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виконання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доручень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та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забезпечує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організаційну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координацію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обох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проєктних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напрямів</w:t>
      </w:r>
      <w:proofErr w:type="spellEnd"/>
      <w:r w:rsidR="00DD4ADE" w:rsidRPr="009D54F0">
        <w:rPr>
          <w:rFonts w:eastAsia="Times New Roman" w:cs="Times New Roman"/>
          <w:szCs w:val="24"/>
          <w:lang w:val="uk-UA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забезпечує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оперативний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обмін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інформацією</w:t>
      </w:r>
      <w:proofErr w:type="spellEnd"/>
      <w:r w:rsidRPr="009D54F0">
        <w:rPr>
          <w:rFonts w:eastAsia="Times New Roman" w:cs="Times New Roman"/>
          <w:szCs w:val="24"/>
        </w:rPr>
        <w:t xml:space="preserve"> з </w:t>
      </w:r>
      <w:proofErr w:type="spellStart"/>
      <w:r w:rsidRPr="009D54F0">
        <w:rPr>
          <w:rFonts w:eastAsia="Times New Roman" w:cs="Times New Roman"/>
          <w:szCs w:val="24"/>
        </w:rPr>
        <w:t>командою</w:t>
      </w:r>
      <w:proofErr w:type="spellEnd"/>
      <w:r w:rsidRPr="009D54F0">
        <w:rPr>
          <w:rFonts w:eastAsia="Times New Roman" w:cs="Times New Roman"/>
          <w:szCs w:val="24"/>
        </w:rPr>
        <w:t xml:space="preserve"> EU4Reconstruction (</w:t>
      </w:r>
      <w:proofErr w:type="spellStart"/>
      <w:r w:rsidRPr="009D54F0">
        <w:rPr>
          <w:rFonts w:eastAsia="Times New Roman" w:cs="Times New Roman"/>
          <w:szCs w:val="24"/>
        </w:rPr>
        <w:t>Напрямок</w:t>
      </w:r>
      <w:proofErr w:type="spellEnd"/>
      <w:r w:rsidRPr="009D54F0">
        <w:rPr>
          <w:rFonts w:eastAsia="Times New Roman" w:cs="Times New Roman"/>
          <w:szCs w:val="24"/>
        </w:rPr>
        <w:t xml:space="preserve"> 1)</w:t>
      </w:r>
      <w:r w:rsidR="00DD4ADE" w:rsidRPr="009D54F0">
        <w:rPr>
          <w:rFonts w:eastAsia="Times New Roman" w:cs="Times New Roman"/>
          <w:szCs w:val="24"/>
          <w:lang w:val="uk-UA"/>
        </w:rPr>
        <w:t>.</w:t>
      </w:r>
    </w:p>
    <w:p w14:paraId="0F49F552" w14:textId="2C1B644A" w:rsidR="00A02EBF" w:rsidRPr="009D54F0" w:rsidRDefault="00B7795F" w:rsidP="00397676">
      <w:pPr>
        <w:spacing w:line="276" w:lineRule="auto"/>
        <w:ind w:firstLine="567"/>
        <w:jc w:val="both"/>
        <w:rPr>
          <w:rFonts w:cs="Times New Roman"/>
          <w:szCs w:val="24"/>
        </w:rPr>
      </w:pPr>
      <w:r w:rsidRPr="009D54F0">
        <w:rPr>
          <w:rFonts w:eastAsia="Times New Roman" w:cs="Times New Roman"/>
          <w:szCs w:val="24"/>
        </w:rPr>
        <w:t>5.</w:t>
      </w:r>
      <w:r w:rsidR="00DD4ADE" w:rsidRPr="009D54F0">
        <w:rPr>
          <w:rFonts w:eastAsia="Times New Roman" w:cs="Times New Roman"/>
          <w:szCs w:val="24"/>
          <w:lang w:val="uk-UA"/>
        </w:rPr>
        <w:t>4</w:t>
      </w:r>
      <w:r w:rsidRPr="009D54F0">
        <w:rPr>
          <w:rFonts w:eastAsia="Times New Roman" w:cs="Times New Roman"/>
          <w:szCs w:val="24"/>
        </w:rPr>
        <w:t xml:space="preserve">. </w:t>
      </w:r>
      <w:proofErr w:type="spellStart"/>
      <w:r w:rsidRPr="009D54F0">
        <w:rPr>
          <w:rFonts w:eastAsia="Times New Roman" w:cs="Times New Roman"/>
          <w:szCs w:val="24"/>
        </w:rPr>
        <w:t>Засідання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9D54F0">
        <w:rPr>
          <w:rFonts w:eastAsia="Times New Roman" w:cs="Times New Roman"/>
          <w:szCs w:val="24"/>
        </w:rPr>
        <w:t>обочої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групи</w:t>
      </w:r>
      <w:proofErr w:type="spellEnd"/>
      <w:r w:rsidRPr="009D54F0">
        <w:rPr>
          <w:rFonts w:eastAsia="Times New Roman" w:cs="Times New Roman"/>
          <w:szCs w:val="24"/>
        </w:rPr>
        <w:t xml:space="preserve"> є </w:t>
      </w:r>
      <w:proofErr w:type="spellStart"/>
      <w:r w:rsidRPr="009D54F0">
        <w:rPr>
          <w:rFonts w:eastAsia="Times New Roman" w:cs="Times New Roman"/>
          <w:szCs w:val="24"/>
        </w:rPr>
        <w:t>правоможним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якщо</w:t>
      </w:r>
      <w:proofErr w:type="spellEnd"/>
      <w:r w:rsidRPr="009D54F0">
        <w:rPr>
          <w:rFonts w:eastAsia="Times New Roman" w:cs="Times New Roman"/>
          <w:szCs w:val="24"/>
        </w:rPr>
        <w:t xml:space="preserve"> в </w:t>
      </w:r>
      <w:proofErr w:type="spellStart"/>
      <w:r w:rsidRPr="009D54F0">
        <w:rPr>
          <w:rFonts w:eastAsia="Times New Roman" w:cs="Times New Roman"/>
          <w:szCs w:val="24"/>
        </w:rPr>
        <w:t>ньому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бере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участь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більше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половини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її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затвердженого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складу</w:t>
      </w:r>
      <w:proofErr w:type="spellEnd"/>
      <w:r w:rsidRPr="009D54F0">
        <w:rPr>
          <w:rFonts w:eastAsia="Times New Roman" w:cs="Times New Roman"/>
          <w:szCs w:val="24"/>
        </w:rPr>
        <w:t xml:space="preserve">. </w:t>
      </w:r>
      <w:proofErr w:type="spellStart"/>
      <w:r w:rsidRPr="009D54F0">
        <w:rPr>
          <w:rFonts w:eastAsia="Times New Roman" w:cs="Times New Roman"/>
          <w:szCs w:val="24"/>
        </w:rPr>
        <w:t>Рішення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приймаються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простою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більшістю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голосів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присутніх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членів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Робочої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групи</w:t>
      </w:r>
      <w:proofErr w:type="spellEnd"/>
      <w:r w:rsidRPr="009D54F0">
        <w:rPr>
          <w:rFonts w:eastAsia="Times New Roman" w:cs="Times New Roman"/>
          <w:szCs w:val="24"/>
        </w:rPr>
        <w:t xml:space="preserve">. У </w:t>
      </w:r>
      <w:proofErr w:type="spellStart"/>
      <w:r w:rsidRPr="009D54F0">
        <w:rPr>
          <w:rFonts w:eastAsia="Times New Roman" w:cs="Times New Roman"/>
          <w:szCs w:val="24"/>
        </w:rPr>
        <w:t>разі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рівного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розподілу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голосів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вирішальним</w:t>
      </w:r>
      <w:proofErr w:type="spellEnd"/>
      <w:r w:rsidRPr="009D54F0">
        <w:rPr>
          <w:rFonts w:eastAsia="Times New Roman" w:cs="Times New Roman"/>
          <w:szCs w:val="24"/>
        </w:rPr>
        <w:t xml:space="preserve"> є </w:t>
      </w:r>
      <w:proofErr w:type="spellStart"/>
      <w:r w:rsidRPr="009D54F0">
        <w:rPr>
          <w:rFonts w:eastAsia="Times New Roman" w:cs="Times New Roman"/>
          <w:szCs w:val="24"/>
        </w:rPr>
        <w:t>голос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голови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9D54F0">
        <w:rPr>
          <w:rFonts w:eastAsia="Times New Roman" w:cs="Times New Roman"/>
          <w:szCs w:val="24"/>
        </w:rPr>
        <w:t>обочої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групи</w:t>
      </w:r>
      <w:proofErr w:type="spellEnd"/>
      <w:r w:rsidRPr="009D54F0">
        <w:rPr>
          <w:rFonts w:eastAsia="Times New Roman" w:cs="Times New Roman"/>
          <w:szCs w:val="24"/>
        </w:rPr>
        <w:t>.</w:t>
      </w:r>
    </w:p>
    <w:p w14:paraId="2354FCB2" w14:textId="1B8F7200" w:rsidR="00A02EBF" w:rsidRPr="009D54F0" w:rsidRDefault="00B7795F" w:rsidP="00397676">
      <w:pPr>
        <w:spacing w:line="276" w:lineRule="auto"/>
        <w:ind w:firstLine="567"/>
        <w:jc w:val="both"/>
        <w:rPr>
          <w:rFonts w:cs="Times New Roman"/>
          <w:szCs w:val="24"/>
        </w:rPr>
      </w:pPr>
      <w:r w:rsidRPr="009D54F0">
        <w:rPr>
          <w:rFonts w:eastAsia="Times New Roman" w:cs="Times New Roman"/>
          <w:szCs w:val="24"/>
        </w:rPr>
        <w:lastRenderedPageBreak/>
        <w:t>5.</w:t>
      </w:r>
      <w:r w:rsidR="009C0498" w:rsidRPr="009D54F0">
        <w:rPr>
          <w:rFonts w:eastAsia="Times New Roman" w:cs="Times New Roman"/>
          <w:szCs w:val="24"/>
          <w:lang w:val="uk-UA"/>
        </w:rPr>
        <w:t>5</w:t>
      </w:r>
      <w:r w:rsidRPr="009D54F0">
        <w:rPr>
          <w:rFonts w:eastAsia="Times New Roman" w:cs="Times New Roman"/>
          <w:szCs w:val="24"/>
        </w:rPr>
        <w:t xml:space="preserve">. </w:t>
      </w:r>
      <w:proofErr w:type="spellStart"/>
      <w:r w:rsidRPr="009D54F0">
        <w:rPr>
          <w:rFonts w:eastAsia="Times New Roman" w:cs="Times New Roman"/>
          <w:szCs w:val="24"/>
        </w:rPr>
        <w:t>Рішення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9D54F0">
        <w:rPr>
          <w:rFonts w:eastAsia="Times New Roman" w:cs="Times New Roman"/>
          <w:szCs w:val="24"/>
        </w:rPr>
        <w:t>обочої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оформлюються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протоколом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який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підписують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голова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та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секретар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9D54F0">
        <w:rPr>
          <w:rFonts w:eastAsia="Times New Roman" w:cs="Times New Roman"/>
          <w:szCs w:val="24"/>
        </w:rPr>
        <w:t>обочої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групи</w:t>
      </w:r>
      <w:proofErr w:type="spellEnd"/>
      <w:r w:rsidRPr="009D54F0">
        <w:rPr>
          <w:rFonts w:eastAsia="Times New Roman" w:cs="Times New Roman"/>
          <w:szCs w:val="24"/>
        </w:rPr>
        <w:t xml:space="preserve">. </w:t>
      </w:r>
      <w:proofErr w:type="spellStart"/>
      <w:r w:rsidRPr="009D54F0">
        <w:rPr>
          <w:rFonts w:eastAsia="Times New Roman" w:cs="Times New Roman"/>
          <w:szCs w:val="24"/>
        </w:rPr>
        <w:t>Протокольні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доручення</w:t>
      </w:r>
      <w:proofErr w:type="spellEnd"/>
      <w:r w:rsidRPr="009D54F0">
        <w:rPr>
          <w:rFonts w:eastAsia="Times New Roman" w:cs="Times New Roman"/>
          <w:szCs w:val="24"/>
        </w:rPr>
        <w:t xml:space="preserve"> є </w:t>
      </w:r>
      <w:proofErr w:type="spellStart"/>
      <w:r w:rsidRPr="009D54F0">
        <w:rPr>
          <w:rFonts w:eastAsia="Times New Roman" w:cs="Times New Roman"/>
          <w:szCs w:val="24"/>
        </w:rPr>
        <w:t>обов’язковими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для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виконання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членами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9D54F0">
        <w:rPr>
          <w:rFonts w:eastAsia="Times New Roman" w:cs="Times New Roman"/>
          <w:szCs w:val="24"/>
        </w:rPr>
        <w:t>обочої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групи</w:t>
      </w:r>
      <w:proofErr w:type="spellEnd"/>
      <w:r w:rsidRPr="009D54F0">
        <w:rPr>
          <w:rFonts w:eastAsia="Times New Roman" w:cs="Times New Roman"/>
          <w:szCs w:val="24"/>
        </w:rPr>
        <w:t xml:space="preserve"> в </w:t>
      </w:r>
      <w:proofErr w:type="spellStart"/>
      <w:r w:rsidRPr="009D54F0">
        <w:rPr>
          <w:rFonts w:eastAsia="Times New Roman" w:cs="Times New Roman"/>
          <w:szCs w:val="24"/>
        </w:rPr>
        <w:t>межах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їх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повноважень</w:t>
      </w:r>
      <w:proofErr w:type="spellEnd"/>
      <w:r w:rsidRPr="009D54F0">
        <w:rPr>
          <w:rFonts w:eastAsia="Times New Roman" w:cs="Times New Roman"/>
          <w:szCs w:val="24"/>
        </w:rPr>
        <w:t>.</w:t>
      </w:r>
    </w:p>
    <w:p w14:paraId="0E6EEB18" w14:textId="6EEF8B40" w:rsidR="00A02EBF" w:rsidRPr="009D54F0" w:rsidRDefault="00B7795F" w:rsidP="00397676">
      <w:pPr>
        <w:spacing w:line="276" w:lineRule="auto"/>
        <w:ind w:firstLine="567"/>
        <w:jc w:val="both"/>
        <w:rPr>
          <w:rFonts w:cs="Times New Roman"/>
          <w:szCs w:val="24"/>
        </w:rPr>
      </w:pPr>
      <w:r w:rsidRPr="009D54F0">
        <w:rPr>
          <w:rFonts w:eastAsia="Times New Roman" w:cs="Times New Roman"/>
          <w:szCs w:val="24"/>
        </w:rPr>
        <w:t>5.</w:t>
      </w:r>
      <w:r w:rsidR="009C0498" w:rsidRPr="009D54F0">
        <w:rPr>
          <w:rFonts w:eastAsia="Times New Roman" w:cs="Times New Roman"/>
          <w:szCs w:val="24"/>
          <w:lang w:val="uk-UA"/>
        </w:rPr>
        <w:t>6</w:t>
      </w:r>
      <w:r w:rsidRPr="009D54F0">
        <w:rPr>
          <w:rFonts w:eastAsia="Times New Roman" w:cs="Times New Roman"/>
          <w:szCs w:val="24"/>
        </w:rPr>
        <w:t xml:space="preserve">. </w:t>
      </w:r>
      <w:proofErr w:type="spellStart"/>
      <w:r w:rsidRPr="009D54F0">
        <w:rPr>
          <w:rFonts w:eastAsia="Times New Roman" w:cs="Times New Roman"/>
          <w:szCs w:val="24"/>
        </w:rPr>
        <w:t>Члени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9D54F0">
        <w:rPr>
          <w:rFonts w:eastAsia="Times New Roman" w:cs="Times New Roman"/>
          <w:szCs w:val="24"/>
        </w:rPr>
        <w:t>обочої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групи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зобов’язані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особисто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брати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участь</w:t>
      </w:r>
      <w:proofErr w:type="spellEnd"/>
      <w:r w:rsidRPr="009D54F0">
        <w:rPr>
          <w:rFonts w:eastAsia="Times New Roman" w:cs="Times New Roman"/>
          <w:szCs w:val="24"/>
        </w:rPr>
        <w:t xml:space="preserve"> у </w:t>
      </w:r>
      <w:proofErr w:type="spellStart"/>
      <w:r w:rsidRPr="009D54F0">
        <w:rPr>
          <w:rFonts w:eastAsia="Times New Roman" w:cs="Times New Roman"/>
          <w:szCs w:val="24"/>
        </w:rPr>
        <w:t>засіданнях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своєчасно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надавати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достовірні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матеріали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виконувати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доручення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та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невідкладно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інформувати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голову</w:t>
      </w:r>
      <w:proofErr w:type="spellEnd"/>
      <w:r w:rsidRPr="009D54F0">
        <w:rPr>
          <w:rFonts w:eastAsia="Times New Roman" w:cs="Times New Roman"/>
          <w:szCs w:val="24"/>
        </w:rPr>
        <w:t xml:space="preserve"> і </w:t>
      </w:r>
      <w:proofErr w:type="spellStart"/>
      <w:r w:rsidRPr="009D54F0">
        <w:rPr>
          <w:rFonts w:eastAsia="Times New Roman" w:cs="Times New Roman"/>
          <w:szCs w:val="24"/>
        </w:rPr>
        <w:t>секретаря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обставини</w:t>
      </w:r>
      <w:proofErr w:type="spellEnd"/>
      <w:r w:rsidRPr="009D54F0">
        <w:rPr>
          <w:rFonts w:eastAsia="Times New Roman" w:cs="Times New Roman"/>
          <w:szCs w:val="24"/>
        </w:rPr>
        <w:t xml:space="preserve">, </w:t>
      </w:r>
      <w:proofErr w:type="spellStart"/>
      <w:r w:rsidRPr="009D54F0">
        <w:rPr>
          <w:rFonts w:eastAsia="Times New Roman" w:cs="Times New Roman"/>
          <w:szCs w:val="24"/>
        </w:rPr>
        <w:t>що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можуть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вплинути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на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строки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або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якість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підготовки</w:t>
      </w:r>
      <w:proofErr w:type="spellEnd"/>
      <w:r w:rsidRPr="009D54F0">
        <w:rPr>
          <w:rFonts w:eastAsia="Times New Roman" w:cs="Times New Roman"/>
          <w:szCs w:val="24"/>
        </w:rPr>
        <w:t xml:space="preserve"> </w:t>
      </w:r>
      <w:proofErr w:type="spellStart"/>
      <w:r w:rsidRPr="009D54F0">
        <w:rPr>
          <w:rFonts w:eastAsia="Times New Roman" w:cs="Times New Roman"/>
          <w:szCs w:val="24"/>
        </w:rPr>
        <w:t>проєктів</w:t>
      </w:r>
      <w:proofErr w:type="spellEnd"/>
      <w:r w:rsidRPr="009D54F0">
        <w:rPr>
          <w:rFonts w:eastAsia="Times New Roman" w:cs="Times New Roman"/>
          <w:szCs w:val="24"/>
        </w:rPr>
        <w:t>.</w:t>
      </w:r>
    </w:p>
    <w:p w14:paraId="7F0D336F" w14:textId="5AD7A6B1" w:rsidR="00A02EBF" w:rsidRPr="009D54F0" w:rsidRDefault="00D909A6" w:rsidP="00397676">
      <w:pPr>
        <w:keepNext/>
        <w:spacing w:before="120" w:after="40" w:line="276" w:lineRule="auto"/>
        <w:jc w:val="center"/>
        <w:rPr>
          <w:rFonts w:cs="Times New Roman"/>
          <w:szCs w:val="24"/>
        </w:rPr>
      </w:pPr>
      <w:r w:rsidRPr="009D54F0">
        <w:rPr>
          <w:rFonts w:eastAsia="Times New Roman" w:cs="Times New Roman"/>
          <w:b/>
          <w:szCs w:val="24"/>
          <w:lang w:val="uk-UA"/>
        </w:rPr>
        <w:t>6</w:t>
      </w:r>
      <w:r w:rsidR="00B7795F" w:rsidRPr="009D54F0">
        <w:rPr>
          <w:rFonts w:eastAsia="Times New Roman" w:cs="Times New Roman"/>
          <w:b/>
          <w:szCs w:val="24"/>
        </w:rPr>
        <w:t>. ПРИКІНЦЕВІ ПОЛОЖЕННЯ</w:t>
      </w:r>
    </w:p>
    <w:p w14:paraId="387B15E5" w14:textId="420CD4A0" w:rsidR="00A02EBF" w:rsidRPr="009D54F0" w:rsidRDefault="007F4F75" w:rsidP="00397676">
      <w:pPr>
        <w:spacing w:line="276" w:lineRule="auto"/>
        <w:ind w:firstLine="567"/>
        <w:jc w:val="both"/>
        <w:rPr>
          <w:rFonts w:cs="Times New Roman"/>
          <w:szCs w:val="24"/>
        </w:rPr>
      </w:pPr>
      <w:r>
        <w:rPr>
          <w:rFonts w:eastAsia="Times New Roman" w:cs="Times New Roman"/>
          <w:szCs w:val="24"/>
          <w:lang w:val="uk-UA"/>
        </w:rPr>
        <w:t>6</w:t>
      </w:r>
      <w:r w:rsidR="00B7795F" w:rsidRPr="009D54F0">
        <w:rPr>
          <w:rFonts w:eastAsia="Times New Roman" w:cs="Times New Roman"/>
          <w:szCs w:val="24"/>
        </w:rPr>
        <w:t xml:space="preserve">.1. </w:t>
      </w:r>
      <w:proofErr w:type="spellStart"/>
      <w:r w:rsidR="00B7795F" w:rsidRPr="009D54F0">
        <w:rPr>
          <w:rFonts w:eastAsia="Times New Roman" w:cs="Times New Roman"/>
          <w:szCs w:val="24"/>
        </w:rPr>
        <w:t>Організаційне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, </w:t>
      </w:r>
      <w:proofErr w:type="spellStart"/>
      <w:r w:rsidR="00B7795F" w:rsidRPr="009D54F0">
        <w:rPr>
          <w:rFonts w:eastAsia="Times New Roman" w:cs="Times New Roman"/>
          <w:szCs w:val="24"/>
        </w:rPr>
        <w:t>інформаційне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та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документальне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забезпечення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діяльності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  <w:lang w:val="uk-UA"/>
        </w:rPr>
        <w:t>р</w:t>
      </w:r>
      <w:proofErr w:type="spellStart"/>
      <w:r w:rsidR="00B7795F" w:rsidRPr="009D54F0">
        <w:rPr>
          <w:rFonts w:eastAsia="Times New Roman" w:cs="Times New Roman"/>
          <w:szCs w:val="24"/>
        </w:rPr>
        <w:t>обочої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групи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здійснюється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відповідно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до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розподілу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повноважень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між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її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членами</w:t>
      </w:r>
      <w:proofErr w:type="spellEnd"/>
      <w:r w:rsidR="00B7795F" w:rsidRPr="009D54F0">
        <w:rPr>
          <w:rFonts w:eastAsia="Times New Roman" w:cs="Times New Roman"/>
          <w:szCs w:val="24"/>
        </w:rPr>
        <w:t>.</w:t>
      </w:r>
    </w:p>
    <w:p w14:paraId="6503D3AC" w14:textId="0EA75B93" w:rsidR="00A02EBF" w:rsidRPr="009D54F0" w:rsidRDefault="007F4F75" w:rsidP="00397676">
      <w:pPr>
        <w:spacing w:line="276" w:lineRule="auto"/>
        <w:ind w:firstLine="567"/>
        <w:jc w:val="both"/>
        <w:rPr>
          <w:rFonts w:cs="Times New Roman"/>
          <w:szCs w:val="24"/>
        </w:rPr>
      </w:pPr>
      <w:r>
        <w:rPr>
          <w:rFonts w:eastAsia="Times New Roman" w:cs="Times New Roman"/>
          <w:szCs w:val="24"/>
          <w:lang w:val="uk-UA"/>
        </w:rPr>
        <w:t>6</w:t>
      </w:r>
      <w:r w:rsidR="00B7795F" w:rsidRPr="009D54F0">
        <w:rPr>
          <w:rFonts w:eastAsia="Times New Roman" w:cs="Times New Roman"/>
          <w:szCs w:val="24"/>
        </w:rPr>
        <w:t xml:space="preserve">.2. </w:t>
      </w:r>
      <w:proofErr w:type="spellStart"/>
      <w:r w:rsidR="00B7795F" w:rsidRPr="009D54F0">
        <w:rPr>
          <w:rFonts w:eastAsia="Times New Roman" w:cs="Times New Roman"/>
          <w:szCs w:val="24"/>
        </w:rPr>
        <w:t>Робоча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група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припиняє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діяльність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після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виконання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покладених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на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неї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завдань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або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на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підставі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окремого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розпорядження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міського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голови</w:t>
      </w:r>
      <w:proofErr w:type="spellEnd"/>
      <w:r w:rsidR="00B7795F" w:rsidRPr="009D54F0">
        <w:rPr>
          <w:rFonts w:eastAsia="Times New Roman" w:cs="Times New Roman"/>
          <w:szCs w:val="24"/>
        </w:rPr>
        <w:t>.</w:t>
      </w:r>
    </w:p>
    <w:p w14:paraId="5EDC5363" w14:textId="14BDFA3D" w:rsidR="00A02EBF" w:rsidRPr="009D54F0" w:rsidRDefault="007F4F75" w:rsidP="00397676">
      <w:pPr>
        <w:spacing w:line="276" w:lineRule="auto"/>
        <w:ind w:firstLine="567"/>
        <w:jc w:val="both"/>
        <w:rPr>
          <w:rFonts w:cs="Times New Roman"/>
          <w:szCs w:val="24"/>
        </w:rPr>
      </w:pPr>
      <w:r>
        <w:rPr>
          <w:rFonts w:eastAsia="Times New Roman" w:cs="Times New Roman"/>
          <w:szCs w:val="24"/>
          <w:lang w:val="uk-UA"/>
        </w:rPr>
        <w:t>6</w:t>
      </w:r>
      <w:r w:rsidR="00B7795F" w:rsidRPr="009D54F0">
        <w:rPr>
          <w:rFonts w:eastAsia="Times New Roman" w:cs="Times New Roman"/>
          <w:szCs w:val="24"/>
        </w:rPr>
        <w:t xml:space="preserve">.3. Зміни </w:t>
      </w:r>
      <w:proofErr w:type="spellStart"/>
      <w:r w:rsidR="00B7795F" w:rsidRPr="009D54F0">
        <w:rPr>
          <w:rFonts w:eastAsia="Times New Roman" w:cs="Times New Roman"/>
          <w:szCs w:val="24"/>
        </w:rPr>
        <w:t>до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цього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Положення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затверджуються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розпорядженням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міського</w:t>
      </w:r>
      <w:proofErr w:type="spellEnd"/>
      <w:r w:rsidR="00B7795F" w:rsidRPr="009D54F0">
        <w:rPr>
          <w:rFonts w:eastAsia="Times New Roman" w:cs="Times New Roman"/>
          <w:szCs w:val="24"/>
        </w:rPr>
        <w:t xml:space="preserve"> </w:t>
      </w:r>
      <w:proofErr w:type="spellStart"/>
      <w:r w:rsidR="00B7795F" w:rsidRPr="009D54F0">
        <w:rPr>
          <w:rFonts w:eastAsia="Times New Roman" w:cs="Times New Roman"/>
          <w:szCs w:val="24"/>
        </w:rPr>
        <w:t>голови</w:t>
      </w:r>
      <w:proofErr w:type="spellEnd"/>
      <w:r w:rsidR="00B7795F" w:rsidRPr="009D54F0">
        <w:rPr>
          <w:rFonts w:eastAsia="Times New Roman" w:cs="Times New Roman"/>
          <w:szCs w:val="24"/>
        </w:rPr>
        <w:t>.</w:t>
      </w:r>
    </w:p>
    <w:p w14:paraId="782B3C5B" w14:textId="77777777" w:rsidR="000C4AC0" w:rsidRPr="009D54F0" w:rsidRDefault="000C4AC0" w:rsidP="00234465">
      <w:pPr>
        <w:spacing w:line="276" w:lineRule="auto"/>
        <w:rPr>
          <w:rFonts w:cs="Times New Roman"/>
          <w:szCs w:val="24"/>
        </w:rPr>
      </w:pPr>
    </w:p>
    <w:p w14:paraId="5BE30928" w14:textId="2FE32D7B" w:rsidR="00234465" w:rsidRPr="009D54F0" w:rsidRDefault="00234465" w:rsidP="00234465">
      <w:pPr>
        <w:spacing w:line="276" w:lineRule="auto"/>
        <w:rPr>
          <w:rFonts w:cs="Times New Roman"/>
          <w:szCs w:val="24"/>
        </w:rPr>
      </w:pP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5590"/>
        <w:gridCol w:w="4049"/>
      </w:tblGrid>
      <w:tr w:rsidR="000C4AC0" w:rsidRPr="009D54F0" w14:paraId="0413A655" w14:textId="77777777" w:rsidTr="000C4AC0">
        <w:tc>
          <w:tcPr>
            <w:tcW w:w="5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FD2CA" w14:textId="3553F7AC" w:rsidR="000C4AC0" w:rsidRPr="009D54F0" w:rsidRDefault="000C4AC0" w:rsidP="00397676">
            <w:pPr>
              <w:ind w:left="567"/>
              <w:rPr>
                <w:rFonts w:cs="Times New Roman"/>
                <w:szCs w:val="24"/>
                <w:lang w:val="uk-UA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Начальник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відділу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енергоефективності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та</w:t>
            </w:r>
            <w:proofErr w:type="spellEnd"/>
            <w:r w:rsidR="00D909A6" w:rsidRPr="009D54F0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 w:rsidRPr="009D54F0">
              <w:rPr>
                <w:rFonts w:eastAsia="Times New Roman" w:cs="Times New Roman"/>
                <w:szCs w:val="24"/>
              </w:rPr>
              <w:br/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грантової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діяльності</w:t>
            </w:r>
            <w:proofErr w:type="spellEnd"/>
            <w:r w:rsidR="00D909A6" w:rsidRPr="009D54F0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</w:p>
        </w:tc>
        <w:tc>
          <w:tcPr>
            <w:tcW w:w="4049" w:type="dxa"/>
            <w:vAlign w:val="center"/>
          </w:tcPr>
          <w:p w14:paraId="076CA151" w14:textId="77777777" w:rsidR="000C4AC0" w:rsidRPr="009D54F0" w:rsidRDefault="000C4AC0" w:rsidP="00397676">
            <w:pPr>
              <w:ind w:left="821"/>
              <w:rPr>
                <w:rFonts w:cs="Times New Roman"/>
                <w:szCs w:val="24"/>
                <w:lang w:val="uk-UA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Олександр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КОРЧМА</w:t>
            </w:r>
          </w:p>
        </w:tc>
      </w:tr>
    </w:tbl>
    <w:p w14:paraId="4B99DC36" w14:textId="22A306B2" w:rsidR="000C4AC0" w:rsidRPr="009D54F0" w:rsidRDefault="000C4AC0" w:rsidP="000C4AC0">
      <w:pPr>
        <w:tabs>
          <w:tab w:val="left" w:pos="996"/>
        </w:tabs>
        <w:rPr>
          <w:rFonts w:cs="Times New Roman"/>
          <w:szCs w:val="24"/>
          <w:lang w:val="uk-UA"/>
        </w:rPr>
      </w:pPr>
    </w:p>
    <w:sectPr w:rsidR="000C4AC0" w:rsidRPr="009D54F0" w:rsidSect="00D43E75">
      <w:pgSz w:w="11906" w:h="16838"/>
      <w:pgMar w:top="851" w:right="566" w:bottom="1560" w:left="1701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236C"/>
    <w:rsid w:val="000C4AC0"/>
    <w:rsid w:val="0015074B"/>
    <w:rsid w:val="00170835"/>
    <w:rsid w:val="001D661F"/>
    <w:rsid w:val="00234465"/>
    <w:rsid w:val="00272F74"/>
    <w:rsid w:val="0029639D"/>
    <w:rsid w:val="00326F90"/>
    <w:rsid w:val="00351FBD"/>
    <w:rsid w:val="00397676"/>
    <w:rsid w:val="003A36C8"/>
    <w:rsid w:val="003E64DA"/>
    <w:rsid w:val="00472BDE"/>
    <w:rsid w:val="00500CF6"/>
    <w:rsid w:val="00503277"/>
    <w:rsid w:val="00503DB4"/>
    <w:rsid w:val="00553E09"/>
    <w:rsid w:val="00603148"/>
    <w:rsid w:val="00611E57"/>
    <w:rsid w:val="00665DB6"/>
    <w:rsid w:val="00671072"/>
    <w:rsid w:val="007F4F75"/>
    <w:rsid w:val="00862764"/>
    <w:rsid w:val="009C0498"/>
    <w:rsid w:val="009D54F0"/>
    <w:rsid w:val="009D6A18"/>
    <w:rsid w:val="00A02EBF"/>
    <w:rsid w:val="00A276F6"/>
    <w:rsid w:val="00A71145"/>
    <w:rsid w:val="00AA1D8D"/>
    <w:rsid w:val="00AE4CD1"/>
    <w:rsid w:val="00B47730"/>
    <w:rsid w:val="00B7120F"/>
    <w:rsid w:val="00B7795F"/>
    <w:rsid w:val="00B9772E"/>
    <w:rsid w:val="00BF3DE3"/>
    <w:rsid w:val="00C21987"/>
    <w:rsid w:val="00CA2BF0"/>
    <w:rsid w:val="00CB0664"/>
    <w:rsid w:val="00D43E75"/>
    <w:rsid w:val="00D909A6"/>
    <w:rsid w:val="00DA64F3"/>
    <w:rsid w:val="00DB0212"/>
    <w:rsid w:val="00DD4ADE"/>
    <w:rsid w:val="00DF3D2F"/>
    <w:rsid w:val="00E010A2"/>
    <w:rsid w:val="00E771DE"/>
    <w:rsid w:val="00F41CC0"/>
    <w:rsid w:val="00F7188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1308BE"/>
  <w14:defaultImageDpi w14:val="300"/>
  <w15:docId w15:val="{7FD0F10A-434E-4E59-AC37-03D137639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6940</Words>
  <Characters>3957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Розпорядження про робочу групу EU4Reconstruction</vt:lpstr>
      <vt:lpstr/>
    </vt:vector>
  </TitlesOfParts>
  <Manager/>
  <Company/>
  <LinksUpToDate>false</LinksUpToDate>
  <CharactersWithSpaces>10876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Розпорядження про робочу групу EU4Reconstruction</dc:title>
  <dc:subject>Підготовка інвестиційних проєктів Чорноморської міської територіальної громади</dc:subject>
  <dc:creator>Виконавчий комітет Чорноморської міської ради</dc:creator>
  <cp:keywords>EU4Reconstruction, GIZ, робоча група, інвестиційні проєкти</cp:keywords>
  <dc:description>generated by python-docx</dc:description>
  <cp:lastModifiedBy>Admin</cp:lastModifiedBy>
  <cp:revision>4</cp:revision>
  <cp:lastPrinted>2026-08-07T11:42:00Z</cp:lastPrinted>
  <dcterms:created xsi:type="dcterms:W3CDTF">2026-08-12T12:55:00Z</dcterms:created>
  <dcterms:modified xsi:type="dcterms:W3CDTF">2026-08-13T13:25:00Z</dcterms:modified>
  <cp:category/>
</cp:coreProperties>
</file>