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D290C" w14:textId="08A0D116" w:rsidR="00615EDA" w:rsidRDefault="00615EDA">
      <w:pPr>
        <w:spacing w:after="60" w:line="192" w:lineRule="auto"/>
      </w:pPr>
    </w:p>
    <w:p w14:paraId="4BC9BC1F" w14:textId="143A4210" w:rsidR="005A7B51" w:rsidRPr="005A7B51" w:rsidRDefault="005A7B51" w:rsidP="005A7B51">
      <w:pPr>
        <w:suppressAutoHyphens/>
        <w:spacing w:line="240" w:lineRule="auto"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bookmarkStart w:id="51" w:name="_Hlk238626510"/>
      <w:bookmarkStart w:id="52" w:name="_Hlk239144866"/>
      <w:bookmarkStart w:id="53" w:name="_Hlk239691484"/>
      <w:bookmarkStart w:id="54" w:name="_Hlk240979226"/>
      <w:bookmarkStart w:id="55" w:name="_Hlk241132906"/>
      <w:bookmarkStart w:id="56" w:name="_Hlk241830412"/>
      <w:r w:rsidRPr="005A7B51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49DD59C5" wp14:editId="126DAAB3">
            <wp:extent cx="447675" cy="6286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57" w:name="_Hlk242188802"/>
    </w:p>
    <w:p w14:paraId="1542DE23" w14:textId="77777777" w:rsidR="005A7B51" w:rsidRPr="005A7B51" w:rsidRDefault="005A7B51" w:rsidP="005A7B51">
      <w:pPr>
        <w:suppressAutoHyphens/>
        <w:spacing w:line="240" w:lineRule="auto"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5A7B51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УКРАЇНА</w:t>
      </w:r>
    </w:p>
    <w:p w14:paraId="41509545" w14:textId="77777777" w:rsidR="005A7B51" w:rsidRPr="005A7B51" w:rsidRDefault="005A7B51" w:rsidP="005A7B51">
      <w:pPr>
        <w:suppressAutoHyphens/>
        <w:spacing w:line="240" w:lineRule="auto"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5A7B51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ЧОРНОМОРСЬКИЙ МІСЬКИЙ ГОЛОВА</w:t>
      </w:r>
    </w:p>
    <w:p w14:paraId="4B7B4684" w14:textId="77777777" w:rsidR="005A7B51" w:rsidRPr="005A7B51" w:rsidRDefault="005A7B51" w:rsidP="005A7B51">
      <w:pPr>
        <w:suppressAutoHyphens/>
        <w:spacing w:line="240" w:lineRule="auto"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5A7B51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5A7B51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 xml:space="preserve">Р О З П О Р Я Д Ж Е Н </w:t>
      </w:r>
      <w:proofErr w:type="spellStart"/>
      <w:r w:rsidRPr="005A7B51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Н</w:t>
      </w:r>
      <w:proofErr w:type="spellEnd"/>
      <w:r w:rsidRPr="005A7B51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 xml:space="preserve"> Я</w:t>
      </w:r>
    </w:p>
    <w:p w14:paraId="534D169C" w14:textId="77777777" w:rsidR="005A7B51" w:rsidRPr="005A7B51" w:rsidRDefault="005A7B51" w:rsidP="005A7B51">
      <w:pPr>
        <w:suppressAutoHyphens/>
        <w:spacing w:line="240" w:lineRule="auto"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</w:p>
    <w:p w14:paraId="4F6944A6" w14:textId="77777777" w:rsidR="005A7B51" w:rsidRPr="005A7B51" w:rsidRDefault="005A7B51" w:rsidP="005A7B51">
      <w:pPr>
        <w:suppressAutoHyphens/>
        <w:spacing w:line="240" w:lineRule="auto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</w:p>
    <w:p w14:paraId="147B7650" w14:textId="5C1BD733" w:rsidR="005A7B51" w:rsidRPr="005A7B51" w:rsidRDefault="005A7B51" w:rsidP="005A7B51">
      <w:pPr>
        <w:tabs>
          <w:tab w:val="left" w:pos="7785"/>
        </w:tabs>
        <w:suppressAutoHyphens/>
        <w:spacing w:line="240" w:lineRule="auto"/>
        <w:rPr>
          <w:bCs/>
          <w:szCs w:val="24"/>
          <w:lang w:val="uk-UA" w:eastAsia="zh-CN"/>
        </w:rPr>
      </w:pPr>
      <w:r w:rsidRPr="005A7B51">
        <w:rPr>
          <w:noProof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BA28565" wp14:editId="5BB57A25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5" name="Пряма сполучна ліні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1A8214" id="Пряма сполучна лінія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" o:allowincell="f" strokeweight=".35mm">
                <v:stroke joinstyle="miter"/>
              </v:line>
            </w:pict>
          </mc:Fallback>
        </mc:AlternateContent>
      </w:r>
      <w:r w:rsidRPr="005A7B51">
        <w:rPr>
          <w:noProof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4E46AAE" wp14:editId="45AD0D48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232C82" id="Пряма сполучна лінія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T+w/AEAAKcDAAAOAAAAZHJzL2Uyb0RvYy54bWysU8tuEzEU3SPxD5b3ZCZRic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zWT+w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58" w:name="_Hlk178325149"/>
      <w:r w:rsidRPr="005A7B51">
        <w:rPr>
          <w:b/>
          <w:sz w:val="36"/>
          <w:szCs w:val="36"/>
          <w:lang w:val="ru-RU" w:eastAsia="zh-CN"/>
        </w:rPr>
        <w:t xml:space="preserve">     </w:t>
      </w:r>
      <w:r w:rsidRPr="005A7B51">
        <w:rPr>
          <w:b/>
          <w:sz w:val="36"/>
          <w:szCs w:val="36"/>
          <w:lang w:val="uk-UA" w:eastAsia="zh-CN"/>
        </w:rPr>
        <w:t>01.10.</w:t>
      </w:r>
      <w:r w:rsidRPr="005A7B51">
        <w:rPr>
          <w:b/>
          <w:sz w:val="36"/>
          <w:szCs w:val="36"/>
          <w:lang w:val="ru-RU" w:eastAsia="zh-CN"/>
        </w:rPr>
        <w:t>202</w:t>
      </w:r>
      <w:r w:rsidRPr="005A7B51">
        <w:rPr>
          <w:b/>
          <w:sz w:val="36"/>
          <w:szCs w:val="36"/>
          <w:lang w:eastAsia="zh-CN"/>
        </w:rPr>
        <w:t>6</w:t>
      </w:r>
      <w:r w:rsidRPr="005A7B51">
        <w:rPr>
          <w:b/>
          <w:sz w:val="36"/>
          <w:szCs w:val="36"/>
          <w:lang w:val="ru-RU" w:eastAsia="zh-CN"/>
        </w:rPr>
        <w:t xml:space="preserve">                                                         </w:t>
      </w:r>
      <w:r w:rsidRPr="005A7B51"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58"/>
      <w:r w:rsidRPr="005A7B51">
        <w:rPr>
          <w:b/>
          <w:sz w:val="36"/>
          <w:szCs w:val="36"/>
          <w:lang w:val="uk-UA" w:eastAsia="zh-CN"/>
        </w:rPr>
        <w:t>2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r w:rsidRPr="005A7B51">
        <w:rPr>
          <w:b/>
          <w:sz w:val="36"/>
          <w:szCs w:val="36"/>
          <w:lang w:val="uk-UA" w:eastAsia="zh-CN"/>
        </w:rPr>
        <w:t>84</w:t>
      </w:r>
    </w:p>
    <w:bookmarkEnd w:id="57"/>
    <w:p w14:paraId="60A17CCB" w14:textId="77777777" w:rsidR="006B50FB" w:rsidRDefault="006B50FB">
      <w:pPr>
        <w:spacing w:after="60" w:line="192" w:lineRule="auto"/>
      </w:pPr>
    </w:p>
    <w:p w14:paraId="410C9863" w14:textId="2E2700EC" w:rsidR="00615EDA" w:rsidRPr="00DD69CC" w:rsidRDefault="00B73BE0" w:rsidP="00036069">
      <w:pPr>
        <w:spacing w:after="80" w:line="252" w:lineRule="auto"/>
        <w:ind w:right="5102"/>
        <w:jc w:val="both"/>
        <w:rPr>
          <w:szCs w:val="24"/>
        </w:rPr>
      </w:pPr>
      <w:r w:rsidRPr="00DD69CC">
        <w:rPr>
          <w:szCs w:val="24"/>
          <w:lang w:val="uk-UA"/>
        </w:rPr>
        <w:t xml:space="preserve">Про затвердження Плану </w:t>
      </w:r>
      <w:proofErr w:type="spellStart"/>
      <w:r w:rsidR="00195CD4" w:rsidRPr="00DD69CC">
        <w:rPr>
          <w:szCs w:val="24"/>
          <w:lang w:val="uk-UA"/>
        </w:rPr>
        <w:t>активностей</w:t>
      </w:r>
      <w:proofErr w:type="spellEnd"/>
      <w:r w:rsidR="00195CD4" w:rsidRPr="00DD69CC">
        <w:rPr>
          <w:szCs w:val="24"/>
          <w:lang w:val="uk-UA"/>
        </w:rPr>
        <w:t xml:space="preserve"> з формування екосистеми реабілітації</w:t>
      </w:r>
      <w:r w:rsidRPr="00DD69CC">
        <w:rPr>
          <w:szCs w:val="24"/>
          <w:lang w:val="uk-UA"/>
        </w:rPr>
        <w:t xml:space="preserve"> Чорноморської міської територіальної громади за підтримки проєкту «Розвиток реабілітаційної мережі»</w:t>
      </w:r>
      <w:r w:rsidR="00195CD4" w:rsidRPr="00DD69CC">
        <w:rPr>
          <w:szCs w:val="24"/>
          <w:lang w:val="uk-UA"/>
        </w:rPr>
        <w:t xml:space="preserve"> та</w:t>
      </w:r>
      <w:r w:rsidRPr="00DD69CC">
        <w:rPr>
          <w:szCs w:val="24"/>
          <w:lang w:val="uk-UA"/>
        </w:rPr>
        <w:t xml:space="preserve"> утворення робочої групи з інтегрованої допомоги </w:t>
      </w:r>
    </w:p>
    <w:p w14:paraId="1B3EDE71" w14:textId="77777777" w:rsidR="00615EDA" w:rsidRPr="00DD69CC" w:rsidRDefault="00615EDA">
      <w:pPr>
        <w:spacing w:line="168" w:lineRule="auto"/>
        <w:rPr>
          <w:szCs w:val="24"/>
        </w:rPr>
      </w:pPr>
    </w:p>
    <w:p w14:paraId="55E84BAC" w14:textId="34881386" w:rsidR="00615EDA" w:rsidRDefault="00B73BE0">
      <w:pPr>
        <w:spacing w:line="252" w:lineRule="auto"/>
        <w:ind w:firstLine="709"/>
        <w:jc w:val="both"/>
        <w:rPr>
          <w:szCs w:val="24"/>
          <w:lang w:val="uk-UA"/>
        </w:rPr>
      </w:pPr>
      <w:r w:rsidRPr="00DD69CC">
        <w:rPr>
          <w:szCs w:val="24"/>
          <w:lang w:val="uk-UA"/>
        </w:rPr>
        <w:t xml:space="preserve">З метою розвитку мережі інтегрованих послуг (реабілітаційних, медичних, соціальних, освітніх) у Чорноморській міській територіальній громаді, забезпечення координації дій, належного планування та реалізації заходів </w:t>
      </w:r>
      <w:r w:rsidR="00673CA7" w:rsidRPr="001942C9">
        <w:rPr>
          <w:szCs w:val="24"/>
          <w:lang w:val="uk-UA"/>
        </w:rPr>
        <w:t>і</w:t>
      </w:r>
      <w:r w:rsidRPr="001942C9">
        <w:rPr>
          <w:szCs w:val="24"/>
          <w:lang w:val="uk-UA"/>
        </w:rPr>
        <w:t>з</w:t>
      </w:r>
      <w:r w:rsidRPr="00DD69CC">
        <w:rPr>
          <w:szCs w:val="24"/>
          <w:lang w:val="uk-UA"/>
        </w:rPr>
        <w:t xml:space="preserve"> розбудови локальної мережі реабілітації, враховуючи Меморандум про співпрацю між Благодійною організацією «Благодійний фонд «Пацієнти України» та Чорноморською міською територіальною громадою, лист БФ «Пацієнти України» від </w:t>
      </w:r>
      <w:r w:rsidR="00195CD4" w:rsidRPr="00DD69CC">
        <w:rPr>
          <w:szCs w:val="24"/>
          <w:lang w:val="uk-UA"/>
        </w:rPr>
        <w:t>14</w:t>
      </w:r>
      <w:r w:rsidRPr="00DD69CC">
        <w:rPr>
          <w:szCs w:val="24"/>
          <w:lang w:val="uk-UA"/>
        </w:rPr>
        <w:t>.</w:t>
      </w:r>
      <w:r w:rsidR="00195CD4" w:rsidRPr="00DD69CC">
        <w:rPr>
          <w:szCs w:val="24"/>
          <w:lang w:val="uk-UA"/>
        </w:rPr>
        <w:t>09</w:t>
      </w:r>
      <w:r w:rsidRPr="00DD69CC">
        <w:rPr>
          <w:szCs w:val="24"/>
          <w:lang w:val="uk-UA"/>
        </w:rPr>
        <w:t>.20</w:t>
      </w:r>
      <w:r w:rsidR="00195CD4" w:rsidRPr="00DD69CC">
        <w:rPr>
          <w:szCs w:val="24"/>
          <w:lang w:val="uk-UA"/>
        </w:rPr>
        <w:t xml:space="preserve">26 </w:t>
      </w:r>
      <w:proofErr w:type="spellStart"/>
      <w:r w:rsidR="00195CD4" w:rsidRPr="00DD69CC">
        <w:rPr>
          <w:szCs w:val="24"/>
          <w:lang w:val="uk-UA"/>
        </w:rPr>
        <w:t>Вих</w:t>
      </w:r>
      <w:proofErr w:type="spellEnd"/>
      <w:r w:rsidR="00195CD4" w:rsidRPr="00DD69CC">
        <w:rPr>
          <w:szCs w:val="24"/>
          <w:lang w:val="uk-UA"/>
        </w:rPr>
        <w:t>.</w:t>
      </w:r>
      <w:r w:rsidRPr="00DD69CC">
        <w:rPr>
          <w:szCs w:val="24"/>
          <w:lang w:val="uk-UA"/>
        </w:rPr>
        <w:t xml:space="preserve"> №</w:t>
      </w:r>
      <w:r w:rsidR="00195CD4" w:rsidRPr="00DD69CC">
        <w:rPr>
          <w:szCs w:val="24"/>
          <w:lang w:val="uk-UA"/>
        </w:rPr>
        <w:t>168</w:t>
      </w:r>
      <w:r w:rsidR="00673CA7">
        <w:rPr>
          <w:szCs w:val="24"/>
          <w:lang w:val="uk-UA"/>
        </w:rPr>
        <w:t xml:space="preserve"> </w:t>
      </w:r>
      <w:r w:rsidR="00673CA7" w:rsidRPr="001942C9">
        <w:rPr>
          <w:szCs w:val="24"/>
          <w:lang w:val="uk-UA"/>
        </w:rPr>
        <w:t>(</w:t>
      </w:r>
      <w:r w:rsidR="007F4BF0">
        <w:rPr>
          <w:szCs w:val="24"/>
          <w:lang w:val="uk-UA"/>
        </w:rPr>
        <w:t xml:space="preserve">реєстраційний номер: </w:t>
      </w:r>
      <w:r w:rsidR="00673CA7" w:rsidRPr="001942C9">
        <w:rPr>
          <w:szCs w:val="24"/>
          <w:lang w:val="uk-UA"/>
        </w:rPr>
        <w:t>ВХ-5716-26</w:t>
      </w:r>
      <w:r w:rsidR="007F4BF0">
        <w:rPr>
          <w:szCs w:val="24"/>
          <w:lang w:val="uk-UA"/>
        </w:rPr>
        <w:t xml:space="preserve"> від </w:t>
      </w:r>
      <w:r w:rsidR="007F4BF0" w:rsidRPr="007F4BF0">
        <w:rPr>
          <w:szCs w:val="24"/>
          <w:lang w:val="uk-UA"/>
        </w:rPr>
        <w:t>14.09.2026</w:t>
      </w:r>
      <w:r w:rsidR="00673CA7" w:rsidRPr="001942C9">
        <w:rPr>
          <w:szCs w:val="24"/>
          <w:lang w:val="uk-UA"/>
        </w:rPr>
        <w:t>)</w:t>
      </w:r>
      <w:r w:rsidRPr="00DD69CC">
        <w:rPr>
          <w:szCs w:val="24"/>
          <w:lang w:val="uk-UA"/>
        </w:rPr>
        <w:t>, керуючись статтею 42 Закону України «Про місцеве самоврядування в Україні»</w:t>
      </w:r>
      <w:r w:rsidR="00673CA7" w:rsidRPr="001942C9">
        <w:rPr>
          <w:szCs w:val="24"/>
          <w:lang w:val="uk-UA"/>
        </w:rPr>
        <w:t>,</w:t>
      </w:r>
    </w:p>
    <w:p w14:paraId="4C4A3235" w14:textId="77777777" w:rsidR="00E9244C" w:rsidRPr="00CD781D" w:rsidRDefault="00E9244C">
      <w:pPr>
        <w:spacing w:line="252" w:lineRule="auto"/>
        <w:ind w:firstLine="709"/>
        <w:jc w:val="both"/>
        <w:rPr>
          <w:szCs w:val="24"/>
          <w:lang w:val="ru-RU"/>
        </w:rPr>
      </w:pPr>
    </w:p>
    <w:p w14:paraId="4BABEF48" w14:textId="4E9AD960" w:rsidR="00615EDA" w:rsidRPr="00CD781D" w:rsidRDefault="00B73BE0">
      <w:pPr>
        <w:spacing w:line="252" w:lineRule="auto"/>
        <w:ind w:firstLine="578"/>
        <w:jc w:val="both"/>
        <w:rPr>
          <w:szCs w:val="24"/>
          <w:lang w:val="ru-RU"/>
        </w:rPr>
      </w:pPr>
      <w:r w:rsidRPr="00DD69CC">
        <w:rPr>
          <w:szCs w:val="24"/>
          <w:lang w:val="uk-UA"/>
        </w:rPr>
        <w:t xml:space="preserve">1. Затвердити План </w:t>
      </w:r>
      <w:proofErr w:type="spellStart"/>
      <w:r w:rsidR="00195CD4" w:rsidRPr="00DD69CC">
        <w:rPr>
          <w:szCs w:val="24"/>
          <w:lang w:val="uk-UA"/>
        </w:rPr>
        <w:t>активностей</w:t>
      </w:r>
      <w:proofErr w:type="spellEnd"/>
      <w:r w:rsidR="00673CA7">
        <w:rPr>
          <w:szCs w:val="24"/>
          <w:lang w:val="uk-UA"/>
        </w:rPr>
        <w:t xml:space="preserve"> </w:t>
      </w:r>
      <w:r w:rsidR="00195CD4" w:rsidRPr="00DD69CC">
        <w:rPr>
          <w:szCs w:val="24"/>
          <w:lang w:val="uk-UA"/>
        </w:rPr>
        <w:t>з формування екосистеми реабілітації</w:t>
      </w:r>
      <w:r w:rsidRPr="00DD69CC">
        <w:rPr>
          <w:szCs w:val="24"/>
          <w:lang w:val="uk-UA"/>
        </w:rPr>
        <w:t xml:space="preserve"> Чорноморської міської територіальної громади</w:t>
      </w:r>
      <w:r w:rsidR="00CD781D">
        <w:rPr>
          <w:szCs w:val="24"/>
          <w:lang w:val="uk-UA"/>
        </w:rPr>
        <w:t xml:space="preserve"> </w:t>
      </w:r>
      <w:r w:rsidR="00CD781D" w:rsidRPr="001942C9">
        <w:rPr>
          <w:szCs w:val="24"/>
          <w:lang w:val="uk-UA"/>
        </w:rPr>
        <w:t xml:space="preserve">(далі — План </w:t>
      </w:r>
      <w:proofErr w:type="spellStart"/>
      <w:r w:rsidR="00CD781D" w:rsidRPr="001942C9">
        <w:rPr>
          <w:szCs w:val="24"/>
          <w:lang w:val="uk-UA"/>
        </w:rPr>
        <w:t>активностей</w:t>
      </w:r>
      <w:proofErr w:type="spellEnd"/>
      <w:r w:rsidR="00CD781D" w:rsidRPr="001942C9">
        <w:rPr>
          <w:szCs w:val="24"/>
          <w:lang w:val="uk-UA"/>
        </w:rPr>
        <w:t>)</w:t>
      </w:r>
      <w:r w:rsidRPr="00DD69CC">
        <w:rPr>
          <w:szCs w:val="24"/>
          <w:lang w:val="uk-UA"/>
        </w:rPr>
        <w:t xml:space="preserve"> за підтримки проєкту «Розвиток реабілітаційної мережі» (додаток 1).</w:t>
      </w:r>
    </w:p>
    <w:p w14:paraId="1E078948" w14:textId="2111E99C" w:rsidR="00615EDA" w:rsidRPr="00EC48DF" w:rsidRDefault="00B73BE0" w:rsidP="00EC48DF">
      <w:pPr>
        <w:spacing w:line="252" w:lineRule="auto"/>
        <w:ind w:firstLine="578"/>
        <w:jc w:val="both"/>
        <w:rPr>
          <w:szCs w:val="24"/>
          <w:lang w:val="uk-UA"/>
        </w:rPr>
      </w:pPr>
      <w:r w:rsidRPr="00DD69CC">
        <w:rPr>
          <w:szCs w:val="24"/>
          <w:lang w:val="uk-UA"/>
        </w:rPr>
        <w:t>2. Утворити робочу групу</w:t>
      </w:r>
      <w:r w:rsidR="001942C9">
        <w:rPr>
          <w:szCs w:val="24"/>
          <w:lang w:val="uk-UA"/>
        </w:rPr>
        <w:t xml:space="preserve"> </w:t>
      </w:r>
      <w:r w:rsidRPr="00DD69CC">
        <w:rPr>
          <w:szCs w:val="24"/>
          <w:lang w:val="uk-UA"/>
        </w:rPr>
        <w:t>з інтегрованої допомоги в Чорноморській міській територіальній громаді</w:t>
      </w:r>
      <w:r w:rsidR="001942C9">
        <w:rPr>
          <w:szCs w:val="24"/>
          <w:lang w:val="uk-UA"/>
        </w:rPr>
        <w:t xml:space="preserve"> </w:t>
      </w:r>
      <w:r w:rsidR="001942C9" w:rsidRPr="001942C9">
        <w:rPr>
          <w:szCs w:val="24"/>
          <w:lang w:val="uk-UA"/>
        </w:rPr>
        <w:t>(далі — Робоча група)</w:t>
      </w:r>
      <w:r w:rsidRPr="00DD69CC">
        <w:rPr>
          <w:szCs w:val="24"/>
          <w:lang w:val="uk-UA"/>
        </w:rPr>
        <w:t xml:space="preserve"> та затвердити її персональний склад</w:t>
      </w:r>
      <w:r w:rsidR="000025D6" w:rsidRPr="00DD69CC">
        <w:rPr>
          <w:szCs w:val="24"/>
          <w:lang w:val="uk-UA"/>
        </w:rPr>
        <w:t xml:space="preserve"> </w:t>
      </w:r>
      <w:r w:rsidRPr="00DD69CC">
        <w:rPr>
          <w:szCs w:val="24"/>
          <w:lang w:val="uk-UA"/>
        </w:rPr>
        <w:t>(додаток 2).</w:t>
      </w:r>
    </w:p>
    <w:p w14:paraId="222A46C1" w14:textId="4925ECDC" w:rsidR="00615EDA" w:rsidRPr="00CD781D" w:rsidRDefault="00B73BE0">
      <w:pPr>
        <w:spacing w:line="252" w:lineRule="auto"/>
        <w:ind w:firstLine="578"/>
        <w:jc w:val="both"/>
        <w:rPr>
          <w:szCs w:val="24"/>
          <w:lang w:val="ru-RU"/>
        </w:rPr>
      </w:pPr>
      <w:r w:rsidRPr="00DD69CC">
        <w:rPr>
          <w:szCs w:val="24"/>
          <w:lang w:val="uk-UA"/>
        </w:rPr>
        <w:t xml:space="preserve">3. </w:t>
      </w:r>
      <w:r w:rsidR="0070666B" w:rsidRPr="0070666B">
        <w:rPr>
          <w:szCs w:val="24"/>
          <w:lang w:val="uk-UA"/>
        </w:rPr>
        <w:t xml:space="preserve">Затвердити Положення про робочу групу з інтегрованої допомоги в Чорноморській міській територіальній громаді </w:t>
      </w:r>
      <w:r w:rsidRPr="00DD69CC">
        <w:rPr>
          <w:szCs w:val="24"/>
          <w:lang w:val="uk-UA"/>
        </w:rPr>
        <w:t>(додаток 3).</w:t>
      </w:r>
    </w:p>
    <w:p w14:paraId="6E33380E" w14:textId="4784DB9A" w:rsidR="00615EDA" w:rsidRPr="00CD781D" w:rsidRDefault="00B73BE0" w:rsidP="00C84759">
      <w:pPr>
        <w:spacing w:line="252" w:lineRule="auto"/>
        <w:ind w:firstLine="578"/>
        <w:jc w:val="both"/>
        <w:rPr>
          <w:szCs w:val="24"/>
          <w:lang w:val="ru-RU"/>
        </w:rPr>
      </w:pPr>
      <w:r w:rsidRPr="00DD69CC">
        <w:rPr>
          <w:szCs w:val="24"/>
          <w:lang w:val="uk-UA"/>
        </w:rPr>
        <w:t xml:space="preserve">4. Визначити відповідальною особою за реалізацію Плану </w:t>
      </w:r>
      <w:proofErr w:type="spellStart"/>
      <w:r w:rsidR="005D7548" w:rsidRPr="00DD69CC">
        <w:rPr>
          <w:szCs w:val="24"/>
          <w:lang w:val="uk-UA"/>
        </w:rPr>
        <w:t>активностей</w:t>
      </w:r>
      <w:proofErr w:type="spellEnd"/>
      <w:r w:rsidRPr="00DD69CC">
        <w:rPr>
          <w:szCs w:val="24"/>
          <w:lang w:val="uk-UA"/>
        </w:rPr>
        <w:t xml:space="preserve"> щодо розбудови локальної мережі реабілітації в Чорноморській міській територіальній громаді</w:t>
      </w:r>
      <w:r w:rsidR="00C84759" w:rsidRPr="00DD69CC">
        <w:rPr>
          <w:szCs w:val="24"/>
          <w:lang w:val="uk-UA"/>
        </w:rPr>
        <w:t xml:space="preserve"> заступника міського голови Романа </w:t>
      </w:r>
      <w:proofErr w:type="spellStart"/>
      <w:r w:rsidR="00C84759" w:rsidRPr="00DD69CC">
        <w:rPr>
          <w:szCs w:val="24"/>
          <w:lang w:val="uk-UA"/>
        </w:rPr>
        <w:t>Тєліпова</w:t>
      </w:r>
      <w:proofErr w:type="spellEnd"/>
      <w:r w:rsidRPr="00DD69CC">
        <w:rPr>
          <w:szCs w:val="24"/>
          <w:lang w:val="uk-UA"/>
        </w:rPr>
        <w:t>.</w:t>
      </w:r>
    </w:p>
    <w:p w14:paraId="3DFA53EB" w14:textId="0B5F4D5E" w:rsidR="00615EDA" w:rsidRPr="00CD781D" w:rsidRDefault="00B73BE0">
      <w:pPr>
        <w:spacing w:line="252" w:lineRule="auto"/>
        <w:ind w:firstLine="578"/>
        <w:jc w:val="both"/>
        <w:rPr>
          <w:szCs w:val="24"/>
          <w:lang w:val="ru-RU"/>
        </w:rPr>
      </w:pPr>
      <w:r w:rsidRPr="00DD69CC">
        <w:rPr>
          <w:szCs w:val="24"/>
          <w:lang w:val="uk-UA"/>
        </w:rPr>
        <w:t xml:space="preserve">5. Робочій групі забезпечити координацію, організацію та моніторинг виконання заходів, визначених Планом </w:t>
      </w:r>
      <w:proofErr w:type="spellStart"/>
      <w:r w:rsidR="005D7548" w:rsidRPr="00DD69CC">
        <w:rPr>
          <w:szCs w:val="24"/>
          <w:lang w:val="uk-UA"/>
        </w:rPr>
        <w:t>активностей</w:t>
      </w:r>
      <w:proofErr w:type="spellEnd"/>
      <w:r w:rsidRPr="00DD69CC">
        <w:rPr>
          <w:szCs w:val="24"/>
          <w:lang w:val="uk-UA"/>
        </w:rPr>
        <w:t>, а також оперативну взаємодію з БФ «Пацієнти України» та іншими залученими партнерами.</w:t>
      </w:r>
    </w:p>
    <w:p w14:paraId="47722853" w14:textId="0F3E3D48" w:rsidR="00615EDA" w:rsidRPr="00CD781D" w:rsidRDefault="00B73BE0">
      <w:pPr>
        <w:spacing w:line="252" w:lineRule="auto"/>
        <w:ind w:firstLine="578"/>
        <w:jc w:val="both"/>
        <w:rPr>
          <w:szCs w:val="24"/>
          <w:lang w:val="ru-RU"/>
        </w:rPr>
      </w:pPr>
      <w:r w:rsidRPr="00DD69CC">
        <w:rPr>
          <w:szCs w:val="24"/>
          <w:lang w:val="uk-UA"/>
        </w:rPr>
        <w:t xml:space="preserve">6. Контроль за виконанням цього розпорядження покласти на </w:t>
      </w:r>
      <w:r w:rsidR="00C84759" w:rsidRPr="00DD69CC">
        <w:rPr>
          <w:szCs w:val="24"/>
          <w:lang w:val="uk-UA"/>
        </w:rPr>
        <w:t xml:space="preserve">заступника міського голови Романа </w:t>
      </w:r>
      <w:proofErr w:type="spellStart"/>
      <w:r w:rsidR="00C84759" w:rsidRPr="00DD69CC">
        <w:rPr>
          <w:szCs w:val="24"/>
          <w:lang w:val="uk-UA"/>
        </w:rPr>
        <w:t>Тєліпова</w:t>
      </w:r>
      <w:proofErr w:type="spellEnd"/>
      <w:r w:rsidRPr="00DD69CC">
        <w:rPr>
          <w:szCs w:val="24"/>
          <w:lang w:val="uk-UA"/>
        </w:rPr>
        <w:t>.</w:t>
      </w:r>
    </w:p>
    <w:p w14:paraId="6DFCDC73" w14:textId="61C1B132" w:rsidR="00615EDA" w:rsidRPr="00CD781D" w:rsidRDefault="00615EDA">
      <w:pPr>
        <w:spacing w:before="120" w:line="192" w:lineRule="auto"/>
        <w:rPr>
          <w:szCs w:val="24"/>
          <w:lang w:val="ru-RU"/>
        </w:rPr>
      </w:pPr>
    </w:p>
    <w:p w14:paraId="49B2395B" w14:textId="77777777" w:rsidR="00C84759" w:rsidRPr="00CD781D" w:rsidRDefault="00C84759">
      <w:pPr>
        <w:spacing w:before="120" w:line="192" w:lineRule="auto"/>
        <w:rPr>
          <w:szCs w:val="24"/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615EDA" w:rsidRPr="00DD69CC" w14:paraId="5B20EAEA" w14:textId="77777777">
        <w:trPr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A219AC" w14:textId="77777777" w:rsidR="00615EDA" w:rsidRPr="00DD69CC" w:rsidRDefault="00B73BE0" w:rsidP="007E7CD8">
            <w:pPr>
              <w:spacing w:line="240" w:lineRule="auto"/>
              <w:ind w:left="709"/>
              <w:rPr>
                <w:szCs w:val="24"/>
              </w:rPr>
            </w:pPr>
            <w:r w:rsidRPr="00DD69CC">
              <w:rPr>
                <w:szCs w:val="24"/>
                <w:lang w:val="uk-UA"/>
              </w:rPr>
              <w:t>Секретар міської ради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BF9E19" w14:textId="784862B2" w:rsidR="00615EDA" w:rsidRPr="00DD69CC" w:rsidRDefault="00036069">
            <w:pPr>
              <w:spacing w:line="240" w:lineRule="auto"/>
              <w:jc w:val="center"/>
              <w:rPr>
                <w:szCs w:val="24"/>
              </w:rPr>
            </w:pPr>
            <w:r w:rsidRPr="00DD69CC">
              <w:rPr>
                <w:szCs w:val="24"/>
                <w:lang w:val="uk-UA"/>
              </w:rPr>
              <w:t xml:space="preserve">                              </w:t>
            </w:r>
            <w:r w:rsidR="00B73BE0" w:rsidRPr="00DD69CC">
              <w:rPr>
                <w:szCs w:val="24"/>
                <w:lang w:val="uk-UA"/>
              </w:rPr>
              <w:t>Олена ШОЛАР</w:t>
            </w:r>
          </w:p>
        </w:tc>
      </w:tr>
    </w:tbl>
    <w:p w14:paraId="18E0F7F0" w14:textId="04224BEA" w:rsidR="00B73BE0" w:rsidRDefault="00B73BE0"/>
    <w:p w14:paraId="32C70CDA" w14:textId="1944CD8E" w:rsidR="00DD69CC" w:rsidRDefault="00DD69CC"/>
    <w:p w14:paraId="7AEB5C8D" w14:textId="324A7A2B" w:rsidR="00DD69CC" w:rsidRDefault="00DD69CC"/>
    <w:p w14:paraId="444D7372" w14:textId="05B0D1F5" w:rsidR="00EE031E" w:rsidRPr="00782D7A" w:rsidRDefault="00EE031E" w:rsidP="00782D7A">
      <w:pPr>
        <w:spacing w:after="200"/>
      </w:pPr>
    </w:p>
    <w:sectPr w:rsidR="00EE031E" w:rsidRPr="00782D7A" w:rsidSect="00910EC8">
      <w:pgSz w:w="11906" w:h="16838"/>
      <w:pgMar w:top="765" w:right="567" w:bottom="1077" w:left="1701" w:header="283" w:footer="283" w:gutter="0"/>
      <w:pgNumType w:start="2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5F9EA" w14:textId="77777777" w:rsidR="00B81861" w:rsidRDefault="00B81861" w:rsidP="00FB01CB">
      <w:pPr>
        <w:spacing w:line="240" w:lineRule="auto"/>
      </w:pPr>
      <w:r>
        <w:separator/>
      </w:r>
    </w:p>
  </w:endnote>
  <w:endnote w:type="continuationSeparator" w:id="0">
    <w:p w14:paraId="5A0BE6F4" w14:textId="77777777" w:rsidR="00B81861" w:rsidRDefault="00B81861" w:rsidP="00FB01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B2F8F" w14:textId="77777777" w:rsidR="00B81861" w:rsidRDefault="00B81861" w:rsidP="00FB01CB">
      <w:pPr>
        <w:spacing w:line="240" w:lineRule="auto"/>
      </w:pPr>
      <w:r>
        <w:separator/>
      </w:r>
    </w:p>
  </w:footnote>
  <w:footnote w:type="continuationSeparator" w:id="0">
    <w:p w14:paraId="2653D55C" w14:textId="77777777" w:rsidR="00B81861" w:rsidRDefault="00B81861" w:rsidP="00FB01C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5D6"/>
    <w:rsid w:val="00034616"/>
    <w:rsid w:val="00036069"/>
    <w:rsid w:val="0006063C"/>
    <w:rsid w:val="0015074B"/>
    <w:rsid w:val="00162A8A"/>
    <w:rsid w:val="001942C9"/>
    <w:rsid w:val="001948AE"/>
    <w:rsid w:val="00195CD4"/>
    <w:rsid w:val="00284237"/>
    <w:rsid w:val="0029639D"/>
    <w:rsid w:val="002A0637"/>
    <w:rsid w:val="002C5308"/>
    <w:rsid w:val="00322A21"/>
    <w:rsid w:val="00326F90"/>
    <w:rsid w:val="003B20D8"/>
    <w:rsid w:val="004C4F54"/>
    <w:rsid w:val="0059379F"/>
    <w:rsid w:val="005A7B51"/>
    <w:rsid w:val="005C0754"/>
    <w:rsid w:val="005D7548"/>
    <w:rsid w:val="006105F5"/>
    <w:rsid w:val="00615EDA"/>
    <w:rsid w:val="00673CA7"/>
    <w:rsid w:val="006B50FB"/>
    <w:rsid w:val="0070666B"/>
    <w:rsid w:val="00782D7A"/>
    <w:rsid w:val="007E7CD8"/>
    <w:rsid w:val="007F4BF0"/>
    <w:rsid w:val="00813081"/>
    <w:rsid w:val="00910EC8"/>
    <w:rsid w:val="009C2DD8"/>
    <w:rsid w:val="009D33BB"/>
    <w:rsid w:val="00AA1D8D"/>
    <w:rsid w:val="00B07CA3"/>
    <w:rsid w:val="00B47730"/>
    <w:rsid w:val="00B73BE0"/>
    <w:rsid w:val="00B81861"/>
    <w:rsid w:val="00BA7C77"/>
    <w:rsid w:val="00C84759"/>
    <w:rsid w:val="00CB03BC"/>
    <w:rsid w:val="00CB0664"/>
    <w:rsid w:val="00CD781D"/>
    <w:rsid w:val="00D16503"/>
    <w:rsid w:val="00DD69CC"/>
    <w:rsid w:val="00E9244C"/>
    <w:rsid w:val="00EC48DF"/>
    <w:rsid w:val="00ED5618"/>
    <w:rsid w:val="00ED6073"/>
    <w:rsid w:val="00EE031E"/>
    <w:rsid w:val="00F15D1F"/>
    <w:rsid w:val="00FB01CB"/>
    <w:rsid w:val="00FB47A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3DD7D79"/>
  <w14:defaultImageDpi w14:val="300"/>
  <w15:docId w15:val="{01F0E52D-D901-4D48-9360-A2FE1816A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Times New Roman" w:eastAsia="Times New Roman" w:hAnsi="Times New Roman" w:cs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1304</Words>
  <Characters>744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4</cp:revision>
  <cp:lastPrinted>2026-09-24T10:35:00Z</cp:lastPrinted>
  <dcterms:created xsi:type="dcterms:W3CDTF">2026-09-29T05:18:00Z</dcterms:created>
  <dcterms:modified xsi:type="dcterms:W3CDTF">2026-10-06T11:20:00Z</dcterms:modified>
  <cp:category/>
</cp:coreProperties>
</file>